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F9F" w:rsidRDefault="00055F9F">
      <w:pPr>
        <w:autoSpaceDE w:val="0"/>
        <w:autoSpaceDN w:val="0"/>
        <w:spacing w:after="78" w:line="220" w:lineRule="exact"/>
      </w:pPr>
    </w:p>
    <w:p w:rsidR="00055F9F" w:rsidRPr="00222FFE" w:rsidRDefault="00222FFE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055F9F" w:rsidRPr="00222FFE" w:rsidRDefault="00222FFE">
      <w:pPr>
        <w:autoSpaceDE w:val="0"/>
        <w:autoSpaceDN w:val="0"/>
        <w:spacing w:before="670" w:after="0" w:line="230" w:lineRule="auto"/>
        <w:ind w:left="1302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общего и профессионального образования Ростовской области</w:t>
      </w:r>
    </w:p>
    <w:p w:rsidR="00055F9F" w:rsidRPr="00222FFE" w:rsidRDefault="00440553" w:rsidP="00440553">
      <w:pPr>
        <w:autoSpaceDE w:val="0"/>
        <w:autoSpaceDN w:val="0"/>
        <w:spacing w:before="670" w:after="0" w:line="230" w:lineRule="auto"/>
        <w:ind w:left="1418" w:right="2066"/>
        <w:jc w:val="right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Отдел образования Администрации</w:t>
      </w:r>
      <w:r w:rsidR="00BB722A">
        <w:rPr>
          <w:rFonts w:ascii="Times New Roman" w:eastAsia="Times New Roman" w:hAnsi="Times New Roman"/>
          <w:color w:val="000000"/>
          <w:sz w:val="24"/>
          <w:lang w:val="ru-RU"/>
        </w:rPr>
        <w:t>Октябрьского района</w:t>
      </w:r>
    </w:p>
    <w:p w:rsidR="00BB722A" w:rsidRPr="00451FFF" w:rsidRDefault="00222FFE" w:rsidP="00451FFF">
      <w:pPr>
        <w:autoSpaceDE w:val="0"/>
        <w:autoSpaceDN w:val="0"/>
        <w:spacing w:before="670" w:after="1376" w:line="230" w:lineRule="auto"/>
        <w:ind w:right="4030"/>
        <w:jc w:val="right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МБОУ СОШ № 61</w:t>
      </w:r>
    </w:p>
    <w:p w:rsidR="00BB722A" w:rsidRPr="00451FFF" w:rsidRDefault="00BB722A" w:rsidP="00BB722A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Cs/>
          <w:position w:val="-5"/>
          <w:sz w:val="24"/>
          <w:szCs w:val="24"/>
          <w:lang w:val="ru-RU"/>
        </w:rPr>
      </w:pPr>
      <w:r w:rsidRPr="00451FFF">
        <w:rPr>
          <w:rFonts w:ascii="Times New Roman" w:eastAsia="Calibri" w:hAnsi="Times New Roman" w:cs="Times New Roman"/>
          <w:bCs/>
          <w:position w:val="-5"/>
          <w:sz w:val="24"/>
          <w:szCs w:val="24"/>
          <w:lang w:val="ru-RU"/>
        </w:rPr>
        <w:t>«Утверждаю»</w:t>
      </w:r>
    </w:p>
    <w:p w:rsidR="00BB722A" w:rsidRPr="00451FFF" w:rsidRDefault="00BB722A" w:rsidP="00BB722A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Cs/>
          <w:position w:val="-5"/>
          <w:sz w:val="24"/>
          <w:szCs w:val="24"/>
          <w:lang w:val="ru-RU"/>
        </w:rPr>
      </w:pPr>
      <w:r w:rsidRPr="00451FFF">
        <w:rPr>
          <w:rFonts w:ascii="Times New Roman" w:eastAsia="Calibri" w:hAnsi="Times New Roman" w:cs="Times New Roman"/>
          <w:bCs/>
          <w:position w:val="-5"/>
          <w:sz w:val="24"/>
          <w:szCs w:val="24"/>
          <w:lang w:val="ru-RU"/>
        </w:rPr>
        <w:t>Директор МБОУ СОШ  № 61</w:t>
      </w:r>
    </w:p>
    <w:p w:rsidR="00BB722A" w:rsidRPr="00451FFF" w:rsidRDefault="00BB722A" w:rsidP="00BB722A">
      <w:pPr>
        <w:shd w:val="clear" w:color="auto" w:fill="FFFFFF"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position w:val="-5"/>
          <w:sz w:val="24"/>
          <w:szCs w:val="24"/>
          <w:lang w:val="ru-RU"/>
        </w:rPr>
      </w:pPr>
      <w:proofErr w:type="spellStart"/>
      <w:r w:rsidRPr="00451FFF">
        <w:rPr>
          <w:rFonts w:ascii="Times New Roman" w:eastAsia="Calibri" w:hAnsi="Times New Roman" w:cs="Times New Roman"/>
          <w:bCs/>
          <w:position w:val="-5"/>
          <w:sz w:val="24"/>
          <w:szCs w:val="24"/>
          <w:lang w:val="ru-RU"/>
        </w:rPr>
        <w:t>____________Табаровец</w:t>
      </w:r>
      <w:proofErr w:type="spellEnd"/>
      <w:r w:rsidRPr="00451FFF">
        <w:rPr>
          <w:rFonts w:ascii="Times New Roman" w:eastAsia="Calibri" w:hAnsi="Times New Roman" w:cs="Times New Roman"/>
          <w:bCs/>
          <w:position w:val="-5"/>
          <w:sz w:val="24"/>
          <w:szCs w:val="24"/>
          <w:lang w:val="ru-RU"/>
        </w:rPr>
        <w:t xml:space="preserve">  Е.В.</w:t>
      </w:r>
    </w:p>
    <w:p w:rsidR="00BB722A" w:rsidRPr="00451FFF" w:rsidRDefault="00BB722A" w:rsidP="00451FFF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Cs/>
          <w:position w:val="-5"/>
          <w:sz w:val="24"/>
          <w:szCs w:val="24"/>
          <w:lang w:val="ru-RU"/>
        </w:rPr>
      </w:pPr>
      <w:r w:rsidRPr="00451FFF">
        <w:rPr>
          <w:rFonts w:ascii="Times New Roman" w:eastAsia="Calibri" w:hAnsi="Times New Roman" w:cs="Times New Roman"/>
          <w:bCs/>
          <w:position w:val="-5"/>
          <w:sz w:val="24"/>
          <w:szCs w:val="24"/>
          <w:lang w:val="ru-RU"/>
        </w:rPr>
        <w:t xml:space="preserve">Приказ от </w:t>
      </w:r>
      <w:r w:rsidRPr="00451FFF">
        <w:rPr>
          <w:rFonts w:ascii="Times New Roman" w:eastAsia="Calibri" w:hAnsi="Times New Roman" w:cs="Times New Roman"/>
          <w:bCs/>
          <w:position w:val="-5"/>
          <w:sz w:val="24"/>
          <w:szCs w:val="24"/>
          <w:u w:val="single"/>
          <w:lang w:val="ru-RU"/>
        </w:rPr>
        <w:t>31.08.2022</w:t>
      </w:r>
      <w:r w:rsidRPr="00451FFF">
        <w:rPr>
          <w:rFonts w:ascii="Times New Roman" w:eastAsia="Calibri" w:hAnsi="Times New Roman" w:cs="Times New Roman"/>
          <w:bCs/>
          <w:position w:val="-5"/>
          <w:sz w:val="24"/>
          <w:szCs w:val="24"/>
          <w:lang w:val="ru-RU"/>
        </w:rPr>
        <w:t xml:space="preserve"> № </w:t>
      </w:r>
      <w:r w:rsidRPr="00451FFF">
        <w:rPr>
          <w:rFonts w:ascii="Times New Roman" w:eastAsia="Calibri" w:hAnsi="Times New Roman" w:cs="Times New Roman"/>
          <w:bCs/>
          <w:position w:val="-5"/>
          <w:sz w:val="24"/>
          <w:szCs w:val="24"/>
          <w:u w:val="single"/>
          <w:lang w:val="ru-RU"/>
        </w:rPr>
        <w:t>136</w:t>
      </w:r>
    </w:p>
    <w:p w:rsidR="00055F9F" w:rsidRPr="0047500C" w:rsidRDefault="00222FFE">
      <w:pPr>
        <w:autoSpaceDE w:val="0"/>
        <w:autoSpaceDN w:val="0"/>
        <w:spacing w:before="978" w:after="0" w:line="230" w:lineRule="auto"/>
        <w:ind w:right="3646"/>
        <w:jc w:val="right"/>
        <w:rPr>
          <w:lang w:val="ru-RU"/>
        </w:rPr>
      </w:pPr>
      <w:r w:rsidRPr="0047500C">
        <w:rPr>
          <w:rFonts w:ascii="Times New Roman" w:eastAsia="Times New Roman" w:hAnsi="Times New Roman"/>
          <w:b/>
          <w:color w:val="000000"/>
          <w:sz w:val="24"/>
          <w:lang w:val="ru-RU"/>
        </w:rPr>
        <w:t>РАБОЧАЯ ПРОГРАММА</w:t>
      </w:r>
    </w:p>
    <w:p w:rsidR="00055F9F" w:rsidRPr="0047500C" w:rsidRDefault="00222FFE">
      <w:pPr>
        <w:autoSpaceDE w:val="0"/>
        <w:autoSpaceDN w:val="0"/>
        <w:spacing w:before="70" w:after="0" w:line="230" w:lineRule="auto"/>
        <w:ind w:right="4418"/>
        <w:jc w:val="right"/>
        <w:rPr>
          <w:lang w:val="ru-RU"/>
        </w:rPr>
      </w:pPr>
      <w:r w:rsidRPr="0047500C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47500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2519710)</w:t>
      </w:r>
    </w:p>
    <w:p w:rsidR="00055F9F" w:rsidRPr="0047500C" w:rsidRDefault="00222FFE">
      <w:pPr>
        <w:autoSpaceDE w:val="0"/>
        <w:autoSpaceDN w:val="0"/>
        <w:spacing w:before="166" w:after="0" w:line="230" w:lineRule="auto"/>
        <w:ind w:right="4018"/>
        <w:jc w:val="right"/>
        <w:rPr>
          <w:lang w:val="ru-RU"/>
        </w:rPr>
      </w:pPr>
      <w:r w:rsidRPr="0047500C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</w:p>
    <w:p w:rsidR="00055F9F" w:rsidRPr="008E30D9" w:rsidRDefault="00222FFE">
      <w:pPr>
        <w:autoSpaceDE w:val="0"/>
        <w:autoSpaceDN w:val="0"/>
        <w:spacing w:before="70" w:after="0" w:line="230" w:lineRule="auto"/>
        <w:ind w:right="4176"/>
        <w:jc w:val="right"/>
        <w:rPr>
          <w:lang w:val="ru-RU"/>
        </w:rPr>
      </w:pPr>
      <w:r w:rsidRPr="008E30D9">
        <w:rPr>
          <w:rFonts w:ascii="Times New Roman" w:eastAsia="Times New Roman" w:hAnsi="Times New Roman"/>
          <w:color w:val="000000"/>
          <w:sz w:val="24"/>
          <w:lang w:val="ru-RU"/>
        </w:rPr>
        <w:t>«Русский язык»</w:t>
      </w:r>
    </w:p>
    <w:p w:rsidR="00055F9F" w:rsidRPr="008E30D9" w:rsidRDefault="00222FFE">
      <w:pPr>
        <w:autoSpaceDE w:val="0"/>
        <w:autoSpaceDN w:val="0"/>
        <w:spacing w:before="670" w:after="0" w:line="230" w:lineRule="auto"/>
        <w:ind w:right="2732"/>
        <w:jc w:val="right"/>
        <w:rPr>
          <w:lang w:val="ru-RU"/>
        </w:rPr>
      </w:pPr>
      <w:r w:rsidRPr="008E30D9">
        <w:rPr>
          <w:rFonts w:ascii="Times New Roman" w:eastAsia="Times New Roman" w:hAnsi="Times New Roman"/>
          <w:color w:val="000000"/>
          <w:sz w:val="24"/>
          <w:lang w:val="ru-RU"/>
        </w:rPr>
        <w:t>для 5 класса основного общего образования</w:t>
      </w:r>
    </w:p>
    <w:p w:rsidR="00055F9F" w:rsidRPr="008E30D9" w:rsidRDefault="00222FFE">
      <w:pPr>
        <w:autoSpaceDE w:val="0"/>
        <w:autoSpaceDN w:val="0"/>
        <w:spacing w:before="70" w:after="0" w:line="230" w:lineRule="auto"/>
        <w:ind w:right="3616"/>
        <w:jc w:val="right"/>
        <w:rPr>
          <w:lang w:val="ru-RU"/>
        </w:rPr>
      </w:pPr>
      <w:r w:rsidRPr="008E30D9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055F9F" w:rsidRPr="008E30D9" w:rsidRDefault="00222FFE">
      <w:pPr>
        <w:autoSpaceDE w:val="0"/>
        <w:autoSpaceDN w:val="0"/>
        <w:spacing w:before="2112" w:after="0" w:line="230" w:lineRule="auto"/>
        <w:ind w:right="26"/>
        <w:jc w:val="right"/>
        <w:rPr>
          <w:lang w:val="ru-RU"/>
        </w:rPr>
      </w:pPr>
      <w:r w:rsidRPr="008E30D9">
        <w:rPr>
          <w:rFonts w:ascii="Times New Roman" w:eastAsia="Times New Roman" w:hAnsi="Times New Roman"/>
          <w:color w:val="000000"/>
          <w:sz w:val="24"/>
          <w:lang w:val="ru-RU"/>
        </w:rPr>
        <w:t>Составитель: Бойко Елена Владимировна</w:t>
      </w:r>
    </w:p>
    <w:p w:rsidR="00055F9F" w:rsidRDefault="0047500C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у</w:t>
      </w:r>
      <w:r w:rsidR="00222FFE" w:rsidRPr="008E30D9">
        <w:rPr>
          <w:rFonts w:ascii="Times New Roman" w:eastAsia="Times New Roman" w:hAnsi="Times New Roman"/>
          <w:color w:val="000000"/>
          <w:sz w:val="24"/>
          <w:lang w:val="ru-RU"/>
        </w:rPr>
        <w:t>читель</w:t>
      </w:r>
    </w:p>
    <w:p w:rsidR="0047500C" w:rsidRDefault="0047500C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51FFF" w:rsidRDefault="00451FFF" w:rsidP="0047500C">
      <w:pPr>
        <w:autoSpaceDE w:val="0"/>
        <w:autoSpaceDN w:val="0"/>
        <w:spacing w:before="70" w:after="0" w:line="230" w:lineRule="auto"/>
        <w:ind w:right="20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51FFF" w:rsidRDefault="00451FFF" w:rsidP="0047500C">
      <w:pPr>
        <w:autoSpaceDE w:val="0"/>
        <w:autoSpaceDN w:val="0"/>
        <w:spacing w:before="70" w:after="0" w:line="230" w:lineRule="auto"/>
        <w:ind w:right="20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51FFF" w:rsidRDefault="00451FFF" w:rsidP="0047500C">
      <w:pPr>
        <w:autoSpaceDE w:val="0"/>
        <w:autoSpaceDN w:val="0"/>
        <w:spacing w:before="70" w:after="0" w:line="230" w:lineRule="auto"/>
        <w:ind w:right="20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51FFF" w:rsidRDefault="00451FFF" w:rsidP="0047500C">
      <w:pPr>
        <w:autoSpaceDE w:val="0"/>
        <w:autoSpaceDN w:val="0"/>
        <w:spacing w:before="70" w:after="0" w:line="230" w:lineRule="auto"/>
        <w:ind w:right="20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51FFF" w:rsidRDefault="00451FFF" w:rsidP="0047500C">
      <w:pPr>
        <w:autoSpaceDE w:val="0"/>
        <w:autoSpaceDN w:val="0"/>
        <w:spacing w:before="70" w:after="0" w:line="230" w:lineRule="auto"/>
        <w:ind w:right="20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51FFF" w:rsidRDefault="00451FFF" w:rsidP="0047500C">
      <w:pPr>
        <w:autoSpaceDE w:val="0"/>
        <w:autoSpaceDN w:val="0"/>
        <w:spacing w:before="70" w:after="0" w:line="230" w:lineRule="auto"/>
        <w:ind w:right="20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51FFF" w:rsidRDefault="00451FFF" w:rsidP="0047500C">
      <w:pPr>
        <w:autoSpaceDE w:val="0"/>
        <w:autoSpaceDN w:val="0"/>
        <w:spacing w:before="70" w:after="0" w:line="230" w:lineRule="auto"/>
        <w:ind w:right="20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51FFF" w:rsidRDefault="00451FFF" w:rsidP="0047500C">
      <w:pPr>
        <w:autoSpaceDE w:val="0"/>
        <w:autoSpaceDN w:val="0"/>
        <w:spacing w:before="70" w:after="0" w:line="230" w:lineRule="auto"/>
        <w:ind w:right="20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51FFF" w:rsidRDefault="00451FFF" w:rsidP="0047500C">
      <w:pPr>
        <w:autoSpaceDE w:val="0"/>
        <w:autoSpaceDN w:val="0"/>
        <w:spacing w:before="70" w:after="0" w:line="230" w:lineRule="auto"/>
        <w:ind w:right="20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47500C" w:rsidRPr="0047500C" w:rsidRDefault="0047500C" w:rsidP="0047500C">
      <w:pPr>
        <w:autoSpaceDE w:val="0"/>
        <w:autoSpaceDN w:val="0"/>
        <w:spacing w:before="70" w:after="0" w:line="230" w:lineRule="auto"/>
        <w:ind w:right="20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посёлок Персиановский 2022</w:t>
      </w:r>
    </w:p>
    <w:p w:rsidR="00055F9F" w:rsidRPr="008E30D9" w:rsidRDefault="00055F9F">
      <w:pPr>
        <w:rPr>
          <w:lang w:val="ru-RU"/>
        </w:rPr>
        <w:sectPr w:rsidR="00055F9F" w:rsidRPr="008E30D9">
          <w:pgSz w:w="11900" w:h="16840"/>
          <w:pgMar w:top="298" w:right="874" w:bottom="296" w:left="738" w:header="720" w:footer="720" w:gutter="0"/>
          <w:cols w:space="720" w:equalWidth="0">
            <w:col w:w="10288" w:space="0"/>
          </w:cols>
          <w:docGrid w:linePitch="360"/>
        </w:sectPr>
      </w:pPr>
    </w:p>
    <w:p w:rsidR="008E30D9" w:rsidRPr="00222FFE" w:rsidRDefault="008E30D9" w:rsidP="008E30D9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МИНИСТЕРСТВО ПРОСВЕЩЕНИЯ РОССИЙСКОЙ ФЕДЕРАЦИИ</w:t>
      </w:r>
    </w:p>
    <w:p w:rsidR="00055F9F" w:rsidRPr="00222FFE" w:rsidRDefault="00222FFE" w:rsidP="008E30D9">
      <w:pPr>
        <w:autoSpaceDE w:val="0"/>
        <w:autoSpaceDN w:val="0"/>
        <w:spacing w:after="0" w:line="286" w:lineRule="auto"/>
        <w:ind w:right="288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Минпросвещения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России от 31 05 2021 г № 287, зарегистрирован Министерством юстиции Российской Федерации 05 07 2021 г ,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рег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номер — 64101) (далее — ФГОС ООО),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Примерной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055F9F" w:rsidRPr="00222FFE" w:rsidRDefault="00222FFE" w:rsidP="0047500C">
      <w:pPr>
        <w:autoSpaceDE w:val="0"/>
        <w:autoSpaceDN w:val="0"/>
        <w:spacing w:before="226" w:after="0" w:line="230" w:lineRule="auto"/>
        <w:jc w:val="center"/>
        <w:rPr>
          <w:lang w:val="ru-RU"/>
        </w:rPr>
      </w:pP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055F9F" w:rsidRPr="00222FFE" w:rsidRDefault="00222FFE">
      <w:pPr>
        <w:autoSpaceDE w:val="0"/>
        <w:autoSpaceDN w:val="0"/>
        <w:spacing w:before="348" w:after="0"/>
        <w:ind w:firstLine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 и   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  результаты  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 курса   русского   языка,   реализованных в большей части входящих в Федеральный перечень УМК по русскому языку. </w:t>
      </w:r>
    </w:p>
    <w:p w:rsidR="00055F9F" w:rsidRPr="00222FFE" w:rsidRDefault="00222FFE" w:rsidP="0047500C">
      <w:pPr>
        <w:autoSpaceDE w:val="0"/>
        <w:autoSpaceDN w:val="0"/>
        <w:spacing w:before="262" w:after="0" w:line="230" w:lineRule="auto"/>
        <w:jc w:val="center"/>
        <w:rPr>
          <w:lang w:val="ru-RU"/>
        </w:rPr>
      </w:pP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«РУССКИЙ ЯЗЫК»</w:t>
      </w:r>
    </w:p>
    <w:p w:rsidR="00055F9F" w:rsidRPr="00222FFE" w:rsidRDefault="00222FFE">
      <w:pPr>
        <w:autoSpaceDE w:val="0"/>
        <w:autoSpaceDN w:val="0"/>
        <w:spacing w:before="166" w:after="0"/>
        <w:ind w:firstLine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Русский язык —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межнационального общения русский язык является средством коммуникации всех народов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Российской Федерации, основой их социально-экономической, культурной и духовной консолидации.</w:t>
      </w:r>
    </w:p>
    <w:p w:rsidR="00055F9F" w:rsidRPr="00222FFE" w:rsidRDefault="00222FFE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иситуациях общения определяют успешность социализации личности и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возможности её самореализации в различных жизненно важных для человека областях.</w:t>
      </w:r>
    </w:p>
    <w:p w:rsidR="00055F9F" w:rsidRPr="00222FFE" w:rsidRDefault="00222FFE">
      <w:pPr>
        <w:autoSpaceDE w:val="0"/>
        <w:autoSpaceDN w:val="0"/>
        <w:spacing w:before="70" w:after="0"/>
        <w:ind w:right="720" w:firstLine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055F9F" w:rsidRPr="00222FFE" w:rsidRDefault="00222FFE">
      <w:pPr>
        <w:autoSpaceDE w:val="0"/>
        <w:autoSpaceDN w:val="0"/>
        <w:spacing w:before="72" w:after="0"/>
        <w:ind w:right="432" w:firstLine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Обучение русскому языку в школе направлено на совершенствование нравственной и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коммуникативной культуры ученика, развитие его интеллектуальных и творческих способностей, мышления, памяти и воображения, навыков самостоятельной учебной деятельности,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самообразования.</w:t>
      </w:r>
    </w:p>
    <w:p w:rsidR="00055F9F" w:rsidRPr="00222FFE" w:rsidRDefault="00222FFE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обучения русскому языку ориентировано также на развитие функциональной грамотности как интегративного умения человека читать, понимать тексты, использовать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Речевая и текстовая деятельность является системообразующей доминантой школьного курса русского языка.</w:t>
      </w:r>
    </w:p>
    <w:p w:rsidR="00055F9F" w:rsidRPr="00222FFE" w:rsidRDefault="00222FFE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Соответствующие умения и навыки представлены в перечне 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обучения, в содержании обучения (разделы «Язык и речь», «Текст», «Функциональные разновидности языка»).</w:t>
      </w:r>
    </w:p>
    <w:p w:rsidR="00055F9F" w:rsidRPr="00222FFE" w:rsidRDefault="00222FFE" w:rsidP="0047500C">
      <w:pPr>
        <w:autoSpaceDE w:val="0"/>
        <w:autoSpaceDN w:val="0"/>
        <w:spacing w:before="262" w:after="0" w:line="230" w:lineRule="auto"/>
        <w:jc w:val="center"/>
        <w:rPr>
          <w:lang w:val="ru-RU"/>
        </w:rPr>
      </w:pP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«РУССКИЙ ЯЗЫК»</w:t>
      </w:r>
    </w:p>
    <w:p w:rsidR="00055F9F" w:rsidRPr="00222FFE" w:rsidRDefault="00222FFE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Целями изучения русского языка по программам основного общего образования являются:</w:t>
      </w:r>
    </w:p>
    <w:p w:rsidR="00055F9F" w:rsidRPr="00222FFE" w:rsidRDefault="00055F9F">
      <w:pPr>
        <w:rPr>
          <w:lang w:val="ru-RU"/>
        </w:rPr>
        <w:sectPr w:rsidR="00055F9F" w:rsidRPr="00222FFE">
          <w:pgSz w:w="11900" w:h="16840"/>
          <w:pgMar w:top="298" w:right="650" w:bottom="4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55F9F" w:rsidRPr="00222FFE" w:rsidRDefault="00055F9F">
      <w:pPr>
        <w:autoSpaceDE w:val="0"/>
        <w:autoSpaceDN w:val="0"/>
        <w:spacing w:after="78" w:line="220" w:lineRule="exact"/>
        <w:rPr>
          <w:lang w:val="ru-RU"/>
        </w:rPr>
      </w:pPr>
    </w:p>
    <w:p w:rsidR="00055F9F" w:rsidRPr="00222FFE" w:rsidRDefault="00222FFE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получения знаний в разных сферах ​человеческой деятельности;проявление уважения к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общероссийской и русской культуре, к культуре и языкам всех народов Российской Федерации;</w:t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в собственной речевой практике разнообразных грамматических средств;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совершенствование орфографической и пунктуационной грамотности; воспитание стремления к речевому самосовершенствованию;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совершенствование речевой деятельности, коммуникативных умений, обеспечивающих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и т. п. в процессе изучения русского языка;</w:t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развитие функциональной грамотности: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несплошной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текст, 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инфографика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др.); освоение стратегий и тактик информационно-смысловой переработки текста, овладение способами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055F9F" w:rsidRPr="00222FFE" w:rsidRDefault="00222FFE">
      <w:pPr>
        <w:autoSpaceDE w:val="0"/>
        <w:autoSpaceDN w:val="0"/>
        <w:spacing w:before="262" w:after="0" w:line="230" w:lineRule="auto"/>
        <w:rPr>
          <w:lang w:val="ru-RU"/>
        </w:rPr>
      </w:pP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«РУССКИЙ ЯЗЫК» В УЧЕБНОМ ПЛАНЕ</w:t>
      </w:r>
    </w:p>
    <w:p w:rsidR="00055F9F" w:rsidRPr="00222FFE" w:rsidRDefault="00222FFE">
      <w:pPr>
        <w:autoSpaceDE w:val="0"/>
        <w:autoSpaceDN w:val="0"/>
        <w:spacing w:before="166" w:after="0" w:line="271" w:lineRule="auto"/>
        <w:ind w:right="144" w:firstLine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основного общего образования учебный предмет «Русский язык» входит в  предметную  область  «Русский язык и литература» и является обязательным для  изучения.</w:t>
      </w:r>
    </w:p>
    <w:p w:rsidR="00055F9F" w:rsidRPr="00222FFE" w:rsidRDefault="00222FFE">
      <w:pPr>
        <w:autoSpaceDE w:val="0"/>
        <w:autoSpaceDN w:val="0"/>
        <w:spacing w:before="72" w:after="0" w:line="271" w:lineRule="auto"/>
        <w:ind w:right="576" w:firstLine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Содержание учебного предмета «Русский язык», представленное в рабочей программе, соответствует ФГОС ООО, Примерной основной образовательной программе основного общего образования.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Учебным планом на изучение русского языка в 5 классе отводится  - 170 ч. (5 часов в неделю).</w:t>
      </w:r>
    </w:p>
    <w:p w:rsidR="00055F9F" w:rsidRPr="00222FFE" w:rsidRDefault="00055F9F">
      <w:pPr>
        <w:rPr>
          <w:lang w:val="ru-RU"/>
        </w:rPr>
        <w:sectPr w:rsidR="00055F9F" w:rsidRPr="00222FFE">
          <w:pgSz w:w="11900" w:h="16840"/>
          <w:pgMar w:top="298" w:right="702" w:bottom="1440" w:left="666" w:header="720" w:footer="720" w:gutter="0"/>
          <w:cols w:space="720" w:equalWidth="0">
            <w:col w:w="10532" w:space="0"/>
          </w:cols>
          <w:docGrid w:linePitch="360"/>
        </w:sectPr>
      </w:pPr>
    </w:p>
    <w:p w:rsidR="00055F9F" w:rsidRPr="00222FFE" w:rsidRDefault="00055F9F">
      <w:pPr>
        <w:autoSpaceDE w:val="0"/>
        <w:autoSpaceDN w:val="0"/>
        <w:spacing w:after="78" w:line="220" w:lineRule="exact"/>
        <w:rPr>
          <w:lang w:val="ru-RU"/>
        </w:rPr>
      </w:pPr>
    </w:p>
    <w:p w:rsidR="00055F9F" w:rsidRPr="00222FFE" w:rsidRDefault="00222FFE">
      <w:pPr>
        <w:autoSpaceDE w:val="0"/>
        <w:autoSpaceDN w:val="0"/>
        <w:spacing w:after="0" w:line="230" w:lineRule="auto"/>
        <w:rPr>
          <w:lang w:val="ru-RU"/>
        </w:rPr>
      </w:pP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055F9F" w:rsidRPr="00222FFE" w:rsidRDefault="00222FFE">
      <w:pPr>
        <w:autoSpaceDE w:val="0"/>
        <w:autoSpaceDN w:val="0"/>
        <w:spacing w:before="346" w:after="0" w:line="271" w:lineRule="auto"/>
        <w:ind w:left="180" w:right="5616"/>
        <w:rPr>
          <w:lang w:val="ru-RU"/>
        </w:rPr>
      </w:pP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Общие сведения о языке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Богатство и выразительность русского языка.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Лингвистика как наука о языке.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Основные разделы лингвистики.</w:t>
      </w:r>
    </w:p>
    <w:p w:rsidR="00055F9F" w:rsidRPr="00222FFE" w:rsidRDefault="00222FFE">
      <w:pPr>
        <w:autoSpaceDE w:val="0"/>
        <w:autoSpaceDN w:val="0"/>
        <w:spacing w:before="190" w:after="0" w:line="262" w:lineRule="auto"/>
        <w:ind w:left="180" w:right="1872"/>
        <w:rPr>
          <w:lang w:val="ru-RU"/>
        </w:rPr>
      </w:pP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 и речь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Язык и 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речь.Речь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устная и письменная, монологическая и диалогическая, 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полилог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Виды речевой деятельности (говорение, слушание, чтение, письмо), их особенности.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2" w:after="0" w:line="262" w:lineRule="auto"/>
        <w:ind w:right="1008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Речевые формулы приветствия, прощания, просьбы, благодарности.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Виды 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: выборочное, ознакомительное, детальное.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Виды чтения: изучающее, ознакомительное, просмотровое, поисковое.</w:t>
      </w:r>
    </w:p>
    <w:p w:rsidR="00055F9F" w:rsidRPr="00222FFE" w:rsidRDefault="00222FFE">
      <w:pPr>
        <w:autoSpaceDE w:val="0"/>
        <w:autoSpaceDN w:val="0"/>
        <w:spacing w:before="190" w:after="0" w:line="262" w:lineRule="auto"/>
        <w:ind w:left="180" w:right="144"/>
        <w:rPr>
          <w:lang w:val="ru-RU"/>
        </w:rPr>
      </w:pP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 и его основные признаки. Тема и главная мысль текста. 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Микротема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текста. Ключевые слова.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Повествование как тип речи. Рассказ.</w:t>
      </w:r>
    </w:p>
    <w:p w:rsidR="00055F9F" w:rsidRPr="00222FFE" w:rsidRDefault="00222FFE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микротем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2" w:after="0" w:line="262" w:lineRule="auto"/>
        <w:ind w:right="144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Информационная переработка текста: простой и сложный план текста.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190" w:after="0" w:line="271" w:lineRule="auto"/>
        <w:ind w:right="1584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Функциональные разновидности языка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055F9F" w:rsidRPr="00222FFE" w:rsidRDefault="00222FFE">
      <w:pPr>
        <w:autoSpaceDE w:val="0"/>
        <w:autoSpaceDN w:val="0"/>
        <w:spacing w:before="190" w:after="0" w:line="271" w:lineRule="auto"/>
        <w:ind w:left="180" w:right="5472"/>
        <w:rPr>
          <w:lang w:val="ru-RU"/>
        </w:rPr>
      </w:pP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СИСТЕМА ЯЗЫКА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Фонетика. Графика. Орфоэпия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Фонетика и графика как разделы лингвистики.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Звук как единица языка. Смыслоразличительная роль звука.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Система гласных звуков.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Система согласных звуков.</w:t>
      </w:r>
    </w:p>
    <w:p w:rsidR="00055F9F" w:rsidRPr="00222FFE" w:rsidRDefault="00222FFE">
      <w:pPr>
        <w:autoSpaceDE w:val="0"/>
        <w:autoSpaceDN w:val="0"/>
        <w:spacing w:before="70" w:after="0" w:line="262" w:lineRule="auto"/>
        <w:ind w:left="180" w:right="2448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Изменение звуков в речевом потоке. Элементы фонетической транскрипции. Слог. Ударение. Свойства русского ударения.</w:t>
      </w:r>
    </w:p>
    <w:p w:rsidR="00055F9F" w:rsidRPr="00222FFE" w:rsidRDefault="00055F9F">
      <w:pPr>
        <w:rPr>
          <w:lang w:val="ru-RU"/>
        </w:rPr>
        <w:sectPr w:rsidR="00055F9F" w:rsidRPr="00222FFE">
          <w:pgSz w:w="11900" w:h="16840"/>
          <w:pgMar w:top="298" w:right="650" w:bottom="3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55F9F" w:rsidRPr="00222FFE" w:rsidRDefault="00055F9F">
      <w:pPr>
        <w:autoSpaceDE w:val="0"/>
        <w:autoSpaceDN w:val="0"/>
        <w:spacing w:after="78" w:line="220" w:lineRule="exact"/>
        <w:rPr>
          <w:lang w:val="ru-RU"/>
        </w:rPr>
      </w:pPr>
    </w:p>
    <w:p w:rsidR="00055F9F" w:rsidRPr="00222FFE" w:rsidRDefault="00222FFE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Соотношение звуков и букв.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Фонетический анализ слова.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Способы обозначения [й’], мягкости согласных.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Основные выразительные средства фонетики.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Прописные и строчные буквы.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Интонация, её функции. Основные элементы интонации.</w:t>
      </w:r>
    </w:p>
    <w:p w:rsidR="00055F9F" w:rsidRPr="00222FFE" w:rsidRDefault="00222FFE">
      <w:pPr>
        <w:autoSpaceDE w:val="0"/>
        <w:autoSpaceDN w:val="0"/>
        <w:spacing w:before="70" w:after="0" w:line="262" w:lineRule="auto"/>
        <w:ind w:left="180" w:right="6336"/>
        <w:rPr>
          <w:lang w:val="ru-RU"/>
        </w:rPr>
      </w:pP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Орфография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Орфография как раздел лингвистики.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Понятие «орфограмма». Буквенные и небуквенные орфограммы.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Правописание разделительных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ъ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55F9F" w:rsidRPr="00222FFE" w:rsidRDefault="00222FFE">
      <w:pPr>
        <w:autoSpaceDE w:val="0"/>
        <w:autoSpaceDN w:val="0"/>
        <w:spacing w:before="72" w:after="0" w:line="262" w:lineRule="auto"/>
        <w:ind w:left="180" w:right="6192"/>
        <w:rPr>
          <w:lang w:val="ru-RU"/>
        </w:rPr>
      </w:pP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Лексикология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Лексикология как раздел лингвистики.</w:t>
      </w:r>
    </w:p>
    <w:p w:rsidR="00055F9F" w:rsidRPr="00222FFE" w:rsidRDefault="00222FFE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Синонимы. Антонимы. Омонимы. Паронимы.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Лексический анализ слов (в рамках изученного).</w:t>
      </w:r>
    </w:p>
    <w:p w:rsidR="00055F9F" w:rsidRPr="00222FFE" w:rsidRDefault="00222FFE">
      <w:pPr>
        <w:autoSpaceDE w:val="0"/>
        <w:autoSpaceDN w:val="0"/>
        <w:spacing w:before="70" w:after="0" w:line="262" w:lineRule="auto"/>
        <w:ind w:left="180" w:right="6480"/>
        <w:rPr>
          <w:lang w:val="ru-RU"/>
        </w:rPr>
      </w:pPr>
      <w:proofErr w:type="spellStart"/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Морфемика</w:t>
      </w:r>
      <w:proofErr w:type="spellEnd"/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Орфография </w:t>
      </w:r>
      <w:r w:rsidRPr="00222FFE">
        <w:rPr>
          <w:lang w:val="ru-RU"/>
        </w:rPr>
        <w:br/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Морфемика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раздел лингвистики.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Чередование звуков в морфемах (в том числе чередование гласных с нулём звука).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Морфемный анализ слов.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Уместное использование слов с суффиксами оценки в собственной речи.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Правописание корней с проверяемыми, непроверяемыми, ​непроизносимыми согласными (в рамках изученного).</w:t>
      </w:r>
    </w:p>
    <w:p w:rsidR="00055F9F" w:rsidRPr="00222FFE" w:rsidRDefault="00222FFE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в корне слова.</w:t>
      </w:r>
    </w:p>
    <w:p w:rsidR="00055F9F" w:rsidRPr="00222FFE" w:rsidRDefault="00222FFE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неизменяемых на письме приставок и приставок на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-з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(-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приставок.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55F9F" w:rsidRPr="00222FFE" w:rsidRDefault="00222FFE">
      <w:pPr>
        <w:autoSpaceDE w:val="0"/>
        <w:autoSpaceDN w:val="0"/>
        <w:spacing w:before="70" w:after="0" w:line="262" w:lineRule="auto"/>
        <w:ind w:left="180" w:right="3024"/>
        <w:rPr>
          <w:lang w:val="ru-RU"/>
        </w:rPr>
      </w:pP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Морфология. Культура речи. Орфография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Морфология как раздел грамматики. Грамматическое значение слова.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существительное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 </w:t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Род, число, падеж имени существительного.</w:t>
      </w:r>
    </w:p>
    <w:p w:rsidR="00055F9F" w:rsidRPr="00222FFE" w:rsidRDefault="00055F9F">
      <w:pPr>
        <w:rPr>
          <w:lang w:val="ru-RU"/>
        </w:rPr>
        <w:sectPr w:rsidR="00055F9F" w:rsidRPr="00222FFE">
          <w:pgSz w:w="11900" w:h="16840"/>
          <w:pgMar w:top="298" w:right="780" w:bottom="428" w:left="666" w:header="720" w:footer="720" w:gutter="0"/>
          <w:cols w:space="720" w:equalWidth="0">
            <w:col w:w="10454" w:space="0"/>
          </w:cols>
          <w:docGrid w:linePitch="360"/>
        </w:sectPr>
      </w:pPr>
    </w:p>
    <w:p w:rsidR="00055F9F" w:rsidRPr="00222FFE" w:rsidRDefault="00055F9F">
      <w:pPr>
        <w:autoSpaceDE w:val="0"/>
        <w:autoSpaceDN w:val="0"/>
        <w:spacing w:after="78" w:line="220" w:lineRule="exact"/>
        <w:rPr>
          <w:lang w:val="ru-RU"/>
        </w:rPr>
      </w:pPr>
    </w:p>
    <w:p w:rsidR="00055F9F" w:rsidRPr="00222FFE" w:rsidRDefault="00222FFE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Имена существительные общего рода.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Имена существительные, имеющие форму только единственного или только множественного числа. </w:t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имён существительных.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62" w:lineRule="auto"/>
        <w:ind w:right="1872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Правописание собственных имён существительных.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на конце имён существительных после шипящих.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Правописание безударных окончаний имён существительных.</w:t>
      </w:r>
    </w:p>
    <w:p w:rsidR="00055F9F" w:rsidRPr="00222FFE" w:rsidRDefault="00222FFE">
      <w:pPr>
        <w:autoSpaceDE w:val="0"/>
        <w:autoSpaceDN w:val="0"/>
        <w:spacing w:before="72" w:after="0" w:line="262" w:lineRule="auto"/>
        <w:ind w:left="180" w:right="432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) после шипящих и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 имён существительных. Правописание суффиксов </w:t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- 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щик</w:t>
      </w:r>
      <w:proofErr w:type="spellEnd"/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; -</w:t>
      </w:r>
      <w:proofErr w:type="spellStart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ек</w:t>
      </w:r>
      <w:proofErr w:type="spellEnd"/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ик</w:t>
      </w:r>
      <w:proofErr w:type="spellEnd"/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- 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(-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) имён существительных.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корней с чередованием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//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proofErr w:type="gram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</w:t>
      </w:r>
      <w:proofErr w:type="gramEnd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аг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лож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-; -</w:t>
      </w:r>
      <w:proofErr w:type="spellStart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раст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ращ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рос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-; -</w:t>
      </w:r>
      <w:proofErr w:type="spellStart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гар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гор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-,-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зар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зор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-;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-клан- 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-клон-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скак</w:t>
      </w:r>
      <w:proofErr w:type="spellEnd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- 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</w:t>
      </w:r>
      <w:proofErr w:type="spellStart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скоч</w:t>
      </w:r>
      <w:proofErr w:type="spellEnd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Слитное и раздельное написание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с именами существительными.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прилагательное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Имена прилагательные полные и краткие, их синтаксические функции.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Склонение имён прилагательных. 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имён прилагательных.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Правописание безударных окончаний имён прилагательных.</w:t>
      </w:r>
    </w:p>
    <w:p w:rsidR="00055F9F" w:rsidRPr="00222FFE" w:rsidRDefault="00222FFE">
      <w:pPr>
        <w:autoSpaceDE w:val="0"/>
        <w:autoSpaceDN w:val="0"/>
        <w:spacing w:before="70" w:after="0" w:line="262" w:lineRule="auto"/>
        <w:ind w:left="180" w:right="1008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и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 имён прилагательных. Правописание кратких форм имён прилагательных с основой на шипящий.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Слитное и раздельное написание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не 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с именами прилагательными.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71" w:lineRule="auto"/>
        <w:ind w:right="1296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Глагол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Глаголы совершенного и несовершенного вида, возвратные и невозвратные.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055F9F" w:rsidRPr="00222FFE" w:rsidRDefault="00222FFE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Спряжение глагола.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корней с чередованием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//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proofErr w:type="gramStart"/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: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gramEnd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бер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бир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proofErr w:type="spellStart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блест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блист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proofErr w:type="spellStart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дер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дир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-,-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жег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жиг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мер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мир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пер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пир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стел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стил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тер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тир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-.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тся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ться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в глаголах, суффиксов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ова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- —-</w:t>
      </w:r>
      <w:proofErr w:type="spellStart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ева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-,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ыва</w:t>
      </w:r>
      <w:proofErr w:type="spellEnd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-ива-</w:t>
      </w:r>
      <w:r w:rsidRPr="00222FFE">
        <w:rPr>
          <w:rFonts w:ascii="Times New Roman" w:eastAsia="Times New Roman" w:hAnsi="Times New Roman"/>
          <w:i/>
          <w:color w:val="000000"/>
          <w:sz w:val="24"/>
          <w:lang w:val="ru-RU"/>
        </w:rPr>
        <w:t>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Правописание безударных личных окончаний глагола.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гласной перед суффиксом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-л-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в формах прошедшего времени глагола.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Слитное и раздельное написание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с глаголами.</w:t>
      </w:r>
    </w:p>
    <w:p w:rsidR="00055F9F" w:rsidRPr="00222FFE" w:rsidRDefault="00222FFE">
      <w:pPr>
        <w:autoSpaceDE w:val="0"/>
        <w:autoSpaceDN w:val="0"/>
        <w:spacing w:before="70" w:after="0" w:line="262" w:lineRule="auto"/>
        <w:ind w:left="180" w:right="864"/>
        <w:rPr>
          <w:lang w:val="ru-RU"/>
        </w:rPr>
      </w:pP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Синтаксис. Культура речи. Пунктуация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Словосочетание и его признаки. Основные виды словосочетаний по морфологическим свойствам</w:t>
      </w:r>
    </w:p>
    <w:p w:rsidR="00055F9F" w:rsidRPr="00222FFE" w:rsidRDefault="00055F9F">
      <w:pPr>
        <w:rPr>
          <w:lang w:val="ru-RU"/>
        </w:rPr>
        <w:sectPr w:rsidR="00055F9F" w:rsidRPr="00222FFE">
          <w:pgSz w:w="11900" w:h="16840"/>
          <w:pgMar w:top="298" w:right="682" w:bottom="428" w:left="666" w:header="720" w:footer="720" w:gutter="0"/>
          <w:cols w:space="720" w:equalWidth="0">
            <w:col w:w="10552" w:space="0"/>
          </w:cols>
          <w:docGrid w:linePitch="360"/>
        </w:sectPr>
      </w:pPr>
    </w:p>
    <w:p w:rsidR="00055F9F" w:rsidRPr="00222FFE" w:rsidRDefault="00055F9F">
      <w:pPr>
        <w:autoSpaceDE w:val="0"/>
        <w:autoSpaceDN w:val="0"/>
        <w:spacing w:after="66" w:line="220" w:lineRule="exact"/>
        <w:rPr>
          <w:lang w:val="ru-RU"/>
        </w:rPr>
      </w:pPr>
    </w:p>
    <w:p w:rsidR="00055F9F" w:rsidRPr="00222FFE" w:rsidRDefault="00222FFE">
      <w:pPr>
        <w:autoSpaceDE w:val="0"/>
        <w:autoSpaceDN w:val="0"/>
        <w:spacing w:after="0" w:line="230" w:lineRule="auto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главного слова (именные, глагольные, наречные). Средства связи слов в словосочетании.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Синтаксический анализ словосочетания.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Предложение и его признаки. Виды предложений по цели высказывания и эмоциональной окраске.</w:t>
      </w:r>
    </w:p>
    <w:p w:rsidR="00055F9F" w:rsidRPr="00222FFE" w:rsidRDefault="00222FFE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055F9F" w:rsidRPr="00222FFE" w:rsidRDefault="00222FFE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Главные члены предложения (грамматическая основа). 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морфологические средства его выражения: глаголом, именем существительным, именем прилагательным.</w:t>
      </w:r>
    </w:p>
    <w:p w:rsidR="00055F9F" w:rsidRPr="00222FFE" w:rsidRDefault="00222FFE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Тире между подлежащим и сказуемым.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</w:t>
      </w:r>
    </w:p>
    <w:p w:rsidR="00055F9F" w:rsidRPr="00222FFE" w:rsidRDefault="00222FFE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055F9F" w:rsidRPr="00222FFE" w:rsidRDefault="00222FFE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Предложения с однородными членами (без союзов, с одиночным союзом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, союзами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).</w:t>
      </w:r>
      <w:proofErr w:type="gramEnd"/>
    </w:p>
    <w:p w:rsidR="00055F9F" w:rsidRPr="00222FFE" w:rsidRDefault="00222FFE">
      <w:pPr>
        <w:autoSpaceDE w:val="0"/>
        <w:autoSpaceDN w:val="0"/>
        <w:spacing w:before="70" w:after="0" w:line="230" w:lineRule="auto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Предложения с обобщающим словом при однородных членах.</w:t>
      </w:r>
    </w:p>
    <w:p w:rsidR="00055F9F" w:rsidRPr="00222FFE" w:rsidRDefault="00222FFE">
      <w:pPr>
        <w:autoSpaceDE w:val="0"/>
        <w:autoSpaceDN w:val="0"/>
        <w:spacing w:before="70" w:after="0" w:line="262" w:lineRule="auto"/>
        <w:ind w:left="180" w:right="72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Предложения с обращением, особенности интонации. Обращение и средства его выражения. Синтаксический анализ простого и простого осложнённого предложений.</w:t>
      </w:r>
    </w:p>
    <w:p w:rsidR="00055F9F" w:rsidRPr="00222FFE" w:rsidRDefault="00222FFE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, союзами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Предложения простые и сложные. Сложные предложения с бессоюзной и союзной связью.</w:t>
      </w:r>
    </w:p>
    <w:p w:rsidR="00055F9F" w:rsidRPr="00222FFE" w:rsidRDefault="00222FFE">
      <w:pPr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Предложения сложносочинённые и сложноподчинённые (общее представление, практическое усвоение).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55F9F" w:rsidRPr="00222FFE" w:rsidRDefault="00222FFE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Предложения с прямой речью.</w:t>
      </w:r>
    </w:p>
    <w:p w:rsidR="00055F9F" w:rsidRPr="00222FFE" w:rsidRDefault="00222FFE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Пунктуационное оформление предложений с прямой речью.</w:t>
      </w:r>
    </w:p>
    <w:p w:rsidR="00055F9F" w:rsidRPr="00222FFE" w:rsidRDefault="00222FFE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Диалог.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Пунктуационное оформление диалога на письме.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Пунктуация как раздел лингвистики.</w:t>
      </w:r>
    </w:p>
    <w:p w:rsidR="00055F9F" w:rsidRPr="00222FFE" w:rsidRDefault="00055F9F">
      <w:pPr>
        <w:rPr>
          <w:lang w:val="ru-RU"/>
        </w:rPr>
        <w:sectPr w:rsidR="00055F9F" w:rsidRPr="00222FFE">
          <w:pgSz w:w="11900" w:h="16840"/>
          <w:pgMar w:top="286" w:right="656" w:bottom="1440" w:left="666" w:header="720" w:footer="720" w:gutter="0"/>
          <w:cols w:space="720" w:equalWidth="0">
            <w:col w:w="10578" w:space="0"/>
          </w:cols>
          <w:docGrid w:linePitch="360"/>
        </w:sectPr>
      </w:pPr>
    </w:p>
    <w:p w:rsidR="00055F9F" w:rsidRPr="00222FFE" w:rsidRDefault="00055F9F">
      <w:pPr>
        <w:autoSpaceDE w:val="0"/>
        <w:autoSpaceDN w:val="0"/>
        <w:spacing w:after="78" w:line="220" w:lineRule="exact"/>
        <w:rPr>
          <w:lang w:val="ru-RU"/>
        </w:rPr>
      </w:pPr>
    </w:p>
    <w:p w:rsidR="00055F9F" w:rsidRPr="00222FFE" w:rsidRDefault="00222FFE">
      <w:pPr>
        <w:autoSpaceDE w:val="0"/>
        <w:autoSpaceDN w:val="0"/>
        <w:spacing w:after="0" w:line="230" w:lineRule="auto"/>
        <w:rPr>
          <w:lang w:val="ru-RU"/>
        </w:rPr>
      </w:pP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055F9F" w:rsidRPr="00222FFE" w:rsidRDefault="00222FFE">
      <w:pPr>
        <w:autoSpaceDE w:val="0"/>
        <w:autoSpaceDN w:val="0"/>
        <w:spacing w:before="346" w:after="0" w:line="230" w:lineRule="auto"/>
        <w:rPr>
          <w:lang w:val="ru-RU"/>
        </w:rPr>
      </w:pP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055F9F" w:rsidRPr="00222FFE" w:rsidRDefault="00222FFE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самовоспитания и саморазвития, формирования внутренней позиции личности.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Гражданского воспитания: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 неприятие любых форм экстремизма, дискриминации; понимание роли различных социальных институтов в жизни человека;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 готовность к разнообразной совместной деятельности, стремление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к взаимопониманию и взаимопомощи; активное участие в школьном самоуправлении; готовность к участию в гуманитарной деятельности (помощь людям, нуждающимся в ней; 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волонтёрство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Патриотического воспитания: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России; проявление интереса к познанию русского языка, к истории и культуре Российской Федерации, культуре своего края, народов России в контексте учебного предмета «Русский язык»; 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отражённым в художественных произведениях;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Духовно-нравственного воспитания: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моральные ценности и нормы в ситуациях нравственного выбора; готовность оценивать своё поведение, в том числе речевое, и поступки, а также поведение и поступки других людей с позиции нравственных и правовых 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нормс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учётом осознания последствий поступков; активное неприятие асоциальных поступков; свобода и 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ответственностьличности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в условиях индивидуального и общественного пространства.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Эстетического воспитания: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восприимчивость к разным видам искусства, традициям и творчеству своего и других народов; понимание эмоционального воздействия искусства; осознание важности художественной культуры как средства коммуникации и самовыражения; 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</w:t>
      </w:r>
    </w:p>
    <w:p w:rsidR="00055F9F" w:rsidRPr="00222FFE" w:rsidRDefault="00055F9F">
      <w:pPr>
        <w:rPr>
          <w:lang w:val="ru-RU"/>
        </w:rPr>
        <w:sectPr w:rsidR="00055F9F" w:rsidRPr="00222FFE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55F9F" w:rsidRPr="00222FFE" w:rsidRDefault="00055F9F">
      <w:pPr>
        <w:autoSpaceDE w:val="0"/>
        <w:autoSpaceDN w:val="0"/>
        <w:spacing w:after="66" w:line="220" w:lineRule="exact"/>
        <w:rPr>
          <w:lang w:val="ru-RU"/>
        </w:rPr>
      </w:pPr>
    </w:p>
    <w:p w:rsidR="00055F9F" w:rsidRPr="00222FFE" w:rsidRDefault="00222FFE">
      <w:pPr>
        <w:autoSpaceDE w:val="0"/>
        <w:autoSpaceDN w:val="0"/>
        <w:spacing w:after="0" w:line="230" w:lineRule="auto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видах искусства.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Физического воспитания, формирования культуры здоровья и эмоционального благополучия: </w:t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жизни с опорой на собственный жизненный и читательский опыт;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употреб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ление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 в процессе школьного языкового образования; способность адаптироваться к стрессовым ситуациям и меняющимся социальным, информационным и природным условиям, в том числе осмысляя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собственный опыт и выстраивая дальнейшие цели;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принимать себя и других, не осуждая;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навыков рефлексии, признание своего права на ошибку и такого же права другого человека.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Трудового воспитания: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выполнять такого рода деятельность;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интерес к практическому изучению профессий и труда ​раз​личного рода, в том числе на основе применения 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изучае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мого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предметного знания и ознакомления с деятельностью филологов,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журналистов,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Экологического воспитания: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умение точно, логично выражать свою точку зрения на экологические проблемы; </w:t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активное неприятие действий, приносящих вред окружающей среде; осознание своей роли как гражданина и потребителя в условиях взаимосвязи природной,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технологической и социальной сред; готовность к участию в практической деятельности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экологической направленности.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Ценности научного познания: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чело​века, природы и общества, взаимосвязях человека с природной и социальной средой; закономерностях развития языка; овладение языковой и читательской культурой, навыками ​чтения как средства познания мира; овладение основными навыками исследовательской деятельности с учётом специфики школьного языкового образования; установка на осмысление опыта, наблюдений, поступков и стремление совершенствовать пути достижения индивидуального и коллективного благо​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получия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55F9F" w:rsidRPr="00222FFE" w:rsidRDefault="00222FFE">
      <w:pPr>
        <w:autoSpaceDE w:val="0"/>
        <w:autoSpaceDN w:val="0"/>
        <w:spacing w:before="70" w:after="0" w:line="262" w:lineRule="auto"/>
        <w:ind w:left="144" w:right="1008"/>
        <w:jc w:val="center"/>
        <w:rPr>
          <w:lang w:val="ru-RU"/>
        </w:rPr>
      </w:pP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Адаптации обучающегося к изменяющимся условиям социальной и природной среды: 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освоение обучающимися социального опыта, основных социальных ролей, норм и правил</w:t>
      </w:r>
    </w:p>
    <w:p w:rsidR="00055F9F" w:rsidRPr="00222FFE" w:rsidRDefault="00055F9F">
      <w:pPr>
        <w:rPr>
          <w:lang w:val="ru-RU"/>
        </w:rPr>
        <w:sectPr w:rsidR="00055F9F" w:rsidRPr="00222FFE">
          <w:pgSz w:w="11900" w:h="16840"/>
          <w:pgMar w:top="286" w:right="680" w:bottom="438" w:left="666" w:header="720" w:footer="720" w:gutter="0"/>
          <w:cols w:space="720" w:equalWidth="0">
            <w:col w:w="10554" w:space="0"/>
          </w:cols>
          <w:docGrid w:linePitch="360"/>
        </w:sectPr>
      </w:pPr>
    </w:p>
    <w:p w:rsidR="00055F9F" w:rsidRPr="00222FFE" w:rsidRDefault="00055F9F">
      <w:pPr>
        <w:autoSpaceDE w:val="0"/>
        <w:autoSpaceDN w:val="0"/>
        <w:spacing w:after="66" w:line="220" w:lineRule="exact"/>
        <w:rPr>
          <w:lang w:val="ru-RU"/>
        </w:rPr>
      </w:pPr>
    </w:p>
    <w:p w:rsidR="00055F9F" w:rsidRPr="00222FFE" w:rsidRDefault="00222FFE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потребность во взаимодействии в условиях неопределённости, открытость опыту и знаниям других;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развития; умение оперировать основными понятиями, терминами и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осознавать стрессовую ситуацию, оценивать происходящие изменения и их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последствия, опираясь на жизненный, речевой и читательский опыт;воспринимать стрессовую ситуацию как вызов, требующий контрмер; оценивать ситуацию стресса, корректировать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</w:p>
    <w:p w:rsidR="00055F9F" w:rsidRPr="00222FFE" w:rsidRDefault="00222FFE">
      <w:pPr>
        <w:autoSpaceDE w:val="0"/>
        <w:autoSpaceDN w:val="0"/>
        <w:spacing w:before="262" w:after="0" w:line="230" w:lineRule="auto"/>
        <w:rPr>
          <w:lang w:val="ru-RU"/>
        </w:rPr>
      </w:pP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166" w:after="0" w:line="288" w:lineRule="auto"/>
        <w:ind w:right="288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Овладение универсальными учебными познавательными действиями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логические действия: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языковых единиц, языковых явлений и процессов;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дефицит информации текста, необходимой для решения поставленной учебной задачи; </w:t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взаимосвязях;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оптималь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ный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вариант с учётом самостоятельно выделенных критериев.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 в языковом образовании; </w:t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вопросы, фиксирующие несоответствие между реальным и желательным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состоянием ситуации, и самостоятельно устанавливать искомое и данное;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формировать гипотезу об истинности собственных суждений и суждений других, аргументировать свою позицию, мнение;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составлять алгоритм действий и использовать его для решения учебных задач;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055F9F" w:rsidRPr="00222FFE" w:rsidRDefault="00055F9F">
      <w:pPr>
        <w:rPr>
          <w:lang w:val="ru-RU"/>
        </w:rPr>
        <w:sectPr w:rsidR="00055F9F" w:rsidRPr="00222FFE">
          <w:pgSz w:w="11900" w:h="16840"/>
          <w:pgMar w:top="286" w:right="634" w:bottom="296" w:left="666" w:header="720" w:footer="720" w:gutter="0"/>
          <w:cols w:space="720" w:equalWidth="0">
            <w:col w:w="10600" w:space="0"/>
          </w:cols>
          <w:docGrid w:linePitch="360"/>
        </w:sectPr>
      </w:pPr>
    </w:p>
    <w:p w:rsidR="00055F9F" w:rsidRPr="00222FFE" w:rsidRDefault="00055F9F">
      <w:pPr>
        <w:autoSpaceDE w:val="0"/>
        <w:autoSpaceDN w:val="0"/>
        <w:spacing w:after="90" w:line="220" w:lineRule="exact"/>
        <w:rPr>
          <w:lang w:val="ru-RU"/>
        </w:rPr>
      </w:pPr>
    </w:p>
    <w:p w:rsidR="00055F9F" w:rsidRPr="00222FFE" w:rsidRDefault="00222FFE">
      <w:pPr>
        <w:tabs>
          <w:tab w:val="left" w:pos="180"/>
        </w:tabs>
        <w:autoSpaceDE w:val="0"/>
        <w:autoSpaceDN w:val="0"/>
        <w:spacing w:after="0" w:line="283" w:lineRule="auto"/>
        <w:ind w:right="288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 применимость и достоверность информацию, полученную в ходе лингвистического исследования (эксперимента);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 </w:t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Работа с информацией: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различные методы, инструменты и запросы при поиске и отборе информации с учётом предложенной учебной задачи и заданных критериев;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выбирать, анализировать, интерпретировать, обобщать и систематизировать информацию, представленную в текстах, 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таб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​лицах, схемах;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различные виды 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и чтения для оценки текста с точки зрения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достоверности и применимости содержащейся в нём информации и усвоения необходимой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информации с целью решения учебных задач;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смысловое чтение для извлечения, обобщения и систематизации информации из одного или нескольких источников с учётом поставленных целей;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оценивать надёжность информации по критериям, пред​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ложенным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учителем или сформулированным самостоятельно;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эффективно запоминать и систематизировать информацию.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Овладение универсальными учебными коммуникативными действиями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Общение: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невербальные средства общения, понимать значение социальных знаков;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и распознавать предпосылки конфликтных ситуаций и смягчать конфликты, вести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переговоры;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 свои суждения с суждениями других участников диалога, обнаруживать различие и сходство позиций;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публично представлять результаты проведённого языкового анализа, выполненного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лингвистического эксперимента, исследования, проекта;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055F9F" w:rsidRPr="00222FFE" w:rsidRDefault="00222FFE">
      <w:pPr>
        <w:autoSpaceDE w:val="0"/>
        <w:autoSpaceDN w:val="0"/>
        <w:spacing w:before="70" w:after="0" w:line="262" w:lineRule="auto"/>
        <w:ind w:left="180" w:right="864"/>
        <w:rPr>
          <w:lang w:val="ru-RU"/>
        </w:rPr>
      </w:pP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Совместная деятельность: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понимать и использовать преимущества командной и ин​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дивидуальной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работы при решении</w:t>
      </w:r>
    </w:p>
    <w:p w:rsidR="00055F9F" w:rsidRPr="00222FFE" w:rsidRDefault="00055F9F">
      <w:pPr>
        <w:rPr>
          <w:lang w:val="ru-RU"/>
        </w:rPr>
        <w:sectPr w:rsidR="00055F9F" w:rsidRPr="00222FFE">
          <w:pgSz w:w="11900" w:h="16840"/>
          <w:pgMar w:top="310" w:right="670" w:bottom="356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055F9F" w:rsidRPr="00222FFE" w:rsidRDefault="00055F9F">
      <w:pPr>
        <w:autoSpaceDE w:val="0"/>
        <w:autoSpaceDN w:val="0"/>
        <w:spacing w:after="66" w:line="220" w:lineRule="exact"/>
        <w:rPr>
          <w:lang w:val="ru-RU"/>
        </w:rPr>
      </w:pPr>
    </w:p>
    <w:p w:rsidR="00055F9F" w:rsidRPr="00222FFE" w:rsidRDefault="00222FFE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конкретной проблемы, ​обосновывать необходимость применения групповых форм ​взаимодействия при решении поставленной задачи;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совмест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​ной работы; уметь обобщать мнения нескольких людей, проявлять готовность руководить, выполнять поручения, подчиняться;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 </w:t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качество своего вклада в общий продукт по критериям, самостоятельно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Овладение универсальными учебными регулятивными действиями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Самоорганизация: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проблемы для решения в учебных и жизненных ситуациях;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различных подходах к принятию решений (индивидуальное, принятие решения в группе, принятие решения группой);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план действий, вносить необходимые коррективы в ходе его реализации; </w:t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делать выбор и брать ответственность за решение.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Самоконтроль: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самомотивации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и рефлексии; </w:t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учебной ситуации и предлагать план её изменения;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предвидеть трудности, которые могут возникнуть при решении учебной задачи, и адаптировать решение к меняющимся обстоятельствам;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достижения (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) результата 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дея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тельности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/>
        <w:ind w:right="720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Эмоциональный интеллект: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способность управлять собственными эмоциями и эмоциями других;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эмоций.</w:t>
      </w:r>
    </w:p>
    <w:p w:rsidR="00055F9F" w:rsidRPr="00222FFE" w:rsidRDefault="00222FFE">
      <w:pPr>
        <w:autoSpaceDE w:val="0"/>
        <w:autoSpaceDN w:val="0"/>
        <w:spacing w:before="70" w:after="0" w:line="281" w:lineRule="auto"/>
        <w:ind w:left="180" w:right="4464"/>
        <w:rPr>
          <w:lang w:val="ru-RU"/>
        </w:rPr>
      </w:pP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Принятие себя и других: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осознанно относиться к другому человеку и его мнению; признавать своё и чужое право на ошибку;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себя и других, не осуждая;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открытость;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осознавать невозможность контролировать всё вокруг.</w:t>
      </w:r>
    </w:p>
    <w:p w:rsidR="00055F9F" w:rsidRPr="00222FFE" w:rsidRDefault="00222FFE">
      <w:pPr>
        <w:autoSpaceDE w:val="0"/>
        <w:autoSpaceDN w:val="0"/>
        <w:spacing w:before="262" w:after="0" w:line="230" w:lineRule="auto"/>
        <w:rPr>
          <w:lang w:val="ru-RU"/>
        </w:rPr>
      </w:pP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055F9F" w:rsidRPr="00222FFE" w:rsidRDefault="00055F9F">
      <w:pPr>
        <w:rPr>
          <w:lang w:val="ru-RU"/>
        </w:rPr>
        <w:sectPr w:rsidR="00055F9F" w:rsidRPr="00222FFE">
          <w:pgSz w:w="11900" w:h="16840"/>
          <w:pgMar w:top="286" w:right="686" w:bottom="452" w:left="666" w:header="720" w:footer="720" w:gutter="0"/>
          <w:cols w:space="720" w:equalWidth="0">
            <w:col w:w="10548" w:space="0"/>
          </w:cols>
          <w:docGrid w:linePitch="360"/>
        </w:sectPr>
      </w:pPr>
    </w:p>
    <w:p w:rsidR="00055F9F" w:rsidRPr="00222FFE" w:rsidRDefault="00055F9F">
      <w:pPr>
        <w:autoSpaceDE w:val="0"/>
        <w:autoSpaceDN w:val="0"/>
        <w:spacing w:after="78" w:line="220" w:lineRule="exact"/>
        <w:rPr>
          <w:lang w:val="ru-RU"/>
        </w:rPr>
      </w:pPr>
    </w:p>
    <w:p w:rsidR="00055F9F" w:rsidRPr="00222FFE" w:rsidRDefault="00222FFE">
      <w:pPr>
        <w:tabs>
          <w:tab w:val="left" w:pos="180"/>
        </w:tabs>
        <w:autoSpaceDE w:val="0"/>
        <w:autoSpaceDN w:val="0"/>
        <w:spacing w:after="0" w:line="271" w:lineRule="auto"/>
        <w:ind w:right="144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Общие сведения о языке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Язык и речь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Участвовать в диалоге на лингвистические темы (в рамках изученного) и в диалоге/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полилоге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на основе жизненных наблюдений объёмом не менее 3 реплик.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различными видами 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: выборочным, ​ознакомительным, детальным — научно-учебных и художественных текстов различных функционально-смысловых типов речи.</w:t>
      </w:r>
    </w:p>
    <w:p w:rsidR="00055F9F" w:rsidRPr="00222FFE" w:rsidRDefault="00222FFE">
      <w:pPr>
        <w:autoSpaceDE w:val="0"/>
        <w:autoSpaceDN w:val="0"/>
        <w:spacing w:before="70" w:after="0" w:line="262" w:lineRule="auto"/>
        <w:ind w:left="180" w:right="288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Владеть различными видами чтения: просмотровым, ознакомительным, изучающим, поисковым. Устно пересказывать прочитанный или прослушанный текст объёмом не менее 100 слов.</w:t>
      </w:r>
    </w:p>
    <w:p w:rsidR="00055F9F" w:rsidRPr="00222FFE" w:rsidRDefault="00222FFE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— не менее 110 слов).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055F9F" w:rsidRPr="00222FFE" w:rsidRDefault="00222FFE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на письме нормы современного русского литературного языка, в том числе во время списывания текста объёмом 90—100 слов; словарного диктанта объёмом 15—20 слов; диктанта на основе связного текста объёмом 90—100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пунктограммы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192" w:after="0" w:line="281" w:lineRule="auto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Текст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микротем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и абзацев.</w:t>
      </w:r>
    </w:p>
    <w:p w:rsidR="00055F9F" w:rsidRPr="00222FFE" w:rsidRDefault="00222FFE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функ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ционально-смысловому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типу речи.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 </w:t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</w:t>
      </w:r>
    </w:p>
    <w:p w:rsidR="00055F9F" w:rsidRPr="00222FFE" w:rsidRDefault="00055F9F">
      <w:pPr>
        <w:rPr>
          <w:lang w:val="ru-RU"/>
        </w:rPr>
        <w:sectPr w:rsidR="00055F9F" w:rsidRPr="00222FFE">
          <w:pgSz w:w="11900" w:h="16840"/>
          <w:pgMar w:top="298" w:right="674" w:bottom="308" w:left="666" w:header="720" w:footer="720" w:gutter="0"/>
          <w:cols w:space="720" w:equalWidth="0">
            <w:col w:w="10560" w:space="0"/>
          </w:cols>
          <w:docGrid w:linePitch="360"/>
        </w:sectPr>
      </w:pPr>
    </w:p>
    <w:p w:rsidR="00055F9F" w:rsidRPr="00222FFE" w:rsidRDefault="00055F9F">
      <w:pPr>
        <w:autoSpaceDE w:val="0"/>
        <w:autoSpaceDN w:val="0"/>
        <w:spacing w:after="78" w:line="220" w:lineRule="exact"/>
        <w:rPr>
          <w:lang w:val="ru-RU"/>
        </w:rPr>
      </w:pPr>
    </w:p>
    <w:p w:rsidR="00055F9F" w:rsidRPr="00222FFE" w:rsidRDefault="00222FFE">
      <w:pPr>
        <w:autoSpaceDE w:val="0"/>
        <w:autoSpaceDN w:val="0"/>
        <w:spacing w:after="0" w:line="230" w:lineRule="auto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сочинения объёмом не менее 70 слов).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Восстанавливать деформированный текст; осуществлять корректировку восстановленного текста с опорой на образец. </w:t>
      </w:r>
    </w:p>
    <w:p w:rsidR="00055F9F" w:rsidRPr="00222FFE" w:rsidRDefault="00222FFE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Представлять сообщение на заданную тему в виде презентации.</w:t>
      </w:r>
    </w:p>
    <w:p w:rsidR="00055F9F" w:rsidRPr="00222FFE" w:rsidRDefault="00222FFE">
      <w:pPr>
        <w:autoSpaceDE w:val="0"/>
        <w:autoSpaceDN w:val="0"/>
        <w:spacing w:before="72" w:after="0" w:line="271" w:lineRule="auto"/>
        <w:ind w:firstLine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—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целостность, связность, информативность).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Функциональные разновидности языка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190" w:after="0"/>
        <w:ind w:right="720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Система языка 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Фонетика. Графика. Орфоэпия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Проводить фонетический анализ слов.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Орфография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Распознавать изученные орфограммы.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знания по орфографии в практике правописания (в том числе применять знание о правописании разделительных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ъ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78" w:lineRule="auto"/>
        <w:ind w:right="144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Лексикология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 </w:t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тематические группы слов, родовые и видовые понятия.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Проводить лексический анализ слов (в рамках изученного).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пользоваться лексическими словарями (толковым словарём, словарями синонимов, антонимов, омонимов, 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паро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нимов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055F9F" w:rsidRPr="00222FFE" w:rsidRDefault="00222FFE">
      <w:pPr>
        <w:autoSpaceDE w:val="0"/>
        <w:autoSpaceDN w:val="0"/>
        <w:spacing w:before="70" w:after="0" w:line="262" w:lineRule="auto"/>
        <w:ind w:left="180" w:right="2880"/>
        <w:rPr>
          <w:lang w:val="ru-RU"/>
        </w:rPr>
      </w:pPr>
      <w:proofErr w:type="spellStart"/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Морфемика</w:t>
      </w:r>
      <w:proofErr w:type="spellEnd"/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. Орфография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морфему как минимальную значимую единицу языка.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055F9F" w:rsidRPr="00222FFE" w:rsidRDefault="00222FFE">
      <w:pPr>
        <w:autoSpaceDE w:val="0"/>
        <w:autoSpaceDN w:val="0"/>
        <w:spacing w:before="70" w:after="0" w:line="262" w:lineRule="auto"/>
        <w:ind w:left="180" w:right="72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Находить чередование звуков в морфемах (в том числе чередование гласных с нулём звука). Проводить морфемный анализ слов.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знания по 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морфемике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выполнении языкового анализа различных видов и в практике правописания неизменяемых приставок и приставок на -з (-с); ы — и после приставок; корней с</w:t>
      </w:r>
    </w:p>
    <w:p w:rsidR="00055F9F" w:rsidRPr="00222FFE" w:rsidRDefault="00055F9F">
      <w:pPr>
        <w:rPr>
          <w:lang w:val="ru-RU"/>
        </w:rPr>
        <w:sectPr w:rsidR="00055F9F" w:rsidRPr="00222FFE">
          <w:pgSz w:w="11900" w:h="16840"/>
          <w:pgMar w:top="298" w:right="718" w:bottom="368" w:left="666" w:header="720" w:footer="720" w:gutter="0"/>
          <w:cols w:space="720" w:equalWidth="0">
            <w:col w:w="10516" w:space="0"/>
          </w:cols>
          <w:docGrid w:linePitch="360"/>
        </w:sectPr>
      </w:pPr>
    </w:p>
    <w:p w:rsidR="00055F9F" w:rsidRPr="00222FFE" w:rsidRDefault="00055F9F">
      <w:pPr>
        <w:autoSpaceDE w:val="0"/>
        <w:autoSpaceDN w:val="0"/>
        <w:spacing w:after="66" w:line="220" w:lineRule="exact"/>
        <w:rPr>
          <w:lang w:val="ru-RU"/>
        </w:rPr>
      </w:pPr>
    </w:p>
    <w:p w:rsidR="00055F9F" w:rsidRPr="00222FFE" w:rsidRDefault="00222FFE">
      <w:pPr>
        <w:autoSpaceDE w:val="0"/>
        <w:autoSpaceDN w:val="0"/>
        <w:spacing w:after="0" w:line="271" w:lineRule="auto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—о после шипящих в корне слова;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Уместно использовать слова с суффиксами оценки в собственной речи.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Морфология. Культура речи. Орфография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знания о частях речи как лексико-грамматических разрядах слов, о грамматическом значении слова, о 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сис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​теме частей речи в русском языке для решения практико-ориентированных учебных задач.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Распознавать имена существительные, имена прилагательные, глаголы.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Имя существительное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Определять лексико-грамматические разряды имён существительных.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имён существительных.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055F9F" w:rsidRPr="00222FFE" w:rsidRDefault="00222FFE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имён существительных: безударных окончаний;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) после шипящих и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окончаниях; суффиксов </w:t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щик</w:t>
      </w:r>
      <w:proofErr w:type="spellEnd"/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ек</w:t>
      </w:r>
      <w:proofErr w:type="spellEnd"/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ик</w:t>
      </w:r>
      <w:proofErr w:type="spellEnd"/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- (-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-);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корней с 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чередованием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//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лаг</w:t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лож</w:t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раст</w:t>
      </w:r>
      <w:proofErr w:type="spellEnd"/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ращ</w:t>
      </w:r>
      <w:proofErr w:type="spellEnd"/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рос</w:t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гар</w:t>
      </w:r>
      <w:proofErr w:type="spellEnd"/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гор</w:t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зар</w:t>
      </w:r>
      <w:proofErr w:type="spellEnd"/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зор</w:t>
      </w:r>
      <w:proofErr w:type="spellEnd"/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-клан-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-клон-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скак</w:t>
      </w:r>
      <w:proofErr w:type="spellEnd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скоч</w:t>
      </w:r>
      <w:proofErr w:type="spellEnd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; употребления/неупотребления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ь 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Имя прилагательное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055F9F" w:rsidRPr="00222FFE" w:rsidRDefault="00222FFE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словоизменения, произношения имён прилагательных, постановки в них ударения (в рамках изучен​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ного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055F9F" w:rsidRPr="00222FFE" w:rsidRDefault="00222FFE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имён прилагательных: безударных окончаний;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и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окончаниях; кратких форм имён прилагательных с основой на шипящие; нормы слитного и раздельного написания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с именами прилагательными.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Глагол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Различать глаголы совершенного и несовершенного вида, возвратные и невозвратные.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Определять спряжение глагола, уметь спрягать глаголы.</w:t>
      </w:r>
    </w:p>
    <w:p w:rsidR="00055F9F" w:rsidRPr="00222FFE" w:rsidRDefault="00222FF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Проводить частичный морфологический анализ глаголов (в рамках изученного).</w:t>
      </w:r>
    </w:p>
    <w:p w:rsidR="00055F9F" w:rsidRPr="00222FFE" w:rsidRDefault="00055F9F">
      <w:pPr>
        <w:rPr>
          <w:lang w:val="ru-RU"/>
        </w:rPr>
        <w:sectPr w:rsidR="00055F9F" w:rsidRPr="00222FFE">
          <w:pgSz w:w="11900" w:h="16840"/>
          <w:pgMar w:top="286" w:right="670" w:bottom="438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055F9F" w:rsidRPr="00222FFE" w:rsidRDefault="00055F9F">
      <w:pPr>
        <w:autoSpaceDE w:val="0"/>
        <w:autoSpaceDN w:val="0"/>
        <w:spacing w:after="78" w:line="220" w:lineRule="exact"/>
        <w:rPr>
          <w:lang w:val="ru-RU"/>
        </w:rPr>
      </w:pPr>
    </w:p>
    <w:p w:rsidR="00055F9F" w:rsidRPr="00222FFE" w:rsidRDefault="00222FFE">
      <w:pPr>
        <w:tabs>
          <w:tab w:val="left" w:pos="180"/>
        </w:tabs>
        <w:autoSpaceDE w:val="0"/>
        <w:autoSpaceDN w:val="0"/>
        <w:spacing w:after="0" w:line="262" w:lineRule="auto"/>
        <w:ind w:right="144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055F9F" w:rsidRPr="00222FFE" w:rsidRDefault="00222FFE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глаголов: корней с чередованием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//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; использования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ь 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тся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ться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в глаголах; суффиксов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ова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-— -</w:t>
      </w:r>
      <w:proofErr w:type="spellStart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ева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-,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ыва</w:t>
      </w:r>
      <w:proofErr w:type="spellEnd"/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-ива-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; личных окончаний глагола, гласной перед суффиксом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-л-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в формах прошедшего времени глагола; слитного и раздельного написания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с глаголами.</w:t>
      </w:r>
    </w:p>
    <w:p w:rsidR="00055F9F" w:rsidRPr="00222FFE" w:rsidRDefault="00222FFE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lang w:val="ru-RU"/>
        </w:rPr>
      </w:pP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Синтаксис. Культура речи. Пунктуация</w:t>
      </w:r>
      <w:r w:rsidRPr="00222FFE">
        <w:rPr>
          <w:lang w:val="ru-RU"/>
        </w:rPr>
        <w:br/>
      </w:r>
      <w:r w:rsidRPr="00222FFE">
        <w:rPr>
          <w:lang w:val="ru-RU"/>
        </w:rPr>
        <w:tab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055F9F" w:rsidRPr="00222FFE" w:rsidRDefault="00222FFE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нео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сложнённые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морфологические средства выражения второстепенных членов предложения (в рамках изученного).</w:t>
      </w:r>
    </w:p>
    <w:p w:rsidR="00055F9F" w:rsidRPr="00222FFE" w:rsidRDefault="00222FFE">
      <w:pPr>
        <w:autoSpaceDE w:val="0"/>
        <w:autoSpaceDN w:val="0"/>
        <w:spacing w:before="70" w:after="0" w:line="281" w:lineRule="auto"/>
        <w:ind w:right="576" w:firstLine="180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на письме пунктуационные нормы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, союзами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22F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; оформлять на письме диалог.</w:t>
      </w:r>
    </w:p>
    <w:p w:rsidR="00055F9F" w:rsidRPr="00222FFE" w:rsidRDefault="00055F9F">
      <w:pPr>
        <w:rPr>
          <w:lang w:val="ru-RU"/>
        </w:rPr>
        <w:sectPr w:rsidR="00055F9F" w:rsidRPr="00222FFE">
          <w:pgSz w:w="11900" w:h="16840"/>
          <w:pgMar w:top="298" w:right="668" w:bottom="1440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055F9F" w:rsidRDefault="00222FFE" w:rsidP="000D54F3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lastRenderedPageBreak/>
        <w:t>ТЕМАТИЧЕСКОЕ ПЛАНИРОВАНИЕ</w:t>
      </w:r>
    </w:p>
    <w:tbl>
      <w:tblPr>
        <w:tblW w:w="8789" w:type="dxa"/>
        <w:tblInd w:w="823" w:type="dxa"/>
        <w:tblLayout w:type="fixed"/>
        <w:tblLook w:val="04A0"/>
      </w:tblPr>
      <w:tblGrid>
        <w:gridCol w:w="425"/>
        <w:gridCol w:w="993"/>
        <w:gridCol w:w="425"/>
        <w:gridCol w:w="425"/>
        <w:gridCol w:w="425"/>
        <w:gridCol w:w="567"/>
        <w:gridCol w:w="3544"/>
        <w:gridCol w:w="992"/>
        <w:gridCol w:w="993"/>
      </w:tblGrid>
      <w:tr w:rsidR="00F300BE" w:rsidTr="000D54F3">
        <w:trPr>
          <w:trHeight w:hRule="exact" w:val="35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Количествочасов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Дата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  <w:proofErr w:type="spellEnd"/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Видыдеятельности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формыконтроля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цифровые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образовательныересурсы</w:t>
            </w:r>
            <w:proofErr w:type="spellEnd"/>
          </w:p>
        </w:tc>
      </w:tr>
      <w:tr w:rsidR="00F300BE" w:rsidTr="000D54F3">
        <w:trPr>
          <w:trHeight w:hRule="exact" w:val="118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F9F" w:rsidRDefault="00055F9F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F9F" w:rsidRDefault="00055F9F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контрольныеработы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45" w:lineRule="auto"/>
              <w:ind w:left="68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практическиеработы</w:t>
            </w:r>
            <w:proofErr w:type="spellEnd"/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F9F" w:rsidRDefault="00055F9F"/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F9F" w:rsidRDefault="00055F9F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F9F" w:rsidRDefault="00055F9F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F9F" w:rsidRDefault="00055F9F"/>
        </w:tc>
      </w:tr>
      <w:tr w:rsidR="00055F9F" w:rsidRPr="00CA3F87" w:rsidTr="000D54F3">
        <w:trPr>
          <w:trHeight w:hRule="exact" w:val="351"/>
        </w:trPr>
        <w:tc>
          <w:tcPr>
            <w:tcW w:w="87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Раздел 1. ОБЩИЕ  СВЕДЕНИЯ  О  ЯЗЫКЕ </w:t>
            </w:r>
          </w:p>
        </w:tc>
      </w:tr>
      <w:tr w:rsidR="00F300BE" w:rsidTr="000D54F3">
        <w:trPr>
          <w:trHeight w:hRule="exact" w:val="267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80" w:after="0" w:line="245" w:lineRule="auto"/>
              <w:ind w:left="72" w:right="144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Богатство и выразительность русского языка.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80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636AED" w:rsidRDefault="00636AED">
            <w:pPr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80" w:after="0" w:line="254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лексические значения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многозначных слов, сравнивать прямое 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переносное значения слова, значения слов в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синонимическом ряду и антонимической паре, значения слова и фразеологизма, наблюдать за образованием новых слов от иноязычных,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 «старых» слов в новом значении; Самостоятельно формулировать суждения о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красоте и богатстве русского языка на основе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проведённого анализа;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прозаические и поэтические тексты с точки зрения использования в них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изобразительно-выразительных языковых средств;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8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 w:rsidR="002D029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https://pandia.ru/text/79/147/83189.php</w:t>
            </w:r>
          </w:p>
        </w:tc>
      </w:tr>
      <w:tr w:rsidR="00F300BE" w:rsidTr="000D54F3">
        <w:trPr>
          <w:trHeight w:hRule="exact" w:val="134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Лингвистика как наука о языке.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636AED" w:rsidRDefault="00636AED">
            <w:pPr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основные разделы лингвистики; Определять основания для сравнения слова и социальных знаков (дорожные знаки, знаки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сервисов, предупредительные знаки, </w:t>
            </w:r>
            <w:r w:rsidRPr="00222FFE">
              <w:rPr>
                <w:lang w:val="ru-RU"/>
              </w:rPr>
              <w:br/>
            </w:r>
            <w:r w:rsidR="00F300B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математические символы и проч.)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D0293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Письменныйконтроль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http://interneturok.ru</w:t>
            </w:r>
          </w:p>
        </w:tc>
      </w:tr>
      <w:tr w:rsidR="00055F9F" w:rsidTr="000D54F3">
        <w:trPr>
          <w:trHeight w:hRule="exact" w:val="351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Итогопоразделу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69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055F9F"/>
        </w:tc>
      </w:tr>
      <w:tr w:rsidR="00055F9F" w:rsidTr="000D54F3">
        <w:trPr>
          <w:trHeight w:hRule="exact" w:val="351"/>
        </w:trPr>
        <w:tc>
          <w:tcPr>
            <w:tcW w:w="87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2. ПОВТОРЕНИЕ </w:t>
            </w:r>
          </w:p>
        </w:tc>
      </w:tr>
      <w:tr w:rsidR="00F300BE" w:rsidRPr="00CA3F87" w:rsidTr="000D54F3">
        <w:trPr>
          <w:trHeight w:hRule="exact" w:val="123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Повторениепройденногоматериала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636AED" w:rsidRDefault="00636AED">
            <w:pPr>
              <w:rPr>
                <w:lang w:val="ru-RU"/>
              </w:rPr>
            </w:pPr>
            <w:r>
              <w:rPr>
                <w:lang w:val="ru-RU"/>
              </w:rPr>
              <w:t>6.09-9.09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45" w:lineRule="auto"/>
              <w:ind w:left="72" w:right="144"/>
            </w:pP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Самостоятельная работа, работа с теоретическим материалом.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Чтениетекстов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лекция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440553" w:rsidRDefault="00F300BE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</w:t>
            </w:r>
            <w:r w:rsidR="002D02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онтрольна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 работа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05B52" w:rsidRDefault="00222FF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05B5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05B5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05B5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05B5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D05B5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D05B5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/7621/</w:t>
            </w:r>
          </w:p>
        </w:tc>
      </w:tr>
      <w:tr w:rsidR="00F300BE" w:rsidTr="000D54F3">
        <w:trPr>
          <w:trHeight w:hRule="exact" w:val="351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Итогопоразделу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055F9F"/>
        </w:tc>
        <w:tc>
          <w:tcPr>
            <w:tcW w:w="42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055F9F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055F9F"/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055F9F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055F9F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055F9F"/>
        </w:tc>
      </w:tr>
      <w:tr w:rsidR="00055F9F" w:rsidTr="000D54F3">
        <w:trPr>
          <w:trHeight w:hRule="exact" w:val="351"/>
        </w:trPr>
        <w:tc>
          <w:tcPr>
            <w:tcW w:w="87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3. ЯЗЫК И  РЕЧЬ </w:t>
            </w:r>
          </w:p>
        </w:tc>
      </w:tr>
      <w:tr w:rsidR="00F300BE" w:rsidTr="006C4B02">
        <w:trPr>
          <w:trHeight w:hRule="exact" w:val="90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jc w:val="center"/>
            </w:pP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Язык и речь. Монолог. Диалог.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Полилог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636AED" w:rsidRDefault="00636AED">
            <w:pPr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Создавать устные монологические высказывания на основе жизненных наблюдений, чтения научно-учебной, художественно</w:t>
            </w:r>
            <w:r w:rsidR="00F300B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й и научно-популярной литературы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F300B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https://resh.edu.ru/subject/lesson/7653/conspect/312212/</w:t>
            </w:r>
          </w:p>
        </w:tc>
      </w:tr>
    </w:tbl>
    <w:p w:rsidR="00055F9F" w:rsidRDefault="00055F9F">
      <w:pPr>
        <w:autoSpaceDE w:val="0"/>
        <w:autoSpaceDN w:val="0"/>
        <w:spacing w:after="0" w:line="14" w:lineRule="exact"/>
      </w:pPr>
    </w:p>
    <w:p w:rsidR="00055F9F" w:rsidRDefault="00055F9F">
      <w:pPr>
        <w:sectPr w:rsidR="00055F9F" w:rsidSect="000D54F3">
          <w:pgSz w:w="11900" w:h="16840"/>
          <w:pgMar w:top="666" w:right="282" w:bottom="640" w:left="1258" w:header="720" w:footer="720" w:gutter="0"/>
          <w:cols w:space="720" w:equalWidth="0">
            <w:col w:w="15892" w:space="0"/>
          </w:cols>
          <w:docGrid w:linePitch="360"/>
        </w:sectPr>
      </w:pPr>
    </w:p>
    <w:p w:rsidR="00055F9F" w:rsidRDefault="00055F9F">
      <w:pPr>
        <w:autoSpaceDE w:val="0"/>
        <w:autoSpaceDN w:val="0"/>
        <w:spacing w:after="66" w:line="220" w:lineRule="exact"/>
      </w:pPr>
    </w:p>
    <w:tbl>
      <w:tblPr>
        <w:tblW w:w="8647" w:type="dxa"/>
        <w:tblInd w:w="3549" w:type="dxa"/>
        <w:tblLayout w:type="fixed"/>
        <w:tblLook w:val="04A0"/>
      </w:tblPr>
      <w:tblGrid>
        <w:gridCol w:w="284"/>
        <w:gridCol w:w="1134"/>
        <w:gridCol w:w="425"/>
        <w:gridCol w:w="425"/>
        <w:gridCol w:w="425"/>
        <w:gridCol w:w="426"/>
        <w:gridCol w:w="3827"/>
        <w:gridCol w:w="850"/>
        <w:gridCol w:w="851"/>
      </w:tblGrid>
      <w:tr w:rsidR="00055F9F" w:rsidRPr="00CA3F87" w:rsidTr="000D54F3">
        <w:trPr>
          <w:trHeight w:hRule="exact" w:val="3422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Речькакдеятельность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0D54F3" w:rsidRDefault="00636AED">
            <w:pPr>
              <w:rPr>
                <w:sz w:val="16"/>
                <w:szCs w:val="16"/>
                <w:lang w:val="ru-RU"/>
              </w:rPr>
            </w:pPr>
            <w:r w:rsidRPr="000D54F3">
              <w:rPr>
                <w:sz w:val="16"/>
                <w:szCs w:val="16"/>
                <w:lang w:val="ru-RU"/>
              </w:rPr>
              <w:t>14.09-20.09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Устно пересказывать прочитанный или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прослушанный текст, в том числе с изменением лица рассказчика;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Участвовать в диалоге на лингвистические темы (в рамках изученного) и диалоге/</w:t>
            </w:r>
            <w:proofErr w:type="spellStart"/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полилоге</w:t>
            </w:r>
            <w:proofErr w:type="spellEnd"/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на основе жизненных наблюдений;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приёмы различных видов </w:t>
            </w:r>
            <w:r w:rsidRPr="00222FFE">
              <w:rPr>
                <w:lang w:val="ru-RU"/>
              </w:rPr>
              <w:br/>
            </w:r>
            <w:proofErr w:type="spellStart"/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аудирования</w:t>
            </w:r>
            <w:proofErr w:type="spellEnd"/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чтения;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Устно и письменно формулировать тему и главную мысль прослушанного и прочитанного текста,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вопросы по содержанию текста и отвечать на них; Анализировать содержание исходного текста,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подробно и сжато передавать его в письменной форме;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содержание исходного текста,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подробно и сжато передавать его в письменной форме;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использованием«Оценочного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листа»;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устный опрос;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/7621/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conspect</w:t>
            </w:r>
            <w:proofErr w:type="spellEnd"/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/306307/</w:t>
            </w:r>
          </w:p>
        </w:tc>
      </w:tr>
      <w:tr w:rsidR="00055F9F" w:rsidTr="000D54F3">
        <w:trPr>
          <w:trHeight w:hRule="exact" w:val="348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Итогопоразделу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0D54F3" w:rsidRDefault="00055F9F">
            <w:pPr>
              <w:rPr>
                <w:sz w:val="16"/>
                <w:szCs w:val="16"/>
              </w:rPr>
            </w:pPr>
          </w:p>
        </w:tc>
      </w:tr>
      <w:tr w:rsidR="00055F9F" w:rsidTr="000D54F3">
        <w:trPr>
          <w:trHeight w:hRule="exact" w:val="348"/>
        </w:trPr>
        <w:tc>
          <w:tcPr>
            <w:tcW w:w="86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0D54F3" w:rsidRDefault="00222FFE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16"/>
              </w:rPr>
            </w:pPr>
            <w:proofErr w:type="spellStart"/>
            <w:r w:rsidRPr="000D54F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16"/>
              </w:rPr>
              <w:t>Раздел</w:t>
            </w:r>
            <w:proofErr w:type="spellEnd"/>
            <w:r w:rsidRPr="000D54F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16"/>
              </w:rPr>
              <w:t xml:space="preserve"> 4. ТЕКСТ</w:t>
            </w:r>
          </w:p>
        </w:tc>
      </w:tr>
      <w:tr w:rsidR="00055F9F" w:rsidTr="000D54F3">
        <w:trPr>
          <w:trHeight w:hRule="exact" w:val="862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Текст и его основные признаки.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0D54F3" w:rsidRDefault="00636AED">
            <w:pPr>
              <w:rPr>
                <w:sz w:val="16"/>
                <w:szCs w:val="16"/>
                <w:lang w:val="ru-RU"/>
              </w:rPr>
            </w:pPr>
            <w:r w:rsidRPr="000D54F3">
              <w:rPr>
                <w:sz w:val="16"/>
                <w:szCs w:val="16"/>
                <w:lang w:val="ru-RU"/>
              </w:rPr>
              <w:t>20.09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Распознаватьосновныепризнаки</w:t>
            </w:r>
            <w:r w:rsidR="000D54F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текста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https://resh.edu.ru/subject/lesson/7624/</w:t>
            </w:r>
          </w:p>
        </w:tc>
      </w:tr>
      <w:tr w:rsidR="00055F9F" w:rsidTr="000D54F3">
        <w:trPr>
          <w:trHeight w:hRule="exact" w:val="938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Композиционнаяструктуратекста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0D54F3" w:rsidRDefault="00636AED">
            <w:pPr>
              <w:rPr>
                <w:sz w:val="16"/>
                <w:szCs w:val="16"/>
                <w:lang w:val="ru-RU"/>
              </w:rPr>
            </w:pPr>
            <w:r w:rsidRPr="000D54F3">
              <w:rPr>
                <w:sz w:val="16"/>
                <w:szCs w:val="16"/>
                <w:lang w:val="ru-RU"/>
              </w:rPr>
              <w:t>21.09-22.09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Членить текст на </w:t>
            </w:r>
            <w:proofErr w:type="spellStart"/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композ</w:t>
            </w:r>
            <w:r w:rsidR="000D54F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иционносмысловые</w:t>
            </w:r>
            <w:proofErr w:type="spellEnd"/>
            <w:r w:rsidR="000D54F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части (абзацы)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47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http://interneturok.ru</w:t>
            </w:r>
          </w:p>
        </w:tc>
      </w:tr>
      <w:tr w:rsidR="00055F9F" w:rsidTr="000D54F3">
        <w:trPr>
          <w:trHeight w:hRule="exact" w:val="1485"/>
        </w:trPr>
        <w:tc>
          <w:tcPr>
            <w:tcW w:w="2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4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Функциональносмысловыетипыречи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0D54F3" w:rsidRDefault="00636AED">
            <w:pPr>
              <w:rPr>
                <w:sz w:val="16"/>
                <w:szCs w:val="16"/>
                <w:lang w:val="ru-RU"/>
              </w:rPr>
            </w:pPr>
            <w:r w:rsidRPr="000D54F3">
              <w:rPr>
                <w:sz w:val="16"/>
                <w:szCs w:val="16"/>
                <w:lang w:val="ru-RU"/>
              </w:rPr>
              <w:t>23.09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 w:rsidP="000D54F3">
            <w:pPr>
              <w:autoSpaceDE w:val="0"/>
              <w:autoSpaceDN w:val="0"/>
              <w:spacing w:before="74" w:after="0" w:line="254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средства связи предложений и частей текста (формы слова, однокоренные слова,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синонимы, антонимы, личные местоимения, повтор слова); применять эти знания при создании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собственного текста (устного и письменного);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и характеризовать текст с точки зрения его соответствия основным признакам </w:t>
            </w:r>
            <w:r w:rsidRPr="00222FFE">
              <w:rPr>
                <w:lang w:val="ru-RU"/>
              </w:rPr>
              <w:br/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4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http://interneturok.ru</w:t>
            </w:r>
          </w:p>
        </w:tc>
      </w:tr>
      <w:tr w:rsidR="00055F9F" w:rsidTr="000D54F3">
        <w:trPr>
          <w:trHeight w:hRule="exact" w:val="92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Повествование как тип речи. Рассказ.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0D54F3" w:rsidRDefault="00636AED">
            <w:pPr>
              <w:rPr>
                <w:sz w:val="16"/>
                <w:szCs w:val="16"/>
                <w:lang w:val="ru-RU"/>
              </w:rPr>
            </w:pPr>
            <w:r w:rsidRPr="000D54F3">
              <w:rPr>
                <w:sz w:val="16"/>
                <w:szCs w:val="16"/>
                <w:lang w:val="ru-RU"/>
              </w:rPr>
              <w:t>27.09-27.09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Создавать тексты, опираясь на знание основных признаков текста, особенностей функционально-смысловых типов речи, функциональных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разновиднос</w:t>
            </w:r>
            <w:r w:rsidR="000D54F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тей языка (в рамках изученного)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http://interneturok.ru</w:t>
            </w:r>
          </w:p>
        </w:tc>
      </w:tr>
      <w:tr w:rsidR="00055F9F" w:rsidTr="000D54F3">
        <w:trPr>
          <w:trHeight w:hRule="exact" w:val="1475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Смысловойанализтекста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0D54F3" w:rsidRDefault="00636AED">
            <w:pPr>
              <w:rPr>
                <w:sz w:val="16"/>
                <w:szCs w:val="16"/>
                <w:lang w:val="ru-RU"/>
              </w:rPr>
            </w:pPr>
            <w:r w:rsidRPr="000D54F3">
              <w:rPr>
                <w:sz w:val="16"/>
                <w:szCs w:val="16"/>
                <w:lang w:val="ru-RU"/>
              </w:rPr>
              <w:t>29.09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Редактировать собственные/созданные другими обучающимися тексты с целью совершенствования их содержания: оценивать достоверность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фактического материала, анализировать текст с точки зрения целостности, связности, </w:t>
            </w:r>
            <w:r w:rsidRPr="00222FFE">
              <w:rPr>
                <w:lang w:val="ru-RU"/>
              </w:rPr>
              <w:br/>
            </w:r>
            <w:r w:rsidR="000D54F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информативности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0D54F3">
            <w:pPr>
              <w:autoSpaceDE w:val="0"/>
              <w:autoSpaceDN w:val="0"/>
              <w:spacing w:before="76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Сочинение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http://interneturok.ru</w:t>
            </w:r>
          </w:p>
        </w:tc>
      </w:tr>
    </w:tbl>
    <w:p w:rsidR="00055F9F" w:rsidRDefault="00055F9F">
      <w:pPr>
        <w:autoSpaceDE w:val="0"/>
        <w:autoSpaceDN w:val="0"/>
        <w:spacing w:after="0" w:line="14" w:lineRule="exact"/>
      </w:pPr>
    </w:p>
    <w:p w:rsidR="00055F9F" w:rsidRDefault="00055F9F">
      <w:pPr>
        <w:sectPr w:rsidR="00055F9F">
          <w:pgSz w:w="16840" w:h="11900"/>
          <w:pgMar w:top="284" w:right="640" w:bottom="71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55F9F" w:rsidRDefault="00055F9F">
      <w:pPr>
        <w:autoSpaceDE w:val="0"/>
        <w:autoSpaceDN w:val="0"/>
        <w:spacing w:after="66" w:line="220" w:lineRule="exact"/>
      </w:pPr>
    </w:p>
    <w:tbl>
      <w:tblPr>
        <w:tblW w:w="8647" w:type="dxa"/>
        <w:tblInd w:w="3549" w:type="dxa"/>
        <w:tblLayout w:type="fixed"/>
        <w:tblLook w:val="04A0"/>
      </w:tblPr>
      <w:tblGrid>
        <w:gridCol w:w="284"/>
        <w:gridCol w:w="1134"/>
        <w:gridCol w:w="425"/>
        <w:gridCol w:w="425"/>
        <w:gridCol w:w="425"/>
        <w:gridCol w:w="426"/>
        <w:gridCol w:w="3827"/>
        <w:gridCol w:w="850"/>
        <w:gridCol w:w="851"/>
      </w:tblGrid>
      <w:tr w:rsidR="00A62E39" w:rsidTr="006C4B02">
        <w:trPr>
          <w:trHeight w:hRule="exact" w:val="1300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Информационная переработка текста. Редактирование текста.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6C4B02" w:rsidRDefault="00636AED">
            <w:pPr>
              <w:rPr>
                <w:sz w:val="16"/>
                <w:szCs w:val="16"/>
                <w:lang w:val="ru-RU"/>
              </w:rPr>
            </w:pPr>
            <w:r w:rsidRPr="006C4B02">
              <w:rPr>
                <w:sz w:val="16"/>
                <w:szCs w:val="16"/>
                <w:lang w:val="ru-RU"/>
              </w:rPr>
              <w:t>4.09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Сопоставлять исходный и отредактированный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тексты;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Корректировать исходный текст с опорой на знание норм современного русского литературног</w:t>
            </w:r>
            <w:r w:rsidR="006C4B0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 языка (в пределах изученного)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r w:rsidR="006C4B02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http://interneturok.ru</w:t>
            </w:r>
          </w:p>
        </w:tc>
      </w:tr>
      <w:tr w:rsidR="00055F9F" w:rsidTr="006C4B02">
        <w:trPr>
          <w:trHeight w:hRule="exact" w:val="348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Итогопоразделу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6C4B02" w:rsidRDefault="00055F9F">
            <w:pPr>
              <w:rPr>
                <w:sz w:val="16"/>
                <w:szCs w:val="16"/>
              </w:rPr>
            </w:pPr>
          </w:p>
        </w:tc>
      </w:tr>
      <w:tr w:rsidR="00055F9F" w:rsidTr="006C4B02">
        <w:trPr>
          <w:trHeight w:hRule="exact" w:val="350"/>
        </w:trPr>
        <w:tc>
          <w:tcPr>
            <w:tcW w:w="86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6C4B02" w:rsidRDefault="00222FFE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16"/>
              </w:rPr>
            </w:pPr>
            <w:proofErr w:type="spellStart"/>
            <w:r w:rsidRPr="006C4B0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16"/>
              </w:rPr>
              <w:t>Раздел</w:t>
            </w:r>
            <w:proofErr w:type="spellEnd"/>
            <w:r w:rsidRPr="006C4B0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16"/>
              </w:rPr>
              <w:t xml:space="preserve"> 5. ФУНКЦИОНАЛЬНЫЕ  РАЗНОВИДНОСТИ  ЯЗЫКА</w:t>
            </w:r>
          </w:p>
        </w:tc>
      </w:tr>
      <w:tr w:rsidR="00A62E39" w:rsidTr="006C4B02">
        <w:trPr>
          <w:trHeight w:hRule="exact" w:val="1413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6C4B02" w:rsidRDefault="00636AED">
            <w:pPr>
              <w:rPr>
                <w:sz w:val="16"/>
                <w:szCs w:val="16"/>
                <w:lang w:val="ru-RU"/>
              </w:rPr>
            </w:pPr>
            <w:r w:rsidRPr="006C4B02">
              <w:rPr>
                <w:sz w:val="16"/>
                <w:szCs w:val="16"/>
                <w:lang w:val="ru-RU"/>
              </w:rPr>
              <w:t>5.10-7.10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тексты, принадлежащие к разным функциональным разновидностям языка: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определять сферу использования и соотносить её с то</w:t>
            </w:r>
            <w:r w:rsidR="006C4B0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й или иной разновидностью языка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6C4B02">
            <w:pPr>
              <w:autoSpaceDE w:val="0"/>
              <w:autoSpaceDN w:val="0"/>
              <w:spacing w:before="76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Изложение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055F9F" w:rsidP="006C4B02">
            <w:pPr>
              <w:autoSpaceDE w:val="0"/>
              <w:autoSpaceDN w:val="0"/>
              <w:spacing w:before="76" w:after="0" w:line="245" w:lineRule="auto"/>
              <w:ind w:right="864"/>
            </w:pPr>
          </w:p>
        </w:tc>
      </w:tr>
      <w:tr w:rsidR="00055F9F" w:rsidTr="006C4B02">
        <w:trPr>
          <w:trHeight w:hRule="exact" w:val="348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Итогопоразделу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6C4B02" w:rsidRDefault="00055F9F">
            <w:pPr>
              <w:rPr>
                <w:sz w:val="16"/>
                <w:szCs w:val="16"/>
              </w:rPr>
            </w:pPr>
          </w:p>
        </w:tc>
      </w:tr>
      <w:tr w:rsidR="00055F9F" w:rsidTr="006C4B02">
        <w:trPr>
          <w:trHeight w:hRule="exact" w:val="348"/>
        </w:trPr>
        <w:tc>
          <w:tcPr>
            <w:tcW w:w="86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6C4B02" w:rsidRDefault="00222FFE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16"/>
              </w:rPr>
            </w:pPr>
            <w:proofErr w:type="spellStart"/>
            <w:r w:rsidRPr="006C4B0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16"/>
              </w:rPr>
              <w:t>Раздел</w:t>
            </w:r>
            <w:proofErr w:type="spellEnd"/>
            <w:r w:rsidRPr="006C4B0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16"/>
              </w:rPr>
              <w:t xml:space="preserve"> 6. СИСТЕМА ЯЗЫКА </w:t>
            </w:r>
          </w:p>
        </w:tc>
      </w:tr>
      <w:tr w:rsidR="00A62E39" w:rsidTr="006C4B02">
        <w:trPr>
          <w:trHeight w:hRule="exact" w:val="2270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Фонетика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Графика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Орфоэпия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6C4B02" w:rsidRDefault="00636AED">
            <w:pPr>
              <w:rPr>
                <w:sz w:val="16"/>
                <w:szCs w:val="16"/>
                <w:lang w:val="ru-RU"/>
              </w:rPr>
            </w:pPr>
            <w:r w:rsidRPr="006C4B02">
              <w:rPr>
                <w:sz w:val="16"/>
                <w:szCs w:val="16"/>
                <w:lang w:val="ru-RU"/>
              </w:rPr>
              <w:t>11.10-18.10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смыслоразличительную функцию звука речи в слове; приводить примеры;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звуки речи по заданным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характеристикам;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звуковой состав слова;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Классифицировать звуки по заданным признакам; Различать ударные и безударные гласные, звонкие и глухие, твёрдые и мягкие согласные;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с помощью элементов транскрипции особенности произношения и написания слов; Сравнивать зву</w:t>
            </w:r>
            <w:r w:rsidR="006C4B0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ковой и буквенный составы слова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6C4B02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Письменныйконтроль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https://resh.edu.ru/subject/lesson/384/</w:t>
            </w:r>
          </w:p>
        </w:tc>
      </w:tr>
      <w:tr w:rsidR="00A62E39" w:rsidTr="006C4B02">
        <w:trPr>
          <w:trHeight w:hRule="exact" w:val="1884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Орфография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6C4B02" w:rsidRDefault="00507469">
            <w:pPr>
              <w:rPr>
                <w:sz w:val="16"/>
                <w:szCs w:val="16"/>
                <w:lang w:val="ru-RU"/>
              </w:rPr>
            </w:pPr>
            <w:r w:rsidRPr="006C4B02">
              <w:rPr>
                <w:sz w:val="16"/>
                <w:szCs w:val="16"/>
                <w:lang w:val="ru-RU"/>
              </w:rPr>
              <w:t>18.10-20.10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54" w:lineRule="auto"/>
              <w:ind w:left="72" w:right="144"/>
            </w:pP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Оперировать понятием «орфограмма» и различать буквенные и небуквенные орфограммы при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проведении орфографического анализа слова; Распознавать изученные орфограммы;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знания по орфографии в практике правописания (в том числе применять знания о правописании разделительных </w:t>
            </w:r>
            <w:proofErr w:type="spellStart"/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ъ</w:t>
            </w:r>
            <w:proofErr w:type="spellEnd"/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</w:t>
            </w:r>
            <w:proofErr w:type="spellStart"/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ь</w:t>
            </w:r>
            <w:proofErr w:type="spellEnd"/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и использовать необходимую </w:t>
            </w:r>
            <w:r w:rsidRPr="00222FFE">
              <w:rPr>
                <w:lang w:val="ru-RU"/>
              </w:rPr>
              <w:br/>
            </w:r>
            <w:proofErr w:type="spellStart"/>
            <w:r w:rsidR="006C4B02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информацию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6C4B02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https://resh.edu.ru/subject/lesson/6359/train/142528/</w:t>
            </w:r>
          </w:p>
        </w:tc>
      </w:tr>
      <w:tr w:rsidR="00A62E39" w:rsidTr="006C4B02">
        <w:trPr>
          <w:trHeight w:hRule="exact" w:val="2303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Лексикология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6C4B02" w:rsidRDefault="00507469">
            <w:pPr>
              <w:rPr>
                <w:sz w:val="16"/>
                <w:szCs w:val="16"/>
                <w:lang w:val="ru-RU"/>
              </w:rPr>
            </w:pPr>
            <w:r w:rsidRPr="006C4B02">
              <w:rPr>
                <w:sz w:val="16"/>
                <w:szCs w:val="16"/>
                <w:lang w:val="ru-RU"/>
              </w:rPr>
              <w:t>21.10-18.11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словаря); Распознавать однозначные и многозначные слова, различать прямое и переносное значения слова; Сравнивать прямое и переносное значения слова по заданному признаку;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синонимы, антонимы, омонимы;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Различать многозначные слова и омонимы;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Уметь прави</w:t>
            </w:r>
            <w:r w:rsidR="006C4B0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льно употреблять слова-паронимы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https://resh.edu.ru/subject/lesson/577/</w:t>
            </w:r>
          </w:p>
        </w:tc>
      </w:tr>
    </w:tbl>
    <w:p w:rsidR="00055F9F" w:rsidRDefault="00055F9F">
      <w:pPr>
        <w:autoSpaceDE w:val="0"/>
        <w:autoSpaceDN w:val="0"/>
        <w:spacing w:after="0" w:line="14" w:lineRule="exact"/>
      </w:pPr>
    </w:p>
    <w:p w:rsidR="00055F9F" w:rsidRDefault="00055F9F">
      <w:pPr>
        <w:sectPr w:rsidR="00055F9F">
          <w:pgSz w:w="16840" w:h="11900"/>
          <w:pgMar w:top="284" w:right="640" w:bottom="73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55F9F" w:rsidRDefault="00055F9F">
      <w:pPr>
        <w:autoSpaceDE w:val="0"/>
        <w:autoSpaceDN w:val="0"/>
        <w:spacing w:after="66" w:line="220" w:lineRule="exact"/>
      </w:pPr>
    </w:p>
    <w:tbl>
      <w:tblPr>
        <w:tblW w:w="8643" w:type="dxa"/>
        <w:tblInd w:w="3549" w:type="dxa"/>
        <w:tblLayout w:type="fixed"/>
        <w:tblLook w:val="04A0"/>
      </w:tblPr>
      <w:tblGrid>
        <w:gridCol w:w="284"/>
        <w:gridCol w:w="1134"/>
        <w:gridCol w:w="425"/>
        <w:gridCol w:w="421"/>
        <w:gridCol w:w="429"/>
        <w:gridCol w:w="422"/>
        <w:gridCol w:w="3827"/>
        <w:gridCol w:w="850"/>
        <w:gridCol w:w="851"/>
      </w:tblGrid>
      <w:tr w:rsidR="00055F9F" w:rsidTr="001E195F">
        <w:trPr>
          <w:trHeight w:hRule="exact" w:val="2078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Орфография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6C4B02" w:rsidRDefault="00507469">
            <w:pPr>
              <w:rPr>
                <w:sz w:val="16"/>
                <w:szCs w:val="16"/>
                <w:lang w:val="ru-RU"/>
              </w:rPr>
            </w:pPr>
            <w:r w:rsidRPr="006C4B02">
              <w:rPr>
                <w:sz w:val="16"/>
                <w:szCs w:val="16"/>
                <w:lang w:val="ru-RU"/>
              </w:rPr>
              <w:t>22.11-7.12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морфему как минимальную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значимую единицу языка;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морфемы в слове (корень, приставку, суффикс, окончание), выделять основу слова;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чередование звуков в морфемах (в том числе чередование гласных с нулём звука);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Проводить морфемный анализ слов;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знания по </w:t>
            </w:r>
            <w:proofErr w:type="spellStart"/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морфемике</w:t>
            </w:r>
            <w:proofErr w:type="spellEnd"/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при выполнении языкового анализа различных видов и в практике правописания</w:t>
            </w:r>
            <w:r w:rsidR="006C4B0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слов с изученными орфограммами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https://resh.edu.ru/subject/lesson/413/</w:t>
            </w:r>
          </w:p>
        </w:tc>
      </w:tr>
      <w:tr w:rsidR="00055F9F" w:rsidTr="006C4B02">
        <w:trPr>
          <w:trHeight w:hRule="exact" w:val="348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Итогопоразделу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6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055F9F"/>
        </w:tc>
      </w:tr>
      <w:tr w:rsidR="00055F9F" w:rsidRPr="00CA3F87" w:rsidTr="006C4B02">
        <w:trPr>
          <w:trHeight w:hRule="exact" w:val="348"/>
        </w:trPr>
        <w:tc>
          <w:tcPr>
            <w:tcW w:w="86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7. МОРФОЛОГИЯ. КУЛЬТУРА РЕЧИ. ОРФОГРАФИЯ</w:t>
            </w:r>
          </w:p>
        </w:tc>
      </w:tr>
      <w:tr w:rsidR="00055F9F" w:rsidTr="001E195F">
        <w:trPr>
          <w:trHeight w:hRule="exact" w:val="489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Морфологиякакразделлингвистики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6C4B02" w:rsidRDefault="00507469">
            <w:pPr>
              <w:rPr>
                <w:sz w:val="16"/>
                <w:szCs w:val="16"/>
                <w:lang w:val="ru-RU"/>
              </w:rPr>
            </w:pPr>
            <w:r w:rsidRPr="006C4B02">
              <w:rPr>
                <w:sz w:val="16"/>
                <w:szCs w:val="16"/>
                <w:lang w:val="ru-RU"/>
              </w:rPr>
              <w:t>8.12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76" w:after="0" w:line="257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и характеризовать особенности грамматического значения слова в отличие от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лексического;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самостоятельные (знаменательные) части речи и их формы в рамках изученного;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служебные части речи; междометия,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звукоподражательные слова (общее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представление);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Группировать слова разных частей речи по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заданным признакам, находить основания для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классификации;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знания о части речи как лексико-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грамматическом разряде слов, о грамматическом значении слова, о системе частей речи в русском языке для решения практико-ориентированных учебных задач;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имена существительные, имена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прилагательные, глаголы;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Проводить морфологический анализ имён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существительных, частичный морфологический анализ имён прилагательных, глаголов;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знания по морфологии при выполнении языкового анализа раз</w:t>
            </w:r>
            <w:r w:rsidR="006C4B0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личных видов в речевой практике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https://resh.edu.ru/subject/lesson/2244/</w:t>
            </w:r>
          </w:p>
        </w:tc>
      </w:tr>
    </w:tbl>
    <w:p w:rsidR="00055F9F" w:rsidRDefault="00055F9F">
      <w:pPr>
        <w:autoSpaceDE w:val="0"/>
        <w:autoSpaceDN w:val="0"/>
        <w:spacing w:after="0" w:line="14" w:lineRule="exact"/>
      </w:pPr>
    </w:p>
    <w:p w:rsidR="00055F9F" w:rsidRDefault="00055F9F">
      <w:pPr>
        <w:sectPr w:rsidR="00055F9F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55F9F" w:rsidRDefault="00055F9F">
      <w:pPr>
        <w:autoSpaceDE w:val="0"/>
        <w:autoSpaceDN w:val="0"/>
        <w:spacing w:after="66" w:line="220" w:lineRule="exact"/>
      </w:pPr>
    </w:p>
    <w:tbl>
      <w:tblPr>
        <w:tblW w:w="0" w:type="auto"/>
        <w:tblInd w:w="3549" w:type="dxa"/>
        <w:tblLayout w:type="fixed"/>
        <w:tblLook w:val="04A0"/>
      </w:tblPr>
      <w:tblGrid>
        <w:gridCol w:w="284"/>
        <w:gridCol w:w="1134"/>
        <w:gridCol w:w="425"/>
        <w:gridCol w:w="425"/>
        <w:gridCol w:w="425"/>
        <w:gridCol w:w="426"/>
        <w:gridCol w:w="3827"/>
        <w:gridCol w:w="850"/>
        <w:gridCol w:w="851"/>
      </w:tblGrid>
      <w:tr w:rsidR="00055F9F" w:rsidTr="001E195F">
        <w:trPr>
          <w:trHeight w:hRule="exact" w:val="5410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Имясуществительное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1E195F" w:rsidRDefault="00507469">
            <w:pPr>
              <w:rPr>
                <w:sz w:val="16"/>
                <w:szCs w:val="16"/>
                <w:lang w:val="ru-RU"/>
              </w:rPr>
            </w:pPr>
            <w:r w:rsidRPr="001E195F">
              <w:rPr>
                <w:sz w:val="16"/>
                <w:szCs w:val="16"/>
                <w:lang w:val="ru-RU"/>
              </w:rPr>
              <w:t>9.12-24.01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1E195F" w:rsidRDefault="00222FFE">
            <w:pPr>
              <w:autoSpaceDE w:val="0"/>
              <w:autoSpaceDN w:val="0"/>
              <w:spacing w:before="78" w:after="0" w:line="257" w:lineRule="auto"/>
              <w:ind w:left="72"/>
              <w:rPr>
                <w:sz w:val="16"/>
                <w:szCs w:val="16"/>
                <w:lang w:val="ru-RU"/>
              </w:rPr>
            </w:pPr>
            <w:r w:rsidRPr="001E195F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 xml:space="preserve">Определять и характеризовать общее </w:t>
            </w:r>
            <w:r w:rsidRPr="001E195F">
              <w:rPr>
                <w:sz w:val="16"/>
                <w:szCs w:val="16"/>
                <w:lang w:val="ru-RU"/>
              </w:rPr>
              <w:br/>
            </w:r>
            <w:r w:rsidRPr="001E195F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 xml:space="preserve">грамматическое значение, морфологические </w:t>
            </w:r>
            <w:r w:rsidRPr="001E195F">
              <w:rPr>
                <w:sz w:val="16"/>
                <w:szCs w:val="16"/>
                <w:lang w:val="ru-RU"/>
              </w:rPr>
              <w:br/>
            </w:r>
            <w:r w:rsidRPr="001E195F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 xml:space="preserve">признаки и синтаксические функции имени </w:t>
            </w:r>
            <w:r w:rsidRPr="001E195F">
              <w:rPr>
                <w:sz w:val="16"/>
                <w:szCs w:val="16"/>
                <w:lang w:val="ru-RU"/>
              </w:rPr>
              <w:br/>
            </w:r>
            <w:r w:rsidRPr="001E195F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 xml:space="preserve">существительного; </w:t>
            </w:r>
            <w:r w:rsidRPr="001E195F">
              <w:rPr>
                <w:sz w:val="16"/>
                <w:szCs w:val="16"/>
                <w:lang w:val="ru-RU"/>
              </w:rPr>
              <w:br/>
            </w:r>
            <w:r w:rsidRPr="001E195F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Объяснять роль имени существительного в речи; Определять и характеризовать лексико-</w:t>
            </w:r>
            <w:r w:rsidRPr="001E195F">
              <w:rPr>
                <w:sz w:val="16"/>
                <w:szCs w:val="16"/>
                <w:lang w:val="ru-RU"/>
              </w:rPr>
              <w:br/>
            </w:r>
            <w:r w:rsidRPr="001E195F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 xml:space="preserve">грамматические разряды имён существительных по значению, имена существительные собственные и нарицательные; имена существительные </w:t>
            </w:r>
            <w:r w:rsidRPr="001E195F">
              <w:rPr>
                <w:sz w:val="16"/>
                <w:szCs w:val="16"/>
                <w:lang w:val="ru-RU"/>
              </w:rPr>
              <w:br/>
            </w:r>
            <w:r w:rsidRPr="001E195F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 xml:space="preserve">одушевлённые и неодушевлённые; </w:t>
            </w:r>
            <w:r w:rsidRPr="001E195F">
              <w:rPr>
                <w:sz w:val="16"/>
                <w:szCs w:val="16"/>
                <w:lang w:val="ru-RU"/>
              </w:rPr>
              <w:br/>
            </w:r>
            <w:r w:rsidRPr="001E195F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 xml:space="preserve">Различать типы склонения имён существительных; Выявлять разносклоняемые и несклоняемые имена существительные; </w:t>
            </w:r>
            <w:r w:rsidRPr="001E195F">
              <w:rPr>
                <w:sz w:val="16"/>
                <w:szCs w:val="16"/>
                <w:lang w:val="ru-RU"/>
              </w:rPr>
              <w:br/>
            </w:r>
            <w:r w:rsidRPr="001E195F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 xml:space="preserve">Определять род, число, падеж, тип склонения имён существительных; </w:t>
            </w:r>
            <w:r w:rsidRPr="001E195F">
              <w:rPr>
                <w:sz w:val="16"/>
                <w:szCs w:val="16"/>
                <w:lang w:val="ru-RU"/>
              </w:rPr>
              <w:br/>
            </w:r>
            <w:r w:rsidRPr="001E195F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 xml:space="preserve">Группировать имена существительные по заданным морфологическим признакам; </w:t>
            </w:r>
            <w:r w:rsidRPr="001E195F">
              <w:rPr>
                <w:sz w:val="16"/>
                <w:szCs w:val="16"/>
                <w:lang w:val="ru-RU"/>
              </w:rPr>
              <w:br/>
            </w:r>
            <w:r w:rsidRPr="001E195F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 xml:space="preserve">Проводить морфологический анализ имён </w:t>
            </w:r>
            <w:r w:rsidRPr="001E195F">
              <w:rPr>
                <w:sz w:val="16"/>
                <w:szCs w:val="16"/>
                <w:lang w:val="ru-RU"/>
              </w:rPr>
              <w:br/>
            </w:r>
            <w:r w:rsidRPr="001E195F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 xml:space="preserve">существительных; </w:t>
            </w:r>
            <w:r w:rsidRPr="001E195F">
              <w:rPr>
                <w:sz w:val="16"/>
                <w:szCs w:val="16"/>
                <w:lang w:val="ru-RU"/>
              </w:rPr>
              <w:br/>
            </w:r>
            <w:r w:rsidRPr="001E195F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 xml:space="preserve">Употреблять имена существительные в </w:t>
            </w:r>
            <w:r w:rsidRPr="001E195F">
              <w:rPr>
                <w:sz w:val="16"/>
                <w:szCs w:val="16"/>
                <w:lang w:val="ru-RU"/>
              </w:rPr>
              <w:br/>
            </w:r>
            <w:r w:rsidRPr="001E195F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 xml:space="preserve">соответствии с нормами словоизменения, </w:t>
            </w:r>
            <w:r w:rsidRPr="001E195F">
              <w:rPr>
                <w:sz w:val="16"/>
                <w:szCs w:val="16"/>
                <w:lang w:val="ru-RU"/>
              </w:rPr>
              <w:br/>
            </w:r>
            <w:r w:rsidRPr="001E195F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 xml:space="preserve">произношения, постановки в них ударения (в </w:t>
            </w:r>
            <w:r w:rsidRPr="001E195F">
              <w:rPr>
                <w:sz w:val="16"/>
                <w:szCs w:val="16"/>
                <w:lang w:val="ru-RU"/>
              </w:rPr>
              <w:br/>
            </w:r>
            <w:r w:rsidRPr="001E195F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 xml:space="preserve">рамках изученного), употребления несклоняемых имён существительных, согласования </w:t>
            </w:r>
            <w:r w:rsidRPr="001E195F">
              <w:rPr>
                <w:sz w:val="16"/>
                <w:szCs w:val="16"/>
                <w:lang w:val="ru-RU"/>
              </w:rPr>
              <w:br/>
            </w:r>
            <w:r w:rsidRPr="001E195F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 xml:space="preserve">прилагательного с существительным общего рода; Применять нормы правописания имён </w:t>
            </w:r>
            <w:r w:rsidRPr="001E195F">
              <w:rPr>
                <w:sz w:val="16"/>
                <w:szCs w:val="16"/>
                <w:lang w:val="ru-RU"/>
              </w:rPr>
              <w:br/>
            </w:r>
            <w:r w:rsidRPr="001E195F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существите</w:t>
            </w:r>
            <w:r w:rsidR="001E195F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льных с изученными орфограммами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1E195F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Контрольнаяработа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https://resh.edu.ru/subject/lesson/7629/</w:t>
            </w:r>
          </w:p>
        </w:tc>
      </w:tr>
      <w:tr w:rsidR="00055F9F" w:rsidTr="001E195F">
        <w:trPr>
          <w:trHeight w:hRule="exact" w:val="5240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Имяприлагательное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1E195F" w:rsidRDefault="00507469">
            <w:pPr>
              <w:rPr>
                <w:sz w:val="16"/>
                <w:szCs w:val="16"/>
                <w:lang w:val="ru-RU"/>
              </w:rPr>
            </w:pPr>
            <w:r w:rsidRPr="001E195F">
              <w:rPr>
                <w:sz w:val="16"/>
                <w:szCs w:val="16"/>
                <w:lang w:val="ru-RU"/>
              </w:rPr>
              <w:t>24.01-14.02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и характеризовать общее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грамматическое значение, морфологические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признаки и синтаксические функции имени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прилагательного;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его роль в речи;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Правильно склонять имена прилагательные;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правила правописания безударных окончаний имён прилагательных;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полную и краткую формы имён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прилагательных;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правила правописания кратких форм имён прилагательных с основой на шипящий;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особенности использования имён прилагательных в изучаемых текстах;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Проводить частичный морфологический анализ имён прилагательных (в рамках изученного);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нормы словоизменения имён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прилагательных, нормы согласования имён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прилагательных с существительными общего рода, неизменяемыми именами существительными;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нормы произношения, постановки ударения (в рамках изученного);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нормы правописания о — е после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шипящих и ц в суффиксах и окончаниях имён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прилагательных; правописания не с именами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прилагательным</w:t>
            </w:r>
            <w:r w:rsidR="001E195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1E195F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Контрольнаяработа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https://resh.edu.ru/subject/lesson/7629/</w:t>
            </w:r>
          </w:p>
        </w:tc>
      </w:tr>
    </w:tbl>
    <w:p w:rsidR="00055F9F" w:rsidRDefault="00055F9F">
      <w:pPr>
        <w:autoSpaceDE w:val="0"/>
        <w:autoSpaceDN w:val="0"/>
        <w:spacing w:after="0" w:line="14" w:lineRule="exact"/>
      </w:pPr>
    </w:p>
    <w:p w:rsidR="00055F9F" w:rsidRDefault="00055F9F">
      <w:pPr>
        <w:sectPr w:rsidR="00055F9F">
          <w:pgSz w:w="16840" w:h="11900"/>
          <w:pgMar w:top="284" w:right="640" w:bottom="35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55F9F" w:rsidRDefault="00055F9F">
      <w:pPr>
        <w:autoSpaceDE w:val="0"/>
        <w:autoSpaceDN w:val="0"/>
        <w:spacing w:after="66" w:line="220" w:lineRule="exact"/>
      </w:pPr>
    </w:p>
    <w:tbl>
      <w:tblPr>
        <w:tblW w:w="0" w:type="auto"/>
        <w:tblInd w:w="3549" w:type="dxa"/>
        <w:tblLayout w:type="fixed"/>
        <w:tblLook w:val="04A0"/>
      </w:tblPr>
      <w:tblGrid>
        <w:gridCol w:w="284"/>
        <w:gridCol w:w="1134"/>
        <w:gridCol w:w="425"/>
        <w:gridCol w:w="425"/>
        <w:gridCol w:w="425"/>
        <w:gridCol w:w="426"/>
        <w:gridCol w:w="3827"/>
        <w:gridCol w:w="850"/>
        <w:gridCol w:w="851"/>
      </w:tblGrid>
      <w:tr w:rsidR="00055F9F" w:rsidTr="001E195F">
        <w:trPr>
          <w:trHeight w:hRule="exact" w:val="6844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Глагол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1E195F" w:rsidRDefault="00507469">
            <w:pPr>
              <w:rPr>
                <w:sz w:val="16"/>
                <w:szCs w:val="16"/>
                <w:lang w:val="ru-RU"/>
              </w:rPr>
            </w:pPr>
            <w:r w:rsidRPr="001E195F">
              <w:rPr>
                <w:sz w:val="16"/>
                <w:szCs w:val="16"/>
                <w:lang w:val="ru-RU"/>
              </w:rPr>
              <w:t>15.02-6.04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и характеризовать общее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грамматическое значение, морфологические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признаки и синтаксические функции глагола;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его роль в словосочетании 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предложении, а также в речи;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глаголы совершенного и несовершенного вида, возвратные и невозвратные;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правила правописания -</w:t>
            </w:r>
            <w:proofErr w:type="spellStart"/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тся</w:t>
            </w:r>
            <w:proofErr w:type="spellEnd"/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-</w:t>
            </w:r>
            <w:proofErr w:type="spellStart"/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ться</w:t>
            </w:r>
            <w:proofErr w:type="spellEnd"/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 глаголах; суффиксов -</w:t>
            </w:r>
            <w:proofErr w:type="spellStart"/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ова</w:t>
            </w:r>
            <w:proofErr w:type="spellEnd"/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 — -</w:t>
            </w:r>
            <w:proofErr w:type="spellStart"/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ева</w:t>
            </w:r>
            <w:proofErr w:type="spellEnd"/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-, -</w:t>
            </w:r>
            <w:proofErr w:type="spellStart"/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ыва</w:t>
            </w:r>
            <w:proofErr w:type="spellEnd"/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 — -ива-; Распознавать инфинитив и личные формы глагола, приводить соответствующие примеры;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грамматические свойства инфинитива (неопределённой формы) глагола;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правила использования ь как показателя грамматической формы инфинитива;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основу инфинитива;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Выделять основу настоящего (будущего простого) времени глагола;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спряжение глагола, уметь спрягать глаголы;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Группировать глаголы по типу спряжения;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правила правописания личных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окончаний глагола;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правила использования ь после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шипящих как показателя грамматической формы глагола 2-го лица единственного числа; гласной перед суффиксом -л- в формах прошедшего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времени; слитного и раздельного написания не с глаголами;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Проводить частичный морфологический анализ глаголов (в рамках изученного);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Соблюдать нормы словоизменения глаголов,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постановки ударения в глагольных формах (в </w:t>
            </w:r>
            <w:r w:rsidRPr="00222FFE">
              <w:rPr>
                <w:lang w:val="ru-RU"/>
              </w:rPr>
              <w:br/>
            </w:r>
            <w:r w:rsidR="001E195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рамках изученного)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https://resh.edu.ru/subject/lesson/7627/</w:t>
            </w:r>
          </w:p>
        </w:tc>
      </w:tr>
      <w:tr w:rsidR="00055F9F" w:rsidTr="001E195F">
        <w:trPr>
          <w:trHeight w:hRule="exact" w:val="348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Итогопоразделу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70</w:t>
            </w:r>
          </w:p>
        </w:tc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055F9F"/>
        </w:tc>
      </w:tr>
      <w:tr w:rsidR="00055F9F" w:rsidRPr="00CA3F87" w:rsidTr="001E195F">
        <w:trPr>
          <w:trHeight w:hRule="exact" w:val="348"/>
        </w:trPr>
        <w:tc>
          <w:tcPr>
            <w:tcW w:w="86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8. СИНТАКСИС. КУЛЬТУРА РЕЧИ. ПУНКТУАЦИЯ</w:t>
            </w:r>
          </w:p>
        </w:tc>
      </w:tr>
      <w:tr w:rsidR="00055F9F" w:rsidTr="001E195F">
        <w:trPr>
          <w:trHeight w:hRule="exact" w:val="2541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Синтаксис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 пунктуация как разделы лингвистики. </w:t>
            </w:r>
          </w:p>
          <w:p w:rsidR="00055F9F" w:rsidRDefault="00222FFE">
            <w:pPr>
              <w:autoSpaceDE w:val="0"/>
              <w:autoSpaceDN w:val="0"/>
              <w:spacing w:before="2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Словосочетание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1E195F" w:rsidRDefault="00507469">
            <w:pPr>
              <w:rPr>
                <w:sz w:val="16"/>
                <w:szCs w:val="16"/>
                <w:lang w:val="ru-RU"/>
              </w:rPr>
            </w:pPr>
            <w:r w:rsidRPr="001E195F">
              <w:rPr>
                <w:sz w:val="16"/>
                <w:szCs w:val="16"/>
                <w:lang w:val="ru-RU"/>
              </w:rPr>
              <w:t>7.04-11.04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единицы синтаксиса (словосочетание и предложение);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функции знаков препинания;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Выделять словосочетания из предложения,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словосочетания по морфологическим свойствам главного слова (именные, глагольные, наречные);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средства связи слов в словосочетании; Определять нарушения норм сочетания слов в составе словосочетания;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Проводить синтаксический анализ слово</w:t>
            </w:r>
            <w:r w:rsidR="001E195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сочетаний (в рамках изученного)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1E195F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Письменныйконтроль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https://resh.edu.ru/subject/lesson/575/</w:t>
            </w:r>
          </w:p>
        </w:tc>
      </w:tr>
    </w:tbl>
    <w:p w:rsidR="00055F9F" w:rsidRDefault="00055F9F">
      <w:pPr>
        <w:autoSpaceDE w:val="0"/>
        <w:autoSpaceDN w:val="0"/>
        <w:spacing w:after="0" w:line="14" w:lineRule="exact"/>
      </w:pPr>
    </w:p>
    <w:p w:rsidR="00055F9F" w:rsidRDefault="00055F9F">
      <w:pPr>
        <w:sectPr w:rsidR="00055F9F">
          <w:pgSz w:w="16840" w:h="11900"/>
          <w:pgMar w:top="284" w:right="640" w:bottom="65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55F9F" w:rsidRDefault="00055F9F">
      <w:pPr>
        <w:autoSpaceDE w:val="0"/>
        <w:autoSpaceDN w:val="0"/>
        <w:spacing w:after="66" w:line="220" w:lineRule="exact"/>
      </w:pPr>
    </w:p>
    <w:tbl>
      <w:tblPr>
        <w:tblW w:w="0" w:type="auto"/>
        <w:tblInd w:w="3549" w:type="dxa"/>
        <w:tblLayout w:type="fixed"/>
        <w:tblLook w:val="04A0"/>
      </w:tblPr>
      <w:tblGrid>
        <w:gridCol w:w="284"/>
        <w:gridCol w:w="1134"/>
        <w:gridCol w:w="425"/>
        <w:gridCol w:w="425"/>
        <w:gridCol w:w="425"/>
        <w:gridCol w:w="426"/>
        <w:gridCol w:w="3827"/>
        <w:gridCol w:w="850"/>
        <w:gridCol w:w="851"/>
      </w:tblGrid>
      <w:tr w:rsidR="00055F9F" w:rsidTr="001E195F">
        <w:trPr>
          <w:trHeight w:hRule="exact" w:val="7253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Простоедвусоставноепредложение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1E195F" w:rsidRDefault="0040686F">
            <w:pPr>
              <w:rPr>
                <w:sz w:val="16"/>
                <w:szCs w:val="16"/>
                <w:lang w:val="ru-RU"/>
              </w:rPr>
            </w:pPr>
            <w:r w:rsidRPr="001E195F">
              <w:rPr>
                <w:sz w:val="16"/>
                <w:szCs w:val="16"/>
                <w:lang w:val="ru-RU"/>
              </w:rPr>
              <w:t>12.04-26.04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предложения по цели высказывания (повествовательные, побудительные,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вопросительные), эмоциональной окраске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(восклицательные и невосклицательные),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количеству грамматических основ (простые 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сложные), наличию второстепенных членов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(распространённые и нераспространённые) 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их;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Употреблять повествовательные, побудительные, вопросительные, восклицательные предложения в речевой практике, корректируя интонацию в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соответствии с коммуникативной целью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высказывания;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главные (грамматическую основу) и второстепенные члены предложения;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и характеризовать морфологические средства выражения подлежащего (именем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существительным или местоимением в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именительном падеже, сочетанием имени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существительного в форме именительного падежа с существительным или местоимением в форме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творительного падежа с предлогом; сочетанием имени числительного в форме именительного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падежа с существительным в форме родительного падежа) и сказуемого (глаголом, именем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существительным, именем прилагательным);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правила постановки тире между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подлежащим и сказуемым;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распространённые и нераспространённые предложения, находить основания для сравнения и сравнивать их;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виды второстепенных членов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предложения и морфологические средства их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выражения (в рамках изученного);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Проводить синтаксический анализ простых </w:t>
            </w:r>
            <w:r w:rsidRPr="00222FFE">
              <w:rPr>
                <w:lang w:val="ru-RU"/>
              </w:rPr>
              <w:br/>
            </w:r>
            <w:r w:rsidR="001E195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двусоставных предложений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https://resh.edu.ru/subject/lesson/544/</w:t>
            </w:r>
          </w:p>
        </w:tc>
      </w:tr>
    </w:tbl>
    <w:p w:rsidR="00055F9F" w:rsidRDefault="00055F9F">
      <w:pPr>
        <w:autoSpaceDE w:val="0"/>
        <w:autoSpaceDN w:val="0"/>
        <w:spacing w:after="0" w:line="14" w:lineRule="exact"/>
      </w:pPr>
    </w:p>
    <w:p w:rsidR="00055F9F" w:rsidRDefault="00055F9F">
      <w:pPr>
        <w:sectPr w:rsidR="00055F9F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55F9F" w:rsidRDefault="00055F9F">
      <w:pPr>
        <w:autoSpaceDE w:val="0"/>
        <w:autoSpaceDN w:val="0"/>
        <w:spacing w:after="66" w:line="220" w:lineRule="exact"/>
      </w:pPr>
    </w:p>
    <w:tbl>
      <w:tblPr>
        <w:tblW w:w="0" w:type="auto"/>
        <w:tblInd w:w="3549" w:type="dxa"/>
        <w:tblLayout w:type="fixed"/>
        <w:tblLook w:val="04A0"/>
      </w:tblPr>
      <w:tblGrid>
        <w:gridCol w:w="284"/>
        <w:gridCol w:w="992"/>
        <w:gridCol w:w="567"/>
        <w:gridCol w:w="425"/>
        <w:gridCol w:w="425"/>
        <w:gridCol w:w="426"/>
        <w:gridCol w:w="3827"/>
        <w:gridCol w:w="850"/>
        <w:gridCol w:w="851"/>
      </w:tblGrid>
      <w:tr w:rsidR="00055F9F" w:rsidTr="001E195F">
        <w:trPr>
          <w:trHeight w:hRule="exact" w:val="5342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Простоеосложнённоепредложение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1E195F" w:rsidRDefault="0040686F">
            <w:pPr>
              <w:rPr>
                <w:sz w:val="16"/>
                <w:szCs w:val="16"/>
                <w:lang w:val="ru-RU"/>
              </w:rPr>
            </w:pPr>
            <w:r w:rsidRPr="001E195F">
              <w:rPr>
                <w:sz w:val="16"/>
                <w:szCs w:val="16"/>
                <w:lang w:val="ru-RU"/>
              </w:rPr>
              <w:t>27.04-5.05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и распознавать неосложнённые предложения и предложения, осложнённые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однородными членами или обращением;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в предложении однородные члены 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обобщающие слова при них;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Правильно интонировать эти предложения;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роль однородных членов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предложения в речи;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Точно использовать слова, обозначающие родовые и видовые понятия, в конструкциях с обобщающим словом при однородных членах;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Самостоятельно составлять схемы однородных членов в предложениях (по образцу);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пунктуационные нормы постановки знаков препинания в предложениях с однородными членами и обобщающим словом при них (в рамках изученного);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в предложении обращение;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Устанавливать отсутствие грамматической связи обращения с предложением (обращение не является членом предложения);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Правильно интонировать предложения с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обращением;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правила пунктуационного оформления обращения;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Проводить синтаксический анализ простых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осложнённых предложений;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1E195F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Письменныйконтроль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https://resh.edu.ru/subject/lesson/1218/</w:t>
            </w:r>
          </w:p>
        </w:tc>
      </w:tr>
      <w:tr w:rsidR="00055F9F" w:rsidTr="001E195F">
        <w:trPr>
          <w:trHeight w:hRule="exact" w:val="1475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Сложноепредложение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1E195F" w:rsidRDefault="0040686F">
            <w:pPr>
              <w:rPr>
                <w:sz w:val="16"/>
                <w:szCs w:val="16"/>
                <w:lang w:val="ru-RU"/>
              </w:rPr>
            </w:pPr>
            <w:r w:rsidRPr="001E195F">
              <w:rPr>
                <w:sz w:val="16"/>
                <w:szCs w:val="16"/>
                <w:lang w:val="ru-RU"/>
              </w:rPr>
              <w:t>10.05-11.05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Сравнивать простые и сложные предложения, сложные предложения и простые, осложнённые однородными членами;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основания для сравнения;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Самостоятельно формулировать выводы;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простые и сложные предложения с точки зрения </w:t>
            </w:r>
            <w:r w:rsidR="001E195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количества грамматических основ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1E195F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https://resh.edu.ru/subject/lesson/36/</w:t>
            </w:r>
          </w:p>
        </w:tc>
      </w:tr>
      <w:tr w:rsidR="00055F9F" w:rsidTr="001E195F">
        <w:trPr>
          <w:trHeight w:hRule="exact" w:val="1485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8.5.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прямойречью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1E195F" w:rsidRDefault="0040686F">
            <w:pPr>
              <w:rPr>
                <w:sz w:val="16"/>
                <w:szCs w:val="16"/>
                <w:lang w:val="ru-RU"/>
              </w:rPr>
            </w:pPr>
            <w:r w:rsidRPr="001E195F">
              <w:rPr>
                <w:sz w:val="16"/>
                <w:szCs w:val="16"/>
                <w:lang w:val="ru-RU"/>
              </w:rPr>
              <w:t>12.05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Анализировать предложения с прямой речью и сравнивать их с точки зрения позиции слов автора в предложении и пунктуационного оформления этих предложений;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Самостоятельно формулировать выводы о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пунктуационном оформл</w:t>
            </w:r>
            <w:r w:rsidR="001E195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ении предложений с прямой речью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</w:t>
            </w:r>
            <w:r w:rsidR="001E195F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менныйконтроль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https://resh.edu.ru/subject/lesson/38/</w:t>
            </w:r>
          </w:p>
        </w:tc>
      </w:tr>
      <w:tr w:rsidR="00055F9F" w:rsidTr="001E195F">
        <w:trPr>
          <w:trHeight w:hRule="exact" w:val="1866"/>
        </w:trPr>
        <w:tc>
          <w:tcPr>
            <w:tcW w:w="2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8.6.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Диалог</w:t>
            </w:r>
            <w:proofErr w:type="spellEnd"/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1E195F" w:rsidRDefault="0040686F">
            <w:pPr>
              <w:rPr>
                <w:sz w:val="16"/>
                <w:szCs w:val="16"/>
                <w:lang w:val="ru-RU"/>
              </w:rPr>
            </w:pPr>
            <w:r w:rsidRPr="001E195F">
              <w:rPr>
                <w:sz w:val="16"/>
                <w:szCs w:val="16"/>
                <w:lang w:val="ru-RU"/>
              </w:rPr>
              <w:t>16.05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Моделировать диалоги на лингвистические темы (в рамках изученного) и темы на основе жизненных наблюдений;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диалоги в художественных текстах с точки зрения пунктуационного оформления;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Самостоятельно формулировать выводы о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пунктуационном оформлении диалога;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прави</w:t>
            </w:r>
            <w:r w:rsidR="001E195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ла оформления диалога на письме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1E195F">
            <w:pPr>
              <w:autoSpaceDE w:val="0"/>
              <w:autoSpaceDN w:val="0"/>
              <w:spacing w:before="76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Письменныйконтроль</w:t>
            </w:r>
            <w:proofErr w:type="spellEnd"/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https://resh.edu.ru/subject/lesson/38/</w:t>
            </w:r>
          </w:p>
        </w:tc>
      </w:tr>
    </w:tbl>
    <w:p w:rsidR="00055F9F" w:rsidRDefault="00055F9F">
      <w:pPr>
        <w:autoSpaceDE w:val="0"/>
        <w:autoSpaceDN w:val="0"/>
        <w:spacing w:after="0" w:line="14" w:lineRule="exact"/>
      </w:pPr>
    </w:p>
    <w:p w:rsidR="00055F9F" w:rsidRDefault="00055F9F">
      <w:pPr>
        <w:sectPr w:rsidR="00055F9F">
          <w:pgSz w:w="16840" w:h="11900"/>
          <w:pgMar w:top="284" w:right="640" w:bottom="35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55F9F" w:rsidRDefault="00055F9F">
      <w:pPr>
        <w:autoSpaceDE w:val="0"/>
        <w:autoSpaceDN w:val="0"/>
        <w:spacing w:after="66" w:line="220" w:lineRule="exact"/>
      </w:pPr>
    </w:p>
    <w:tbl>
      <w:tblPr>
        <w:tblW w:w="0" w:type="auto"/>
        <w:tblInd w:w="3549" w:type="dxa"/>
        <w:tblLayout w:type="fixed"/>
        <w:tblLook w:val="04A0"/>
      </w:tblPr>
      <w:tblGrid>
        <w:gridCol w:w="284"/>
        <w:gridCol w:w="992"/>
        <w:gridCol w:w="567"/>
        <w:gridCol w:w="425"/>
        <w:gridCol w:w="284"/>
        <w:gridCol w:w="567"/>
        <w:gridCol w:w="3827"/>
        <w:gridCol w:w="850"/>
        <w:gridCol w:w="851"/>
      </w:tblGrid>
      <w:tr w:rsidR="00055F9F" w:rsidTr="002B0631">
        <w:trPr>
          <w:trHeight w:hRule="exact" w:val="348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Итогопоразделу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</w:t>
            </w:r>
          </w:p>
        </w:tc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055F9F"/>
        </w:tc>
      </w:tr>
      <w:tr w:rsidR="00055F9F" w:rsidTr="002B0631">
        <w:trPr>
          <w:trHeight w:hRule="exact" w:val="348"/>
        </w:trPr>
        <w:tc>
          <w:tcPr>
            <w:tcW w:w="86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9. ПОВТОРЕНИЕ </w:t>
            </w:r>
          </w:p>
        </w:tc>
      </w:tr>
      <w:tr w:rsidR="00055F9F" w:rsidTr="00087FE6">
        <w:trPr>
          <w:trHeight w:hRule="exact" w:val="102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Повторениепройденногоматериала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B0631" w:rsidRDefault="0040686F">
            <w:pPr>
              <w:rPr>
                <w:sz w:val="16"/>
                <w:szCs w:val="16"/>
                <w:lang w:val="ru-RU"/>
              </w:rPr>
            </w:pPr>
            <w:r w:rsidRPr="002B0631">
              <w:rPr>
                <w:sz w:val="16"/>
                <w:szCs w:val="16"/>
                <w:lang w:val="ru-RU"/>
              </w:rPr>
              <w:t>17.05-26.05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Повторение изученного за курс 5 класса.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D0128F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Контрольнаяработа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https://resh.edu.ru/subject/lesson/7705/conspect/307206/</w:t>
            </w:r>
          </w:p>
        </w:tc>
      </w:tr>
      <w:tr w:rsidR="00055F9F" w:rsidTr="002B0631">
        <w:trPr>
          <w:trHeight w:hRule="exact" w:val="348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Итогопоразделу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055F9F"/>
        </w:tc>
      </w:tr>
      <w:tr w:rsidR="00055F9F" w:rsidRPr="00CA3F87" w:rsidTr="002B0631">
        <w:trPr>
          <w:trHeight w:hRule="exact" w:val="350"/>
        </w:trPr>
        <w:tc>
          <w:tcPr>
            <w:tcW w:w="86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80" w:after="0" w:line="230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10. СОЧИНЕНИЯ, ИЗЛОЖЕНИЯ, КОНТРОЛЬНЫЕ И ПРОВЕРОЧНЫЕ РАБОТЫ</w:t>
            </w:r>
          </w:p>
        </w:tc>
      </w:tr>
      <w:tr w:rsidR="00055F9F" w:rsidTr="00087FE6">
        <w:trPr>
          <w:trHeight w:hRule="exact" w:val="583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Сочинения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(в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течениегода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055F9F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055F9F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055F9F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055F9F"/>
        </w:tc>
      </w:tr>
      <w:tr w:rsidR="00055F9F" w:rsidTr="00087FE6">
        <w:trPr>
          <w:trHeight w:hRule="exact" w:val="502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Изложения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(в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течениего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055F9F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055F9F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055F9F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055F9F"/>
        </w:tc>
      </w:tr>
      <w:tr w:rsidR="00055F9F" w:rsidTr="00087FE6">
        <w:trPr>
          <w:trHeight w:hRule="exact" w:val="133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Контрольные и проверочные работы (в течение года)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055F9F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055F9F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055F9F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055F9F"/>
        </w:tc>
      </w:tr>
      <w:tr w:rsidR="00055F9F" w:rsidTr="002B0631">
        <w:trPr>
          <w:trHeight w:hRule="exact" w:val="348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Итогопоразделу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055F9F"/>
        </w:tc>
      </w:tr>
      <w:tr w:rsidR="00055F9F" w:rsidTr="00087FE6">
        <w:trPr>
          <w:trHeight w:hRule="exact" w:val="1966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055F9F"/>
        </w:tc>
      </w:tr>
    </w:tbl>
    <w:p w:rsidR="00055F9F" w:rsidRDefault="00055F9F">
      <w:pPr>
        <w:autoSpaceDE w:val="0"/>
        <w:autoSpaceDN w:val="0"/>
        <w:spacing w:after="0" w:line="14" w:lineRule="exact"/>
      </w:pPr>
    </w:p>
    <w:p w:rsidR="00055F9F" w:rsidRDefault="00055F9F">
      <w:pPr>
        <w:sectPr w:rsidR="00055F9F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55F9F" w:rsidRDefault="00055F9F">
      <w:pPr>
        <w:autoSpaceDE w:val="0"/>
        <w:autoSpaceDN w:val="0"/>
        <w:spacing w:after="78" w:line="220" w:lineRule="exact"/>
      </w:pPr>
    </w:p>
    <w:p w:rsidR="00055F9F" w:rsidRDefault="00222FFE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3014"/>
        <w:gridCol w:w="732"/>
        <w:gridCol w:w="1620"/>
        <w:gridCol w:w="1668"/>
        <w:gridCol w:w="1164"/>
        <w:gridCol w:w="1824"/>
      </w:tblGrid>
      <w:tr w:rsidR="00055F9F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055F9F">
        <w:trPr>
          <w:trHeight w:hRule="exact" w:val="828"/>
        </w:trPr>
        <w:tc>
          <w:tcPr>
            <w:tcW w:w="1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F9F" w:rsidRDefault="00055F9F"/>
        </w:tc>
        <w:tc>
          <w:tcPr>
            <w:tcW w:w="1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F9F" w:rsidRDefault="00055F9F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F9F" w:rsidRDefault="00055F9F"/>
        </w:tc>
        <w:tc>
          <w:tcPr>
            <w:tcW w:w="1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055F9F" w:rsidRDefault="00055F9F"/>
        </w:tc>
      </w:tr>
      <w:tr w:rsidR="00055F9F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Богатство 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выразительность русского языка.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456D" w:rsidRPr="00D1456D" w:rsidRDefault="00D1456D">
            <w:pPr>
              <w:rPr>
                <w:b/>
                <w:lang w:val="ru-RU"/>
              </w:rPr>
            </w:pPr>
            <w:r w:rsidRPr="00D1456D">
              <w:rPr>
                <w:b/>
                <w:lang w:val="ru-RU"/>
              </w:rPr>
              <w:t>1 четверть</w:t>
            </w:r>
          </w:p>
          <w:p w:rsidR="00055F9F" w:rsidRPr="00967936" w:rsidRDefault="00967936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7D137D">
              <w:rPr>
                <w:lang w:val="ru-RU"/>
              </w:rPr>
              <w:t>.09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 w:rsidP="00B230B5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</w:p>
        </w:tc>
      </w:tr>
      <w:tr w:rsidR="00055F9F" w:rsidRPr="003562D0">
        <w:trPr>
          <w:trHeight w:hRule="exact" w:val="35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100" w:after="0"/>
              <w:ind w:left="72" w:right="288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Лингвистика как наука о языке. Язык как знаковая система и средство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человеческого общения.</w:t>
            </w:r>
          </w:p>
          <w:p w:rsidR="00055F9F" w:rsidRPr="003562D0" w:rsidRDefault="00222FFE">
            <w:pPr>
              <w:autoSpaceDE w:val="0"/>
              <w:autoSpaceDN w:val="0"/>
              <w:spacing w:before="70" w:after="0" w:line="281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Основные единицы языка и речи: звук, морфема, слово, словосочетание,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предложение. </w:t>
            </w:r>
            <w:r w:rsidRPr="003562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Повторение изученного в начальной </w:t>
            </w:r>
            <w:r w:rsidRPr="003562D0">
              <w:rPr>
                <w:lang w:val="ru-RU"/>
              </w:rPr>
              <w:br/>
            </w:r>
            <w:r w:rsidRPr="003562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школе.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3562D0" w:rsidRDefault="00222FFE">
            <w:pPr>
              <w:autoSpaceDE w:val="0"/>
              <w:autoSpaceDN w:val="0"/>
              <w:spacing w:before="100" w:after="0" w:line="230" w:lineRule="auto"/>
              <w:ind w:left="74"/>
              <w:rPr>
                <w:lang w:val="ru-RU"/>
              </w:rPr>
            </w:pPr>
            <w:r w:rsidRPr="003562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3562D0" w:rsidRDefault="00222FFE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3562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3562D0" w:rsidRDefault="00222FFE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3562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967936" w:rsidRDefault="00967936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D137D">
              <w:rPr>
                <w:lang w:val="ru-RU"/>
              </w:rPr>
              <w:t>.09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3562D0" w:rsidRDefault="00222FFE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lang w:val="ru-RU"/>
              </w:rPr>
            </w:pPr>
            <w:r w:rsidRPr="003562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Письменный контроль</w:t>
            </w:r>
          </w:p>
        </w:tc>
      </w:tr>
      <w:tr w:rsidR="00055F9F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3562D0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562D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изученного в начальной школе.</w:t>
            </w:r>
          </w:p>
          <w:p w:rsidR="00055F9F" w:rsidRPr="00222FFE" w:rsidRDefault="00222FFE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Орфография.</w:t>
            </w:r>
          </w:p>
          <w:p w:rsidR="00055F9F" w:rsidRPr="00222FFE" w:rsidRDefault="00222FFE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967936" w:rsidRDefault="00967936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7D137D">
              <w:rPr>
                <w:lang w:val="ru-RU"/>
              </w:rPr>
              <w:t>.09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</w:p>
        </w:tc>
      </w:tr>
      <w:tr w:rsidR="00055F9F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изученного в начальной школе.</w:t>
            </w:r>
          </w:p>
          <w:p w:rsidR="00055F9F" w:rsidRPr="00222FFE" w:rsidRDefault="00222FFE">
            <w:pPr>
              <w:autoSpaceDE w:val="0"/>
              <w:autoSpaceDN w:val="0"/>
              <w:spacing w:before="70" w:after="0" w:line="271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разделительного (ь) 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разделительного (ъ) знаков.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967936" w:rsidRDefault="00967936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7D137D">
              <w:rPr>
                <w:lang w:val="ru-RU"/>
              </w:rPr>
              <w:t>.09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Письменныйконтроль</w:t>
            </w:r>
            <w:proofErr w:type="spellEnd"/>
          </w:p>
        </w:tc>
      </w:tr>
      <w:tr w:rsidR="00055F9F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71" w:lineRule="auto"/>
              <w:ind w:left="72" w:right="310"/>
              <w:jc w:val="both"/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Повторение изученного в начальной школе.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Состав</w:t>
            </w:r>
            <w:proofErr w:type="spellEnd"/>
            <w:r w:rsidR="00CA3F8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967936" w:rsidRDefault="00967936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7D137D">
              <w:rPr>
                <w:lang w:val="ru-RU"/>
              </w:rPr>
              <w:t>.09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</w:p>
        </w:tc>
      </w:tr>
      <w:tr w:rsidR="00055F9F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Повторение изученного в начальной школе. </w:t>
            </w:r>
          </w:p>
          <w:p w:rsidR="00055F9F" w:rsidRPr="00222FFE" w:rsidRDefault="00222FFE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Морфология.</w:t>
            </w:r>
          </w:p>
          <w:p w:rsidR="00055F9F" w:rsidRDefault="00222FFE">
            <w:pPr>
              <w:autoSpaceDE w:val="0"/>
              <w:autoSpaceDN w:val="0"/>
              <w:spacing w:before="70" w:after="0" w:line="271" w:lineRule="auto"/>
              <w:ind w:left="72" w:right="432"/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Самостоятельные 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служебные части речи.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967936" w:rsidRDefault="00967936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7D137D">
              <w:rPr>
                <w:lang w:val="ru-RU"/>
              </w:rPr>
              <w:t>.09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</w:p>
        </w:tc>
      </w:tr>
      <w:tr w:rsidR="00055F9F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CA3F87" w:rsidRDefault="00222FFE" w:rsidP="00CA3F87">
            <w:pPr>
              <w:autoSpaceDE w:val="0"/>
              <w:autoSpaceDN w:val="0"/>
              <w:spacing w:before="98" w:after="0" w:line="271" w:lineRule="auto"/>
              <w:ind w:right="288"/>
              <w:rPr>
                <w:lang w:val="ru-RU"/>
              </w:rPr>
            </w:pPr>
            <w:r w:rsidRPr="00222FFE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  <w:r w:rsidR="00CA3F8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Входная контрольная работа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967936" w:rsidRDefault="00967936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7D137D">
              <w:rPr>
                <w:lang w:val="ru-RU"/>
              </w:rPr>
              <w:t>.09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Контрольнаяработа</w:t>
            </w:r>
            <w:proofErr w:type="spellEnd"/>
          </w:p>
        </w:tc>
      </w:tr>
      <w:tr w:rsidR="00055F9F">
        <w:trPr>
          <w:trHeight w:hRule="exact" w:val="4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Речь</w:t>
            </w:r>
            <w:proofErr w:type="spellEnd"/>
            <w:r w:rsidR="00CA3F8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967936" w:rsidRDefault="00967936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7D137D">
              <w:rPr>
                <w:lang w:val="ru-RU"/>
              </w:rPr>
              <w:t>.09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</w:p>
        </w:tc>
      </w:tr>
    </w:tbl>
    <w:p w:rsidR="00055F9F" w:rsidRDefault="00055F9F">
      <w:pPr>
        <w:autoSpaceDE w:val="0"/>
        <w:autoSpaceDN w:val="0"/>
        <w:spacing w:after="0" w:line="14" w:lineRule="exact"/>
      </w:pPr>
    </w:p>
    <w:p w:rsidR="00055F9F" w:rsidRDefault="00055F9F">
      <w:pPr>
        <w:sectPr w:rsidR="00055F9F">
          <w:pgSz w:w="11900" w:h="16840"/>
          <w:pgMar w:top="298" w:right="602" w:bottom="490" w:left="666" w:header="720" w:footer="720" w:gutter="0"/>
          <w:cols w:space="720" w:equalWidth="0">
            <w:col w:w="10632" w:space="0"/>
          </w:cols>
          <w:docGrid w:linePitch="360"/>
        </w:sectPr>
      </w:pPr>
    </w:p>
    <w:p w:rsidR="00055F9F" w:rsidRDefault="00055F9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3014"/>
        <w:gridCol w:w="732"/>
        <w:gridCol w:w="1620"/>
        <w:gridCol w:w="1668"/>
        <w:gridCol w:w="1164"/>
        <w:gridCol w:w="1824"/>
      </w:tblGrid>
      <w:tr w:rsidR="00055F9F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Монолог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Диалог.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Полилог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967936" w:rsidRDefault="00967936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7D137D">
              <w:rPr>
                <w:lang w:val="ru-RU"/>
              </w:rPr>
              <w:t>.09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</w:p>
        </w:tc>
      </w:tr>
      <w:tr w:rsidR="00055F9F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Речевые формулы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приветствия,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произношения, просьбы, благодарности.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967936" w:rsidRDefault="00967936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7D137D">
              <w:rPr>
                <w:lang w:val="ru-RU"/>
              </w:rPr>
              <w:t>.09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</w:p>
        </w:tc>
      </w:tr>
      <w:tr w:rsidR="00055F9F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Виды речевой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деятельности (говорение, слушание, чтение, письмо), их особенности.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967936" w:rsidRDefault="00967936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7D137D">
              <w:rPr>
                <w:lang w:val="ru-RU"/>
              </w:rPr>
              <w:t>.09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55F9F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/>
              <w:ind w:left="72" w:right="864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Виды </w:t>
            </w:r>
            <w:proofErr w:type="spellStart"/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аудирования</w:t>
            </w:r>
            <w:proofErr w:type="spellEnd"/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: выборочное,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ознакомительное, детальное.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967936" w:rsidRDefault="00967936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7D137D">
              <w:rPr>
                <w:lang w:val="ru-RU"/>
              </w:rPr>
              <w:t>.09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</w:p>
        </w:tc>
      </w:tr>
      <w:tr w:rsidR="00055F9F" w:rsidRPr="00CA3F8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Виды чтения: изучающее, ознакомительное,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просмотровое, поисковое.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7D137D" w:rsidRDefault="007D137D">
            <w:pPr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использованием«Оценочного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</w:t>
            </w:r>
          </w:p>
        </w:tc>
      </w:tr>
      <w:tr w:rsidR="00055F9F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71" w:lineRule="auto"/>
              <w:ind w:left="72" w:right="432"/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Понятие о тексте. Тема, главная мысль текста.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Микротемытекста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7D137D" w:rsidRDefault="007D137D">
            <w:pPr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</w:p>
        </w:tc>
      </w:tr>
      <w:tr w:rsidR="00055F9F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Композиционная</w:t>
            </w:r>
            <w:proofErr w:type="spellEnd"/>
            <w:r w:rsidR="00CA3F8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структура</w:t>
            </w:r>
            <w:proofErr w:type="spellEnd"/>
            <w:r w:rsidR="00CA3F8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Абзац.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7D137D" w:rsidRDefault="007D137D">
            <w:pPr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  <w:tr w:rsidR="00055F9F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Средства связи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предложений и частей текста.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7D137D" w:rsidRDefault="007D137D">
            <w:pPr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</w:p>
        </w:tc>
      </w:tr>
      <w:tr w:rsidR="00055F9F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Функционально-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смысловые типы печи: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описание, повествование, рассуждение.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7D137D" w:rsidRDefault="007D137D">
            <w:pPr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</w:tr>
      <w:tr w:rsidR="00055F9F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Повествование как тип речи. Рассказ.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7D137D" w:rsidRDefault="007D137D">
            <w:pPr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  <w:tr w:rsidR="00055F9F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Повествование как т</w:t>
            </w:r>
            <w:r w:rsidR="00107D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</w:t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 речи. Практикум.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7D137D" w:rsidRDefault="007D137D">
            <w:pPr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Письменныйконтроль</w:t>
            </w:r>
            <w:proofErr w:type="spellEnd"/>
          </w:p>
        </w:tc>
      </w:tr>
      <w:tr w:rsidR="00055F9F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CA3F87" w:rsidRDefault="00222FFE" w:rsidP="00CA3F87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CA3F8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Сочинение по картине</w:t>
            </w:r>
            <w:r w:rsidR="00CA3F8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А. </w:t>
            </w:r>
            <w:proofErr w:type="spellStart"/>
            <w:r w:rsidR="00CA3F8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Пластова</w:t>
            </w:r>
            <w:proofErr w:type="spellEnd"/>
            <w:r w:rsidR="00CA3F8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«Летом»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107D12" w:rsidRDefault="00107D12">
            <w:pPr>
              <w:rPr>
                <w:lang w:val="ru-RU"/>
              </w:rPr>
            </w:pPr>
            <w:r>
              <w:rPr>
                <w:lang w:val="ru-RU"/>
              </w:rPr>
              <w:t>28.</w:t>
            </w:r>
            <w:r w:rsidR="008F690F">
              <w:rPr>
                <w:lang w:val="ru-RU"/>
              </w:rPr>
              <w:t>09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</w:t>
            </w:r>
            <w:proofErr w:type="spellEnd"/>
          </w:p>
        </w:tc>
      </w:tr>
      <w:tr w:rsidR="00055F9F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Смысловой анализ текста.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  <w:tr w:rsidR="00055F9F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Смысловой анализ текста. Практикум.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Письменныйконтроль</w:t>
            </w:r>
            <w:proofErr w:type="spellEnd"/>
          </w:p>
        </w:tc>
      </w:tr>
    </w:tbl>
    <w:p w:rsidR="00055F9F" w:rsidRDefault="00055F9F">
      <w:pPr>
        <w:autoSpaceDE w:val="0"/>
        <w:autoSpaceDN w:val="0"/>
        <w:spacing w:after="0" w:line="14" w:lineRule="exact"/>
      </w:pPr>
    </w:p>
    <w:p w:rsidR="00055F9F" w:rsidRDefault="00055F9F">
      <w:pPr>
        <w:sectPr w:rsidR="00055F9F">
          <w:pgSz w:w="11900" w:h="16840"/>
          <w:pgMar w:top="284" w:right="602" w:bottom="482" w:left="666" w:header="720" w:footer="720" w:gutter="0"/>
          <w:cols w:space="720" w:equalWidth="0">
            <w:col w:w="10632" w:space="0"/>
          </w:cols>
          <w:docGrid w:linePitch="360"/>
        </w:sectPr>
      </w:pPr>
    </w:p>
    <w:p w:rsidR="00055F9F" w:rsidRDefault="00055F9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3014"/>
        <w:gridCol w:w="732"/>
        <w:gridCol w:w="1620"/>
        <w:gridCol w:w="1668"/>
        <w:gridCol w:w="1164"/>
        <w:gridCol w:w="1824"/>
      </w:tblGrid>
      <w:tr w:rsidR="00055F9F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Информационная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переработка текста: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простой и сложный план текста.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Письменныйконтроль</w:t>
            </w:r>
            <w:proofErr w:type="spellEnd"/>
          </w:p>
        </w:tc>
      </w:tr>
      <w:tr w:rsidR="00055F9F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 и его виды.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</w:p>
        </w:tc>
      </w:tr>
      <w:tr w:rsidR="00055F9F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Функциональные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разновидности языка.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</w:p>
        </w:tc>
      </w:tr>
      <w:tr w:rsidR="00055F9F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Изложение. Проверочная работа.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47500C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</w:t>
            </w:r>
            <w:proofErr w:type="spellEnd"/>
          </w:p>
        </w:tc>
      </w:tr>
      <w:tr w:rsidR="00055F9F" w:rsidRPr="00CA3F87">
        <w:trPr>
          <w:trHeight w:hRule="exact" w:val="1502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0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Редактирование текста.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182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100" w:after="0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использованием«Оценочного</w:t>
            </w:r>
            <w:r w:rsidRPr="00222FFE">
              <w:rPr>
                <w:lang w:val="ru-RU"/>
              </w:rPr>
              <w:br/>
            </w:r>
            <w:r w:rsidR="007A58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</w:t>
            </w:r>
          </w:p>
        </w:tc>
      </w:tr>
      <w:tr w:rsidR="00055F9F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Фонетика и графика как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разделы лингвистики. Звук как единица языка.</w:t>
            </w:r>
          </w:p>
          <w:p w:rsidR="00055F9F" w:rsidRDefault="00222FFE">
            <w:pPr>
              <w:autoSpaceDE w:val="0"/>
              <w:autoSpaceDN w:val="0"/>
              <w:spacing w:before="70" w:after="0" w:line="271" w:lineRule="auto"/>
              <w:ind w:left="72" w:right="432"/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Смыслоразличительная роль звука.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br/>
            </w:r>
            <w:proofErr w:type="spellStart"/>
            <w:r w:rsidR="0047500C">
              <w:rPr>
                <w:rFonts w:ascii="Times New Roman" w:eastAsia="Times New Roman" w:hAnsi="Times New Roman"/>
                <w:color w:val="000000"/>
                <w:sz w:val="24"/>
              </w:rPr>
              <w:t>гласны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звуков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47500C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</w:p>
        </w:tc>
      </w:tr>
      <w:tr w:rsidR="00055F9F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Система согласных звуков. Основные выразительные средства фонетики.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47500C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Письменныйконтроль</w:t>
            </w:r>
            <w:proofErr w:type="spellEnd"/>
          </w:p>
        </w:tc>
      </w:tr>
      <w:tr w:rsidR="00055F9F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Слог. Ударение. Свойства русского ударения.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47500C" w:rsidRDefault="0047500C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222FFE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055F9F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/>
              <w:ind w:left="72" w:right="144"/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Изменение звуков в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речевом потоке.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Элементыфонетической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транскрипции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47500C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Письменныйконтроль</w:t>
            </w:r>
            <w:proofErr w:type="spellEnd"/>
          </w:p>
        </w:tc>
      </w:tr>
      <w:tr w:rsidR="00055F9F">
        <w:trPr>
          <w:trHeight w:hRule="exact" w:val="2174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0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81" w:lineRule="auto"/>
              <w:ind w:left="72" w:right="144"/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Соотношение звуков 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букв. Правописные 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строчные буквы. Способы обозначения {й}, мягкости согласных.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Фонетическийанализслова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182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47500C" w:rsidRDefault="00222FFE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Письменныйконтроль</w:t>
            </w:r>
            <w:proofErr w:type="spellEnd"/>
          </w:p>
        </w:tc>
      </w:tr>
      <w:tr w:rsidR="00055F9F">
        <w:trPr>
          <w:trHeight w:hRule="exact" w:val="21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Орфоэпия как раздел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лингвистики. Основные орфоэпические нормы. Интонация, её функции.</w:t>
            </w:r>
          </w:p>
          <w:p w:rsidR="00055F9F" w:rsidRPr="00222FFE" w:rsidRDefault="00222FFE">
            <w:pPr>
              <w:autoSpaceDE w:val="0"/>
              <w:autoSpaceDN w:val="0"/>
              <w:spacing w:before="70" w:after="0" w:line="262" w:lineRule="auto"/>
              <w:ind w:left="72" w:right="720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Основные элементы интонации.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47500C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</w:p>
        </w:tc>
      </w:tr>
    </w:tbl>
    <w:p w:rsidR="00055F9F" w:rsidRDefault="00055F9F">
      <w:pPr>
        <w:autoSpaceDE w:val="0"/>
        <w:autoSpaceDN w:val="0"/>
        <w:spacing w:after="0" w:line="14" w:lineRule="exact"/>
      </w:pPr>
    </w:p>
    <w:p w:rsidR="00055F9F" w:rsidRPr="008F690F" w:rsidRDefault="00055F9F">
      <w:pPr>
        <w:rPr>
          <w:lang w:val="ru-RU"/>
        </w:rPr>
        <w:sectPr w:rsidR="00055F9F" w:rsidRPr="008F690F">
          <w:pgSz w:w="11900" w:h="16840"/>
          <w:pgMar w:top="284" w:right="602" w:bottom="550" w:left="666" w:header="720" w:footer="720" w:gutter="0"/>
          <w:cols w:space="720" w:equalWidth="0">
            <w:col w:w="10632" w:space="0"/>
          </w:cols>
          <w:docGrid w:linePitch="360"/>
        </w:sectPr>
      </w:pPr>
    </w:p>
    <w:p w:rsidR="00055F9F" w:rsidRDefault="00055F9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3014"/>
        <w:gridCol w:w="732"/>
        <w:gridCol w:w="1620"/>
        <w:gridCol w:w="1668"/>
        <w:gridCol w:w="1164"/>
        <w:gridCol w:w="1824"/>
      </w:tblGrid>
      <w:tr w:rsidR="00055F9F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Орфография. Орфограмма. Буквенные и небуквенные орфограммы.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47500C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Письменныйконтроль</w:t>
            </w:r>
            <w:proofErr w:type="spellEnd"/>
          </w:p>
        </w:tc>
      </w:tr>
      <w:tr w:rsidR="00055F9F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разделительных Ъ и Ь.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47500C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</w:tr>
      <w:tr w:rsidR="00055F9F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Повторение тем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"Фонетика", "Графика", "Орфоэпия".Проверочная работа.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47500C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Письменныйконтроль</w:t>
            </w:r>
            <w:proofErr w:type="spellEnd"/>
          </w:p>
        </w:tc>
      </w:tr>
      <w:tr w:rsidR="00055F9F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47500C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  <w:tr w:rsidR="00055F9F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Основные способы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толкования лексического значения слова.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47500C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</w:p>
        </w:tc>
      </w:tr>
      <w:tr w:rsidR="00055F9F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Слова однозначные и многозначные.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47500C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</w:p>
        </w:tc>
      </w:tr>
      <w:tr w:rsidR="00055F9F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Прямое и переносное значение слова.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47500C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</w:p>
        </w:tc>
      </w:tr>
      <w:tr w:rsidR="00055F9F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Тематические группы слов.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55F9F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Обозначение родовых и видовых понятий.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8F690F">
            <w:pPr>
              <w:rPr>
                <w:b/>
                <w:lang w:val="ru-RU"/>
              </w:rPr>
            </w:pPr>
            <w:r w:rsidRPr="008F690F">
              <w:rPr>
                <w:b/>
                <w:lang w:val="ru-RU"/>
              </w:rPr>
              <w:t>2 четверть</w:t>
            </w:r>
          </w:p>
          <w:p w:rsidR="008F690F" w:rsidRPr="00D1456D" w:rsidRDefault="008F690F">
            <w:pPr>
              <w:rPr>
                <w:lang w:val="ru-RU"/>
              </w:rPr>
            </w:pPr>
            <w:r w:rsidRPr="00D1456D">
              <w:rPr>
                <w:lang w:val="ru-RU"/>
              </w:rPr>
              <w:t>8.11</w:t>
            </w:r>
          </w:p>
          <w:p w:rsidR="008F690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8.11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47500C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</w:p>
        </w:tc>
      </w:tr>
      <w:tr w:rsidR="00055F9F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Синонимы.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8.11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47500C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</w:tr>
      <w:tr w:rsidR="00055F9F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Антонимы.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47500C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</w:tr>
      <w:tr w:rsidR="00055F9F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Омонимы.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47500C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</w:tr>
      <w:tr w:rsidR="00055F9F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Паронимы.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47500C" w:rsidRDefault="00222FFE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</w:tr>
      <w:tr w:rsidR="00055F9F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Разные виды лексических словарей.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47500C" w:rsidRDefault="00222FFE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</w:p>
        </w:tc>
      </w:tr>
      <w:tr w:rsidR="00055F9F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Строение словарной статьи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55F9F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Лексический анализ слова.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47500C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  <w:tr w:rsidR="00055F9F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Сочинение. Рассказ о событии.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47500C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</w:t>
            </w:r>
            <w:proofErr w:type="spellEnd"/>
          </w:p>
        </w:tc>
      </w:tr>
      <w:tr w:rsidR="00055F9F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темы "Лексикология".</w:t>
            </w:r>
          </w:p>
          <w:p w:rsidR="00055F9F" w:rsidRPr="00222FFE" w:rsidRDefault="00222FFE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Проверочная работа.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47500C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Письменныйконтроль</w:t>
            </w:r>
            <w:proofErr w:type="spellEnd"/>
          </w:p>
        </w:tc>
      </w:tr>
    </w:tbl>
    <w:p w:rsidR="00055F9F" w:rsidRDefault="00055F9F">
      <w:pPr>
        <w:autoSpaceDE w:val="0"/>
        <w:autoSpaceDN w:val="0"/>
        <w:spacing w:after="0" w:line="14" w:lineRule="exact"/>
      </w:pPr>
    </w:p>
    <w:p w:rsidR="00055F9F" w:rsidRDefault="00055F9F">
      <w:pPr>
        <w:sectPr w:rsidR="00055F9F">
          <w:pgSz w:w="11900" w:h="16840"/>
          <w:pgMar w:top="284" w:right="602" w:bottom="508" w:left="666" w:header="720" w:footer="720" w:gutter="0"/>
          <w:cols w:space="720" w:equalWidth="0">
            <w:col w:w="10632" w:space="0"/>
          </w:cols>
          <w:docGrid w:linePitch="360"/>
        </w:sectPr>
      </w:pPr>
    </w:p>
    <w:p w:rsidR="00055F9F" w:rsidRDefault="00055F9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3014"/>
        <w:gridCol w:w="732"/>
        <w:gridCol w:w="1620"/>
        <w:gridCol w:w="1668"/>
        <w:gridCol w:w="1164"/>
        <w:gridCol w:w="1824"/>
      </w:tblGrid>
      <w:tr w:rsidR="00055F9F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proofErr w:type="spellStart"/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как раздел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лингвистики. Морфема как минимальная значимая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единица языка.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47500C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</w:p>
        </w:tc>
      </w:tr>
      <w:tr w:rsidR="00055F9F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Основа слова.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47500C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  <w:tr w:rsidR="00055F9F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Виды морфем.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47500C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Письменныйконтроль</w:t>
            </w:r>
            <w:proofErr w:type="spellEnd"/>
          </w:p>
        </w:tc>
      </w:tr>
      <w:tr w:rsidR="00055F9F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Чередование звуков в морфемах.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47500C" w:rsidRDefault="00222FFE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  <w:tr w:rsidR="00055F9F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Морфемный анализ слова.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47500C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Письменныйконтроль</w:t>
            </w:r>
            <w:proofErr w:type="spellEnd"/>
          </w:p>
        </w:tc>
      </w:tr>
      <w:tr w:rsidR="00055F9F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81" w:lineRule="auto"/>
              <w:ind w:left="72" w:right="43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корней с безударными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проверяемыми 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непроверяемыми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гласными.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47500C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Письменныйконтроль</w:t>
            </w:r>
            <w:proofErr w:type="spellEnd"/>
          </w:p>
        </w:tc>
      </w:tr>
      <w:tr w:rsidR="00055F9F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81" w:lineRule="auto"/>
              <w:ind w:left="72" w:right="43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корней с проверяемыми,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непроверяемыми,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непроизносимыми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согласными.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Письменныйконтроль</w:t>
            </w:r>
            <w:proofErr w:type="spellEnd"/>
          </w:p>
        </w:tc>
      </w:tr>
      <w:tr w:rsidR="00055F9F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62" w:lineRule="auto"/>
              <w:ind w:right="288"/>
              <w:jc w:val="center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</w:tr>
      <w:tr w:rsidR="00055F9F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неизменяемых на письме приставок.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</w:t>
            </w:r>
            <w:proofErr w:type="spellEnd"/>
          </w:p>
        </w:tc>
      </w:tr>
      <w:tr w:rsidR="00055F9F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приставок на - з(-с).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</w:tr>
      <w:tr w:rsidR="00055F9F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Ы-И после приставок.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</w:tr>
      <w:tr w:rsidR="00055F9F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Ы-И после Ц.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</w:t>
            </w:r>
            <w:proofErr w:type="spellEnd"/>
          </w:p>
        </w:tc>
      </w:tr>
      <w:tr w:rsidR="00055F9F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темы "</w:t>
            </w:r>
            <w:proofErr w:type="spellStart"/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:rsidR="00055F9F" w:rsidRPr="00222FFE" w:rsidRDefault="00222FFE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Орфография". Проверочная работа.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Письменныйконтроль</w:t>
            </w:r>
            <w:proofErr w:type="spellEnd"/>
          </w:p>
        </w:tc>
      </w:tr>
    </w:tbl>
    <w:p w:rsidR="00055F9F" w:rsidRDefault="00055F9F">
      <w:pPr>
        <w:autoSpaceDE w:val="0"/>
        <w:autoSpaceDN w:val="0"/>
        <w:spacing w:after="0" w:line="14" w:lineRule="exact"/>
      </w:pPr>
    </w:p>
    <w:p w:rsidR="00055F9F" w:rsidRPr="008F690F" w:rsidRDefault="00055F9F">
      <w:pPr>
        <w:rPr>
          <w:lang w:val="ru-RU"/>
        </w:rPr>
        <w:sectPr w:rsidR="00055F9F" w:rsidRPr="008F690F">
          <w:pgSz w:w="11900" w:h="16840"/>
          <w:pgMar w:top="284" w:right="602" w:bottom="898" w:left="666" w:header="720" w:footer="720" w:gutter="0"/>
          <w:cols w:space="720" w:equalWidth="0">
            <w:col w:w="10632" w:space="0"/>
          </w:cols>
          <w:docGrid w:linePitch="360"/>
        </w:sectPr>
      </w:pPr>
    </w:p>
    <w:p w:rsidR="00055F9F" w:rsidRDefault="00055F9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3014"/>
        <w:gridCol w:w="732"/>
        <w:gridCol w:w="1620"/>
        <w:gridCol w:w="1668"/>
        <w:gridCol w:w="1164"/>
        <w:gridCol w:w="1824"/>
      </w:tblGrid>
      <w:tr w:rsidR="00055F9F">
        <w:trPr>
          <w:trHeight w:hRule="exact" w:val="31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Морфология как раздел лингвистики.</w:t>
            </w:r>
          </w:p>
          <w:p w:rsidR="00055F9F" w:rsidRDefault="00222FFE">
            <w:pPr>
              <w:autoSpaceDE w:val="0"/>
              <w:autoSpaceDN w:val="0"/>
              <w:spacing w:before="70" w:after="0" w:line="283" w:lineRule="auto"/>
              <w:ind w:left="72" w:right="144"/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Грамматическое значение слова, его отличие от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лексического. Части речи как лексико-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грамматические разряды слов.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Системачастейречи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русскомязыке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55F9F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100" w:after="0" w:line="271" w:lineRule="auto"/>
              <w:ind w:left="72" w:right="144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Имя существительное как часть речи. Роль имени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существительного в речи.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</w:p>
        </w:tc>
      </w:tr>
      <w:tr w:rsidR="00055F9F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Сочинение-фантазия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(например, современная сказка)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</w:t>
            </w:r>
            <w:proofErr w:type="spellEnd"/>
          </w:p>
        </w:tc>
      </w:tr>
      <w:tr w:rsidR="00055F9F">
        <w:trPr>
          <w:trHeight w:hRule="exact" w:val="28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86" w:lineRule="auto"/>
              <w:ind w:left="72" w:right="288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Лексико-грамматические разряды имён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существительных: имена существительные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собственные 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нарицательные,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одушевлённые 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неодушевлённые.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</w:tr>
      <w:tr w:rsidR="00055F9F" w:rsidRPr="008F690F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Правописание собственных имён существительных.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14. 12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8F69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Тестирование;</w:t>
            </w:r>
          </w:p>
        </w:tc>
      </w:tr>
      <w:tr w:rsidR="00055F9F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8F69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70.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Род, число, падеж имени существительного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(повторение изученного в начальной школе).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222FFE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8F69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8F69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8F69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8F69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</w:tr>
      <w:tr w:rsidR="00055F9F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Имена существительные общего рода.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  <w:tr w:rsidR="00055F9F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Имена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существительные,имеющие форму только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единственного или только множественного числа.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</w:tr>
      <w:tr w:rsidR="00055F9F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Сжатое изложение.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</w:t>
            </w:r>
            <w:proofErr w:type="spellEnd"/>
          </w:p>
        </w:tc>
      </w:tr>
      <w:tr w:rsidR="00055F9F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Типы склонения имён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существительных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(повторение изученного в начальной школе).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</w:p>
        </w:tc>
      </w:tr>
    </w:tbl>
    <w:p w:rsidR="00055F9F" w:rsidRDefault="00055F9F">
      <w:pPr>
        <w:autoSpaceDE w:val="0"/>
        <w:autoSpaceDN w:val="0"/>
        <w:spacing w:after="0" w:line="14" w:lineRule="exact"/>
      </w:pPr>
    </w:p>
    <w:p w:rsidR="00055F9F" w:rsidRDefault="00055F9F">
      <w:pPr>
        <w:sectPr w:rsidR="00055F9F">
          <w:pgSz w:w="11900" w:h="16840"/>
          <w:pgMar w:top="284" w:right="602" w:bottom="460" w:left="666" w:header="720" w:footer="720" w:gutter="0"/>
          <w:cols w:space="720" w:equalWidth="0">
            <w:col w:w="10632" w:space="0"/>
          </w:cols>
          <w:docGrid w:linePitch="360"/>
        </w:sectPr>
      </w:pPr>
    </w:p>
    <w:p w:rsidR="00055F9F" w:rsidRDefault="00055F9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3014"/>
        <w:gridCol w:w="732"/>
        <w:gridCol w:w="1620"/>
        <w:gridCol w:w="1668"/>
        <w:gridCol w:w="1164"/>
        <w:gridCol w:w="1824"/>
      </w:tblGrid>
      <w:tr w:rsidR="00055F9F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Ь на конце имён существительных после шипящих.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Письменныйконтроль</w:t>
            </w:r>
            <w:proofErr w:type="spellEnd"/>
          </w:p>
        </w:tc>
      </w:tr>
      <w:tr w:rsidR="00055F9F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Разносклоняемые имена существительные.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</w:p>
        </w:tc>
      </w:tr>
      <w:tr w:rsidR="00055F9F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существительных.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Письменныйконтроль</w:t>
            </w:r>
            <w:proofErr w:type="spellEnd"/>
          </w:p>
        </w:tc>
      </w:tr>
      <w:tr w:rsidR="00055F9F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100" w:after="0" w:line="271" w:lineRule="auto"/>
              <w:ind w:left="72" w:right="288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Имена существительные склоняемые 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несклоняемые.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</w:tr>
      <w:tr w:rsidR="00055F9F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Род несклоняемых имён существительных.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</w:p>
        </w:tc>
      </w:tr>
      <w:tr w:rsidR="00055F9F" w:rsidRPr="00CA3F8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Морфологический анализ имени существительного.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690F" w:rsidRDefault="008F690F">
            <w:pPr>
              <w:rPr>
                <w:b/>
                <w:lang w:val="ru-RU"/>
              </w:rPr>
            </w:pPr>
            <w:r w:rsidRPr="008F690F">
              <w:rPr>
                <w:b/>
                <w:lang w:val="ru-RU"/>
              </w:rPr>
              <w:t>3 четверть</w:t>
            </w:r>
          </w:p>
          <w:p w:rsidR="008F690F" w:rsidRPr="008F690F" w:rsidRDefault="008F4BA5">
            <w:pPr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использованием«Оценочного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055F9F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Нормы словоизменения, произношения имён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существительных, нормы постановки ударения.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4BA5" w:rsidRDefault="008F4BA5">
            <w:pPr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</w:p>
        </w:tc>
      </w:tr>
      <w:tr w:rsidR="00055F9F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О и Е  после шипящих и Ц в окончаниях имён существительных.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4BA5" w:rsidRDefault="008F4BA5">
            <w:pPr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Письменныйконтроль</w:t>
            </w:r>
            <w:proofErr w:type="spellEnd"/>
          </w:p>
        </w:tc>
      </w:tr>
      <w:tr w:rsidR="00055F9F" w:rsidTr="007A58F4">
        <w:trPr>
          <w:trHeight w:hRule="exact" w:val="130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О и Е(Ё) после шипящих и Ц в суффиксах имён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существительных.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4BA5" w:rsidRDefault="008F4BA5">
            <w:pPr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Письменныйконтроль</w:t>
            </w:r>
            <w:proofErr w:type="spellEnd"/>
          </w:p>
        </w:tc>
      </w:tr>
      <w:tr w:rsidR="00055F9F">
        <w:trPr>
          <w:trHeight w:hRule="exact" w:val="1166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30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100" w:after="0" w:line="271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суффиксов -чик-/-</w:t>
            </w:r>
            <w:proofErr w:type="spellStart"/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щик</w:t>
            </w:r>
            <w:proofErr w:type="spellEnd"/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- имён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существительных.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4BA5" w:rsidRDefault="008F4BA5">
            <w:pPr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182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</w:tr>
      <w:tr w:rsidR="00055F9F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суффиксов -</w:t>
            </w:r>
            <w:proofErr w:type="spellStart"/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ек</w:t>
            </w:r>
            <w:proofErr w:type="spellEnd"/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-/-</w:t>
            </w:r>
            <w:proofErr w:type="spellStart"/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ик</w:t>
            </w:r>
            <w:proofErr w:type="spellEnd"/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- имён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существительных.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4BA5" w:rsidRDefault="008F4BA5">
            <w:pPr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</w:tr>
      <w:tr w:rsidR="00055F9F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Слитное и раздельное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написание НЕ с именами существительными.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4BA5" w:rsidRDefault="008F4BA5">
            <w:pPr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</w:tr>
      <w:tr w:rsidR="00055F9F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корней с чередованием а/о: -лаг-/-лож-; -</w:t>
            </w:r>
            <w:proofErr w:type="spellStart"/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раст</w:t>
            </w:r>
            <w:proofErr w:type="spellEnd"/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-/-</w:t>
            </w:r>
            <w:proofErr w:type="spellStart"/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ращ</w:t>
            </w:r>
            <w:proofErr w:type="spellEnd"/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-/-рос-.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4BA5" w:rsidRDefault="008F4BA5">
            <w:pPr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Письменныйконтроль</w:t>
            </w:r>
            <w:proofErr w:type="spellEnd"/>
          </w:p>
        </w:tc>
      </w:tr>
    </w:tbl>
    <w:p w:rsidR="00055F9F" w:rsidRDefault="00055F9F">
      <w:pPr>
        <w:autoSpaceDE w:val="0"/>
        <w:autoSpaceDN w:val="0"/>
        <w:spacing w:after="0" w:line="14" w:lineRule="exact"/>
      </w:pPr>
    </w:p>
    <w:p w:rsidR="00055F9F" w:rsidRDefault="00055F9F">
      <w:pPr>
        <w:sectPr w:rsidR="00055F9F">
          <w:pgSz w:w="11900" w:h="16840"/>
          <w:pgMar w:top="284" w:right="602" w:bottom="392" w:left="666" w:header="720" w:footer="720" w:gutter="0"/>
          <w:cols w:space="720" w:equalWidth="0">
            <w:col w:w="10632" w:space="0"/>
          </w:cols>
          <w:docGrid w:linePitch="360"/>
        </w:sectPr>
      </w:pPr>
    </w:p>
    <w:p w:rsidR="00055F9F" w:rsidRDefault="00055F9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3014"/>
        <w:gridCol w:w="732"/>
        <w:gridCol w:w="1620"/>
        <w:gridCol w:w="1668"/>
        <w:gridCol w:w="1164"/>
        <w:gridCol w:w="1824"/>
      </w:tblGrid>
      <w:tr w:rsidR="00055F9F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корней с чередованием а/о: -</w:t>
            </w:r>
            <w:proofErr w:type="spellStart"/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гар</w:t>
            </w:r>
            <w:proofErr w:type="spellEnd"/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-/-гор-, -</w:t>
            </w:r>
            <w:proofErr w:type="spellStart"/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зар</w:t>
            </w:r>
            <w:proofErr w:type="spellEnd"/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-/</w:t>
            </w:r>
            <w:proofErr w:type="spellStart"/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зор</w:t>
            </w:r>
            <w:proofErr w:type="spellEnd"/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-.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4BA5" w:rsidRDefault="008F4BA5">
            <w:pPr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Письменныйконтроль</w:t>
            </w:r>
            <w:proofErr w:type="spellEnd"/>
          </w:p>
        </w:tc>
      </w:tr>
      <w:tr w:rsidR="00055F9F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корней с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чередованием а/о: -клан-/-клон-, -</w:t>
            </w:r>
            <w:proofErr w:type="spellStart"/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скак</w:t>
            </w:r>
            <w:proofErr w:type="spellEnd"/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-/-</w:t>
            </w:r>
            <w:proofErr w:type="spellStart"/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скоч</w:t>
            </w:r>
            <w:proofErr w:type="spellEnd"/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-.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4BA5" w:rsidRDefault="008F4BA5">
            <w:pPr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Письменныйконтроль</w:t>
            </w:r>
            <w:proofErr w:type="spellEnd"/>
          </w:p>
        </w:tc>
      </w:tr>
      <w:tr w:rsidR="00055F9F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по теме "Имя существительное".</w:t>
            </w:r>
          </w:p>
          <w:p w:rsidR="00055F9F" w:rsidRDefault="00222FFE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Проверочнаяработа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4BA5" w:rsidRDefault="008F4BA5">
            <w:pPr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Контрольнаяработа</w:t>
            </w:r>
            <w:proofErr w:type="spellEnd"/>
          </w:p>
        </w:tc>
      </w:tr>
      <w:tr w:rsidR="00055F9F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Имя прилагательное как часть речи. Роль имени прилагательного в речи.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4BA5" w:rsidRDefault="008F4BA5">
            <w:pPr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</w:p>
        </w:tc>
      </w:tr>
      <w:tr w:rsidR="00055F9F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Выборочное изложение (функционально-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смысловой тип речи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описание, фрагмент из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художественного текста).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4BA5" w:rsidRDefault="008F4BA5">
            <w:pPr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</w:p>
        </w:tc>
      </w:tr>
      <w:tr w:rsidR="00055F9F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Склонение имён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прилагательных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(повторение изученного в начальной школе.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4BA5" w:rsidRDefault="008F4BA5">
            <w:pPr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r w:rsidR="00B230B5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</w:tr>
      <w:tr w:rsidR="00055F9F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 безударных окончаний имён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прилагательных.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4BA5" w:rsidRDefault="008F4BA5">
            <w:pPr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  <w:tr w:rsidR="00055F9F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Имена прилагательные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полные и краткие, их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синтаксические функции.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4BA5" w:rsidRDefault="008F4BA5">
            <w:pPr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</w:t>
            </w:r>
            <w:proofErr w:type="spellEnd"/>
          </w:p>
        </w:tc>
      </w:tr>
      <w:tr w:rsidR="00055F9F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100" w:after="0" w:line="271" w:lineRule="auto"/>
              <w:ind w:left="72" w:right="43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кратких форм прилагательных с основой на шипящий.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4BA5" w:rsidRDefault="008F4BA5">
            <w:pPr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Письменныйконтроль</w:t>
            </w:r>
            <w:proofErr w:type="spellEnd"/>
          </w:p>
        </w:tc>
      </w:tr>
      <w:tr w:rsidR="00055F9F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Морфологический анализ имён прилагательных.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4BA5" w:rsidRDefault="008F4BA5">
            <w:pPr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  <w:tr w:rsidR="00055F9F" w:rsidTr="008F4BA5">
        <w:trPr>
          <w:trHeight w:hRule="exact" w:val="42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Подробное изложение.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4BA5" w:rsidRDefault="008F4BA5">
            <w:pPr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</w:t>
            </w:r>
            <w:proofErr w:type="spellEnd"/>
          </w:p>
        </w:tc>
      </w:tr>
      <w:tr w:rsidR="00055F9F" w:rsidTr="008F4BA5">
        <w:trPr>
          <w:trHeight w:hRule="exact" w:val="134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/>
              <w:ind w:left="72" w:right="57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Нормы произношения имён прилагательных, нормы постановки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ударения.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4BA5" w:rsidRDefault="008F4BA5">
            <w:pPr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</w:p>
        </w:tc>
      </w:tr>
      <w:tr w:rsidR="00055F9F" w:rsidTr="007A58F4">
        <w:trPr>
          <w:trHeight w:hRule="exact" w:val="92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100.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Нормы словоизменения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имён прилагательных.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4BA5" w:rsidRDefault="008F4BA5">
            <w:pPr>
              <w:rPr>
                <w:lang w:val="ru-RU"/>
              </w:rPr>
            </w:pPr>
            <w:r>
              <w:rPr>
                <w:lang w:val="ru-RU"/>
              </w:rPr>
              <w:t>7.02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</w:p>
        </w:tc>
      </w:tr>
    </w:tbl>
    <w:p w:rsidR="00055F9F" w:rsidRDefault="00055F9F">
      <w:pPr>
        <w:autoSpaceDE w:val="0"/>
        <w:autoSpaceDN w:val="0"/>
        <w:spacing w:after="0" w:line="14" w:lineRule="exact"/>
      </w:pPr>
    </w:p>
    <w:p w:rsidR="00055F9F" w:rsidRPr="008F4BA5" w:rsidRDefault="00055F9F">
      <w:pPr>
        <w:rPr>
          <w:lang w:val="ru-RU"/>
        </w:rPr>
        <w:sectPr w:rsidR="00055F9F" w:rsidRPr="008F4BA5">
          <w:pgSz w:w="11900" w:h="16840"/>
          <w:pgMar w:top="284" w:right="602" w:bottom="560" w:left="666" w:header="720" w:footer="720" w:gutter="0"/>
          <w:cols w:space="720" w:equalWidth="0">
            <w:col w:w="10632" w:space="0"/>
          </w:cols>
          <w:docGrid w:linePitch="360"/>
        </w:sectPr>
      </w:pPr>
    </w:p>
    <w:p w:rsidR="00055F9F" w:rsidRDefault="00055F9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3014"/>
        <w:gridCol w:w="732"/>
        <w:gridCol w:w="1620"/>
        <w:gridCol w:w="1668"/>
        <w:gridCol w:w="1164"/>
        <w:gridCol w:w="1824"/>
      </w:tblGrid>
      <w:tr w:rsidR="00055F9F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101.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71" w:lineRule="auto"/>
              <w:ind w:left="156" w:hanging="15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Буквы О-Е после шипящих и Ц в окончаниях имён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прилагательных.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4BA5" w:rsidRDefault="008F4BA5">
            <w:pPr>
              <w:rPr>
                <w:lang w:val="ru-RU"/>
              </w:rPr>
            </w:pPr>
            <w:r>
              <w:rPr>
                <w:lang w:val="ru-RU"/>
              </w:rPr>
              <w:t>7.02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  <w:tr w:rsidR="00055F9F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102.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71" w:lineRule="auto"/>
              <w:ind w:left="156" w:hanging="15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Буквы О-Е после шипящих и Ц в суффиксах имён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прилагательных.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4BA5" w:rsidRDefault="008F4BA5">
            <w:pPr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Письменныйконтроль</w:t>
            </w:r>
            <w:proofErr w:type="spellEnd"/>
          </w:p>
        </w:tc>
      </w:tr>
      <w:tr w:rsidR="00055F9F" w:rsidTr="008F4BA5">
        <w:trPr>
          <w:trHeight w:hRule="exact" w:val="235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103.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81" w:lineRule="auto"/>
              <w:ind w:left="576" w:right="288" w:hanging="57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О и Е(Ё) после шипящих и Ц в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суффиксах и окончаниях имён существительных и прилагательных.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4BA5" w:rsidRDefault="008F4BA5">
            <w:pPr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Письменныйконтроль</w:t>
            </w:r>
            <w:proofErr w:type="spellEnd"/>
          </w:p>
        </w:tc>
      </w:tr>
      <w:tr w:rsidR="00055F9F" w:rsidTr="007A58F4">
        <w:trPr>
          <w:trHeight w:hRule="exact" w:val="128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104.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7A58F4">
            <w:pPr>
              <w:autoSpaceDE w:val="0"/>
              <w:autoSpaceDN w:val="0"/>
              <w:spacing w:before="98" w:after="0" w:line="271" w:lineRule="auto"/>
              <w:ind w:left="576" w:right="288" w:hanging="576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Слитное и раздельное </w:t>
            </w:r>
            <w:r w:rsidR="00222FFE"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написание НЕ с именами прилагательными.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4BA5" w:rsidRDefault="008F4BA5">
            <w:pPr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</w:tr>
      <w:tr w:rsidR="00055F9F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105.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Сочинение-описание.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4BA5" w:rsidRDefault="008F4BA5">
            <w:pPr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</w:t>
            </w:r>
            <w:proofErr w:type="spellEnd"/>
          </w:p>
        </w:tc>
      </w:tr>
      <w:tr w:rsidR="00055F9F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106.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по теме "Имя прилагательное".</w:t>
            </w:r>
          </w:p>
          <w:p w:rsidR="00055F9F" w:rsidRDefault="00222FFE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Проверочнаяработа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4BA5" w:rsidRDefault="008F4BA5">
            <w:pPr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Контрольнаяработа</w:t>
            </w:r>
            <w:proofErr w:type="spellEnd"/>
          </w:p>
        </w:tc>
      </w:tr>
      <w:tr w:rsidR="00055F9F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107.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71" w:lineRule="auto"/>
              <w:ind w:left="156" w:hanging="15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Глагол как часть речи. Роль глагола в словосочетании и предложении, в речи.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4BA5" w:rsidRDefault="008F4BA5">
            <w:pPr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</w:p>
        </w:tc>
      </w:tr>
      <w:tr w:rsidR="00055F9F" w:rsidTr="007A58F4">
        <w:trPr>
          <w:trHeight w:hRule="exact" w:val="248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108.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144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Инфинитив и его </w:t>
            </w:r>
            <w:r w:rsidR="007A58F4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грамматические свойства.</w:t>
            </w:r>
          </w:p>
          <w:p w:rsidR="00055F9F" w:rsidRPr="00222FFE" w:rsidRDefault="00222FFE">
            <w:pPr>
              <w:autoSpaceDE w:val="0"/>
              <w:autoSpaceDN w:val="0"/>
              <w:spacing w:before="70" w:after="0" w:line="281" w:lineRule="auto"/>
              <w:ind w:left="72" w:right="43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Основа инфинитива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(прошедшего времени), основа настоящего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(будущего простого)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времени глагола.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4BA5" w:rsidRDefault="008F4BA5">
            <w:pPr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Письменныйконтроль</w:t>
            </w:r>
            <w:proofErr w:type="spellEnd"/>
          </w:p>
        </w:tc>
      </w:tr>
      <w:tr w:rsidR="00055F9F" w:rsidTr="007A58F4">
        <w:trPr>
          <w:trHeight w:hRule="exact" w:val="97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109.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tabs>
                <w:tab w:val="left" w:pos="576"/>
              </w:tabs>
              <w:autoSpaceDE w:val="0"/>
              <w:autoSpaceDN w:val="0"/>
              <w:spacing w:before="100" w:after="0" w:line="262" w:lineRule="auto"/>
              <w:ind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Глаголысовершеннгонесовершенноговида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8F4BA5" w:rsidRDefault="008F4BA5">
            <w:pPr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  <w:tr w:rsidR="00055F9F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110.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Глаголы совершенного и несовершенного вида. </w:t>
            </w:r>
            <w:r w:rsidRPr="00222FFE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Практикум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7A58F4" w:rsidRDefault="007A58F4">
            <w:pPr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  <w:tr w:rsidR="00055F9F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111.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Глаголы возвратные и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невозвратные.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7A58F4" w:rsidRDefault="007A58F4">
            <w:pPr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Письменныйконтроль</w:t>
            </w:r>
            <w:proofErr w:type="spellEnd"/>
          </w:p>
        </w:tc>
      </w:tr>
      <w:tr w:rsidR="00055F9F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112.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62" w:lineRule="auto"/>
              <w:ind w:right="432"/>
              <w:jc w:val="center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Правописание -ТСЯ и -ТЬСЯ в глаголах.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7A58F4" w:rsidRDefault="007A58F4">
            <w:pPr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</w:tr>
      <w:tr w:rsidR="00055F9F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113.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суффиксов -ОВА-/-ЕВА-, -ЫВА-/-ИВА-в глаголах.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7A58F4" w:rsidRDefault="00116D8C">
            <w:pPr>
              <w:rPr>
                <w:b/>
                <w:lang w:val="ru-RU"/>
              </w:rPr>
            </w:pPr>
            <w:r>
              <w:rPr>
                <w:lang w:val="ru-RU"/>
              </w:rPr>
              <w:t>1.03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</w:tbl>
    <w:p w:rsidR="00055F9F" w:rsidRPr="00D1456D" w:rsidRDefault="00055F9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3014"/>
        <w:gridCol w:w="732"/>
        <w:gridCol w:w="1620"/>
        <w:gridCol w:w="1668"/>
        <w:gridCol w:w="1164"/>
        <w:gridCol w:w="1824"/>
      </w:tblGrid>
      <w:tr w:rsidR="00055F9F" w:rsidTr="007A58F4">
        <w:trPr>
          <w:trHeight w:hRule="exact" w:val="142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114.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71" w:lineRule="auto"/>
              <w:ind w:left="156" w:hanging="156"/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Правописание суффиксов -ОВА-/-ЕВА-, -ЫВА-/-ИВА-в глаголах.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Практикум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7A58F4" w:rsidRDefault="00116D8C">
            <w:pPr>
              <w:rPr>
                <w:b/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Письменныйконтроль</w:t>
            </w:r>
            <w:proofErr w:type="spellEnd"/>
          </w:p>
        </w:tc>
      </w:tr>
      <w:tr w:rsidR="00055F9F" w:rsidTr="007A58F4">
        <w:trPr>
          <w:trHeight w:hRule="exact" w:val="168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115.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7A58F4">
            <w:pPr>
              <w:autoSpaceDE w:val="0"/>
              <w:autoSpaceDN w:val="0"/>
              <w:spacing w:before="98" w:after="0"/>
              <w:ind w:left="576" w:hanging="576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Изменение глаголов по </w:t>
            </w:r>
            <w:r w:rsidR="00222FFE"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времени. Настоящее время: значение, образование, </w:t>
            </w:r>
            <w:r w:rsidR="00222FFE" w:rsidRPr="00222FFE">
              <w:rPr>
                <w:lang w:val="ru-RU"/>
              </w:rPr>
              <w:br/>
            </w:r>
            <w:r w:rsidR="00222FFE"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употребление.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7A58F4" w:rsidRDefault="00116D8C">
            <w:pPr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  <w:tr w:rsidR="00055F9F" w:rsidTr="007A58F4">
        <w:trPr>
          <w:trHeight w:hRule="exact" w:val="142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116.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71" w:lineRule="auto"/>
              <w:ind w:left="576" w:right="432" w:hanging="57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Прошедшее время: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значение, образование, употребление.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7A58F4" w:rsidRDefault="00116D8C">
            <w:pPr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  <w:tr w:rsidR="00055F9F">
        <w:trPr>
          <w:trHeight w:hRule="exact" w:val="1166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117. </w:t>
            </w:r>
          </w:p>
        </w:tc>
        <w:tc>
          <w:tcPr>
            <w:tcW w:w="30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100" w:after="0" w:line="271" w:lineRule="auto"/>
              <w:ind w:left="156" w:right="144" w:hanging="15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Будущее время: значение, образование,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употребление.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7A58F4" w:rsidRDefault="00116D8C">
            <w:pPr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182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</w:tr>
      <w:tr w:rsidR="00055F9F" w:rsidTr="007A58F4">
        <w:trPr>
          <w:trHeight w:hRule="exact" w:val="210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118.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7A58F4" w:rsidRDefault="00222FFE">
            <w:pPr>
              <w:autoSpaceDE w:val="0"/>
              <w:autoSpaceDN w:val="0"/>
              <w:spacing w:before="98" w:after="0"/>
              <w:ind w:left="576" w:right="288" w:hanging="57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Функционально-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смысловые типы речи: описание, повествование, рассуждение. </w:t>
            </w:r>
            <w:r w:rsidRPr="007A58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Практикум.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7A58F4" w:rsidRDefault="00116D8C">
            <w:pPr>
              <w:rPr>
                <w:lang w:val="ru-RU"/>
              </w:rPr>
            </w:pPr>
            <w:r>
              <w:rPr>
                <w:lang w:val="ru-RU"/>
              </w:rPr>
              <w:t>9.03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  <w:tr w:rsidR="00055F9F" w:rsidTr="007A58F4">
        <w:trPr>
          <w:trHeight w:hRule="exact" w:val="210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119.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71" w:lineRule="auto"/>
              <w:ind w:left="576" w:right="432" w:hanging="57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Изменение глаголов по лицам и числам. Типы спряжения глагола.</w:t>
            </w:r>
          </w:p>
          <w:p w:rsidR="00055F9F" w:rsidRPr="00222FFE" w:rsidRDefault="00222FFE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(повторение).</w:t>
            </w:r>
          </w:p>
          <w:p w:rsidR="00055F9F" w:rsidRPr="00222FFE" w:rsidRDefault="00222FFE">
            <w:pPr>
              <w:autoSpaceDE w:val="0"/>
              <w:autoSpaceDN w:val="0"/>
              <w:spacing w:before="70" w:after="0" w:line="230" w:lineRule="auto"/>
              <w:jc w:val="center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Разноспрягаемые глаголы.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7A58F4" w:rsidRDefault="00116D8C" w:rsidP="00116D8C">
            <w:pPr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  <w:tr w:rsidR="00055F9F" w:rsidTr="007A58F4">
        <w:trPr>
          <w:trHeight w:hRule="exact" w:val="17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120.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7A58F4" w:rsidRDefault="00222FFE">
            <w:pPr>
              <w:autoSpaceDE w:val="0"/>
              <w:autoSpaceDN w:val="0"/>
              <w:spacing w:before="98" w:after="0" w:line="271" w:lineRule="auto"/>
              <w:ind w:left="576" w:right="432" w:hanging="57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 w:rsidRPr="007A58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Типы спряжения глагола.</w:t>
            </w:r>
          </w:p>
          <w:p w:rsidR="00055F9F" w:rsidRPr="007A58F4" w:rsidRDefault="00222FFE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7A58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Практикум.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A7375F" w:rsidRDefault="00116D8C">
            <w:pPr>
              <w:rPr>
                <w:b/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  <w:tr w:rsidR="00055F9F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121.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глаголов.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7A58F4" w:rsidRDefault="00116D8C">
            <w:pPr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  <w:tr w:rsidR="00055F9F">
        <w:trPr>
          <w:trHeight w:hRule="exact" w:val="1166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122.</w:t>
            </w:r>
          </w:p>
        </w:tc>
        <w:tc>
          <w:tcPr>
            <w:tcW w:w="30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71" w:lineRule="auto"/>
              <w:ind w:left="72" w:right="144"/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глаголов.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Практикум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7A58F4" w:rsidRDefault="00116D8C">
            <w:pPr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182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Письменныйконтроль</w:t>
            </w:r>
            <w:proofErr w:type="spellEnd"/>
          </w:p>
        </w:tc>
      </w:tr>
      <w:tr w:rsidR="00055F9F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123.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71" w:lineRule="auto"/>
              <w:ind w:left="576" w:right="144" w:hanging="57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Изложение содержания текста с изменением лица рассказчика.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7A58F4" w:rsidRDefault="00116D8C">
            <w:pPr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</w:t>
            </w:r>
            <w:proofErr w:type="spellEnd"/>
          </w:p>
        </w:tc>
      </w:tr>
      <w:tr w:rsidR="00055F9F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124.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Морфологический анализ глагола.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7A58F4" w:rsidRDefault="00116D8C">
            <w:pPr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  <w:tr w:rsidR="00055F9F" w:rsidTr="007A58F4">
        <w:trPr>
          <w:trHeight w:hRule="exact" w:val="159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125.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7A58F4" w:rsidRDefault="00222FFE">
            <w:pPr>
              <w:autoSpaceDE w:val="0"/>
              <w:autoSpaceDN w:val="0"/>
              <w:spacing w:before="98" w:after="0" w:line="271" w:lineRule="auto"/>
              <w:ind w:left="576" w:right="576" w:hanging="57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Средства связи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предложений и частей текста. </w:t>
            </w:r>
            <w:r w:rsidRPr="007A58F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Практикум.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7A58F4" w:rsidRDefault="00116D8C">
            <w:pPr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</w:tbl>
    <w:p w:rsidR="00055F9F" w:rsidRPr="00D1456D" w:rsidRDefault="00055F9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3014"/>
        <w:gridCol w:w="732"/>
        <w:gridCol w:w="1620"/>
        <w:gridCol w:w="1668"/>
        <w:gridCol w:w="1164"/>
        <w:gridCol w:w="1824"/>
      </w:tblGrid>
      <w:tr w:rsidR="00055F9F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126.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/>
              <w:ind w:left="576" w:hanging="57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Правописание Ь в </w:t>
            </w:r>
            <w:r w:rsidRPr="00222FFE">
              <w:rPr>
                <w:lang w:val="ru-RU"/>
              </w:rPr>
              <w:br/>
            </w:r>
            <w:proofErr w:type="spellStart"/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инфинтиве</w:t>
            </w:r>
            <w:proofErr w:type="spellEnd"/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 в форме. 2 лица единственного числа после шипящих.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7A58F4" w:rsidRDefault="00116D8C">
            <w:pPr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Письменныйконтроль</w:t>
            </w:r>
            <w:proofErr w:type="spellEnd"/>
          </w:p>
        </w:tc>
      </w:tr>
      <w:tr w:rsidR="00055F9F" w:rsidTr="007A58F4">
        <w:trPr>
          <w:trHeight w:hRule="exact" w:val="163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127.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/>
              <w:ind w:left="576" w:hanging="576"/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Правописание Ь в </w:t>
            </w:r>
            <w:r w:rsidRPr="00222FFE">
              <w:rPr>
                <w:lang w:val="ru-RU"/>
              </w:rPr>
              <w:br/>
            </w:r>
            <w:proofErr w:type="spellStart"/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инфинтиве</w:t>
            </w:r>
            <w:proofErr w:type="spellEnd"/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в форме. 2 лица единственного числа после шипящих.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Практикум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7A58F4" w:rsidRDefault="00116D8C">
            <w:pPr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Письменныйконтроль</w:t>
            </w:r>
            <w:proofErr w:type="spellEnd"/>
          </w:p>
        </w:tc>
      </w:tr>
      <w:tr w:rsidR="00055F9F">
        <w:trPr>
          <w:trHeight w:hRule="exact" w:val="49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128.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Сочинение-повествование.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7A58F4" w:rsidRDefault="00116D8C">
            <w:pPr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</w:t>
            </w:r>
            <w:proofErr w:type="spellEnd"/>
          </w:p>
        </w:tc>
      </w:tr>
      <w:tr w:rsidR="00055F9F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129.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/>
              <w:ind w:left="576" w:right="432" w:hanging="57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7A58F4" w:rsidRDefault="00116D8C">
            <w:pPr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</w:p>
        </w:tc>
      </w:tr>
      <w:tr w:rsidR="00055F9F" w:rsidTr="007A58F4">
        <w:trPr>
          <w:trHeight w:hRule="exact" w:val="209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130.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/>
              <w:ind w:left="576" w:right="432" w:hanging="57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глагола.</w:t>
            </w:r>
          </w:p>
          <w:p w:rsidR="00055F9F" w:rsidRDefault="00222FFE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Практикум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16D8C" w:rsidRDefault="00116D8C" w:rsidP="00116D8C">
            <w:pPr>
              <w:rPr>
                <w:b/>
                <w:lang w:val="ru-RU"/>
              </w:rPr>
            </w:pPr>
            <w:r w:rsidRPr="00DD6953">
              <w:rPr>
                <w:b/>
                <w:lang w:val="ru-RU"/>
              </w:rPr>
              <w:t>4 четверть</w:t>
            </w:r>
          </w:p>
          <w:p w:rsidR="00055F9F" w:rsidRPr="007A58F4" w:rsidRDefault="00116D8C" w:rsidP="00116D8C">
            <w:pPr>
              <w:rPr>
                <w:lang w:val="ru-RU"/>
              </w:rPr>
            </w:pPr>
            <w:r w:rsidRPr="00DD6953">
              <w:rPr>
                <w:lang w:val="ru-RU"/>
              </w:rPr>
              <w:t>4.04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  <w:tr w:rsidR="00055F9F" w:rsidTr="007A58F4">
        <w:trPr>
          <w:trHeight w:hRule="exact" w:val="11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131.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144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Слитное  раздельное </w:t>
            </w:r>
            <w:r w:rsidRPr="00222FFE">
              <w:rPr>
                <w:lang w:val="ru-RU"/>
              </w:rPr>
              <w:br/>
            </w:r>
            <w:r w:rsidRPr="00222FFE">
              <w:rPr>
                <w:lang w:val="ru-RU"/>
              </w:rPr>
              <w:tab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написание НЕ с глаголами.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7A58F4" w:rsidRDefault="00116D8C">
            <w:pPr>
              <w:rPr>
                <w:lang w:val="ru-RU"/>
              </w:rPr>
            </w:pPr>
            <w:r>
              <w:rPr>
                <w:lang w:val="ru-RU"/>
              </w:rPr>
              <w:t>4.04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  <w:tr w:rsidR="00055F9F" w:rsidTr="007A58F4">
        <w:trPr>
          <w:trHeight w:hRule="exact" w:val="129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132.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71" w:lineRule="auto"/>
              <w:ind w:left="576" w:right="432" w:hanging="57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Нормы постановки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ударения в глагольных формах.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7A58F4" w:rsidRDefault="00116D8C">
            <w:pPr>
              <w:rPr>
                <w:lang w:val="ru-RU"/>
              </w:rPr>
            </w:pPr>
            <w:r>
              <w:rPr>
                <w:lang w:val="ru-RU"/>
              </w:rPr>
              <w:t>5.04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</w:p>
        </w:tc>
      </w:tr>
      <w:tr w:rsidR="00055F9F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133.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Нормы словоизменения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глаголов.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D6953" w:rsidRPr="00DD6953" w:rsidRDefault="00116D8C">
            <w:pPr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</w:p>
        </w:tc>
      </w:tr>
      <w:tr w:rsidR="00055F9F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134.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62" w:lineRule="auto"/>
              <w:ind w:right="432"/>
              <w:jc w:val="center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 Е/И.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116D8C">
            <w:pPr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  <w:tr w:rsidR="00055F9F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135.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100" w:after="0" w:line="262" w:lineRule="auto"/>
              <w:ind w:right="432"/>
              <w:jc w:val="center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 Е/И.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116D8C">
            <w:pPr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</w:tr>
      <w:tr w:rsidR="00055F9F" w:rsidTr="00DD6953">
        <w:trPr>
          <w:trHeight w:hRule="exact" w:val="13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136.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 w:rsidP="00DD6953">
            <w:pPr>
              <w:autoSpaceDE w:val="0"/>
              <w:autoSpaceDN w:val="0"/>
              <w:spacing w:before="98" w:after="0" w:line="271" w:lineRule="auto"/>
              <w:ind w:left="576" w:right="432" w:hanging="57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Повторение по теме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"Глагол". Проверочная работа.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116D8C">
            <w:pPr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Контрольнаяработа</w:t>
            </w:r>
            <w:proofErr w:type="spellEnd"/>
          </w:p>
        </w:tc>
      </w:tr>
      <w:tr w:rsidR="00055F9F">
        <w:trPr>
          <w:trHeight w:hRule="exact" w:val="21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137.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Синтаксис и пунктуация </w:t>
            </w:r>
            <w:r w:rsidRPr="00222FFE">
              <w:rPr>
                <w:lang w:val="ru-RU"/>
              </w:rPr>
              <w:tab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как разделы лингвистики.</w:t>
            </w:r>
          </w:p>
          <w:p w:rsidR="00055F9F" w:rsidRPr="00222FFE" w:rsidRDefault="00222FFE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Словосочетание 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предложение как единицы синтаксиса. Знаки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препинания и их функции.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116D8C">
            <w:pPr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r w:rsidR="00B230B5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</w:tbl>
    <w:p w:rsidR="00055F9F" w:rsidRPr="00D1456D" w:rsidRDefault="00055F9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3014"/>
        <w:gridCol w:w="732"/>
        <w:gridCol w:w="1620"/>
        <w:gridCol w:w="1668"/>
        <w:gridCol w:w="1164"/>
        <w:gridCol w:w="1824"/>
      </w:tblGrid>
      <w:tr w:rsidR="00055F9F">
        <w:trPr>
          <w:trHeight w:hRule="exact" w:val="28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138.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86" w:lineRule="auto"/>
              <w:ind w:left="576" w:right="144" w:hanging="576"/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Словосочетание и его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признаки. Основные виды словосочетаний по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морфологическим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свойствам главного слова (именные, глагольные,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наречные).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Средствасвязислов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словосочетании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116D8C">
            <w:pPr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  <w:tr w:rsidR="00055F9F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139.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Синтаксическийанализ</w:t>
            </w:r>
            <w:proofErr w:type="spellEnd"/>
            <w:r>
              <w:tab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словосочетаний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116D8C">
            <w:pPr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</w:p>
        </w:tc>
      </w:tr>
      <w:tr w:rsidR="00055F9F" w:rsidTr="00DD6953">
        <w:trPr>
          <w:trHeight w:hRule="exact" w:val="299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140.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86" w:lineRule="auto"/>
              <w:ind w:left="576" w:right="144" w:hanging="57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Предложение и его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признаки. Виды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предложений по цели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высказывания: смысловые и   интонационные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особенности, знаки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препинания в конце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116D8C">
            <w:pPr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</w:p>
        </w:tc>
      </w:tr>
      <w:tr w:rsidR="00055F9F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 xml:space="preserve">141.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83" w:lineRule="auto"/>
              <w:ind w:left="576" w:right="288" w:hanging="57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Виды предложений по эмоциональной окраске: смысловые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интонационные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особенности, знаки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препинания в конце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116D8C">
            <w:pPr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</w:p>
        </w:tc>
      </w:tr>
      <w:tr w:rsidR="00055F9F" w:rsidTr="00DD6953">
        <w:trPr>
          <w:trHeight w:hRule="exact" w:val="24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142.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71" w:lineRule="auto"/>
              <w:ind w:left="576" w:right="288" w:hanging="57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Главные члены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предложения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(грамматическая основа).</w:t>
            </w:r>
          </w:p>
          <w:p w:rsidR="00055F9F" w:rsidRPr="00222FFE" w:rsidRDefault="00222FFE">
            <w:pPr>
              <w:autoSpaceDE w:val="0"/>
              <w:autoSpaceDN w:val="0"/>
              <w:spacing w:before="70" w:after="0" w:line="274" w:lineRule="auto"/>
              <w:ind w:left="72" w:right="144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Подлежащее,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морфологические средства его выражения.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116D8C">
            <w:pPr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  <w:tr w:rsidR="00055F9F" w:rsidTr="00DD6953">
        <w:trPr>
          <w:trHeight w:hRule="exact" w:val="255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143.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129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Главные члены </w:t>
            </w:r>
            <w:r w:rsidRPr="00222FFE">
              <w:rPr>
                <w:lang w:val="ru-RU"/>
              </w:rPr>
              <w:tab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предложения.</w:t>
            </w:r>
          </w:p>
          <w:p w:rsidR="00055F9F" w:rsidRPr="00222FFE" w:rsidRDefault="00222FFE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(грамматическая основа).</w:t>
            </w:r>
          </w:p>
          <w:p w:rsidR="00055F9F" w:rsidRPr="00222FFE" w:rsidRDefault="00222FFE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Сказуемое,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морфологические средства его выражения.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116D8C">
            <w:pPr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Письменныйконтроль</w:t>
            </w:r>
            <w:proofErr w:type="spellEnd"/>
          </w:p>
        </w:tc>
      </w:tr>
      <w:tr w:rsidR="00055F9F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144.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Тире между подлежащим и </w:t>
            </w:r>
            <w:r w:rsidRPr="00222FFE">
              <w:rPr>
                <w:lang w:val="ru-RU"/>
              </w:rPr>
              <w:tab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сказуемым.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116D8C">
            <w:pPr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</w:tbl>
    <w:p w:rsidR="00055F9F" w:rsidRPr="00D1456D" w:rsidRDefault="00055F9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3014"/>
        <w:gridCol w:w="732"/>
        <w:gridCol w:w="1620"/>
        <w:gridCol w:w="1668"/>
        <w:gridCol w:w="1164"/>
        <w:gridCol w:w="1824"/>
      </w:tblGrid>
      <w:tr w:rsidR="00055F9F" w:rsidTr="00222FFE">
        <w:trPr>
          <w:trHeight w:hRule="exact" w:val="28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145.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81" w:lineRule="auto"/>
              <w:ind w:left="576" w:right="432" w:hanging="57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Предложения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распространённые 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нераспространённые. Второстепенные члены предложения.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116D8C">
            <w:pPr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  <w:tr w:rsidR="00055F9F" w:rsidTr="00222FFE">
        <w:trPr>
          <w:trHeight w:hRule="exact" w:val="214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146.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81" w:lineRule="auto"/>
              <w:ind w:left="576" w:hanging="57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Второстепенные члены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предложения. Определение и типичные средства его выражения (в рамках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изученного).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116D8C">
            <w:pPr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  <w:tr w:rsidR="00055F9F" w:rsidTr="00222FFE">
        <w:trPr>
          <w:trHeight w:hRule="exact" w:val="21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 xml:space="preserve">147.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/>
              <w:ind w:left="576" w:right="144" w:hanging="57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Дополнение (прямое 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косвенное) и типичные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средства его выражения ( в рамках изученного).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116D8C">
            <w:pPr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  <w:tr w:rsidR="00055F9F" w:rsidTr="00222FFE">
        <w:trPr>
          <w:trHeight w:hRule="exact" w:val="206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148.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/>
              <w:ind w:left="576" w:right="576" w:hanging="57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Обстоятельство 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типичные средства его выражения ( в рамках изученного)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116D8C">
            <w:pPr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</w:t>
            </w:r>
            <w:proofErr w:type="spellEnd"/>
          </w:p>
        </w:tc>
      </w:tr>
      <w:tr w:rsidR="00055F9F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149.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Сжатое изложение.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116D8C">
            <w:pPr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</w:t>
            </w:r>
            <w:proofErr w:type="spellEnd"/>
          </w:p>
        </w:tc>
      </w:tr>
      <w:tr w:rsidR="00055F9F" w:rsidTr="00222FFE">
        <w:trPr>
          <w:trHeight w:hRule="exact" w:val="147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150.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71" w:lineRule="auto"/>
              <w:ind w:left="576" w:right="432" w:hanging="57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Синтаксический анализ простых двусоставных предложений.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116D8C">
            <w:pPr>
              <w:rPr>
                <w:lang w:val="ru-RU"/>
              </w:rPr>
            </w:pPr>
            <w:r>
              <w:rPr>
                <w:lang w:val="ru-RU"/>
              </w:rPr>
              <w:t>2.05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Письменныйконтроль</w:t>
            </w:r>
            <w:proofErr w:type="spellEnd"/>
          </w:p>
        </w:tc>
      </w:tr>
      <w:tr w:rsidR="00055F9F" w:rsidTr="00222FFE">
        <w:trPr>
          <w:trHeight w:hRule="exact" w:val="526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151.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88" w:lineRule="auto"/>
              <w:ind w:left="576" w:right="144" w:hanging="57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Простое осложнённое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предложение. Однородные члены предложения, их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роль в речи. Предложения с однородными членами (без союзов, с одиночным союзом И, союзами А, НО, ОДНАКО, ЗАТО, ДА (в значении И), ДА (в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значении НО)) и их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пунктуационное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оформление.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116D8C">
            <w:pPr>
              <w:rPr>
                <w:lang w:val="ru-RU"/>
              </w:rPr>
            </w:pPr>
            <w:r>
              <w:rPr>
                <w:lang w:val="ru-RU"/>
              </w:rPr>
              <w:t>2.05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</w:tbl>
    <w:p w:rsidR="00055F9F" w:rsidRPr="00D1456D" w:rsidRDefault="00055F9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3014"/>
        <w:gridCol w:w="732"/>
        <w:gridCol w:w="1620"/>
        <w:gridCol w:w="1668"/>
        <w:gridCol w:w="1164"/>
        <w:gridCol w:w="1824"/>
      </w:tblGrid>
      <w:tr w:rsidR="00055F9F" w:rsidTr="00DD6953">
        <w:trPr>
          <w:trHeight w:hRule="exact" w:val="511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 xml:space="preserve">152.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88" w:lineRule="auto"/>
              <w:ind w:left="576" w:right="144" w:hanging="576"/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Простое осложнённое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предложение. Однородные члены предложения, их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роль в речи. Предложения с однородными членами (без союзов, с одиночным союзом И, союзами А, НО, ОДНАКО, ЗАТО, ДА (в значении И), ДА (в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значении НО)) и их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пунктуационное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оформление.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Практикум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116D8C">
            <w:pPr>
              <w:rPr>
                <w:lang w:val="ru-RU"/>
              </w:rPr>
            </w:pPr>
            <w:r>
              <w:rPr>
                <w:lang w:val="ru-RU"/>
              </w:rPr>
              <w:t>3.05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Письменныйконтроль</w:t>
            </w:r>
            <w:proofErr w:type="spellEnd"/>
          </w:p>
        </w:tc>
      </w:tr>
      <w:tr w:rsidR="00055F9F" w:rsidTr="00DD6953">
        <w:trPr>
          <w:trHeight w:hRule="exact" w:val="198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153.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81" w:lineRule="auto"/>
              <w:ind w:left="576" w:hanging="57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Предложения с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обобщающим словом при их однородных членах и их пунктуационное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оформление.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116D8C">
            <w:pPr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  <w:tr w:rsidR="00055F9F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154.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Сочинениепокартине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116D8C">
            <w:pPr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</w:t>
            </w:r>
            <w:proofErr w:type="spellEnd"/>
          </w:p>
        </w:tc>
      </w:tr>
      <w:tr w:rsidR="00055F9F" w:rsidRPr="00222FFE" w:rsidTr="00222FFE">
        <w:trPr>
          <w:trHeight w:hRule="exact" w:val="340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155.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FE" w:rsidRDefault="00222FFE" w:rsidP="00222FFE">
            <w:pPr>
              <w:autoSpaceDE w:val="0"/>
              <w:autoSpaceDN w:val="0"/>
              <w:spacing w:before="98" w:after="0" w:line="281" w:lineRule="auto"/>
              <w:ind w:left="576" w:hanging="576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Предложения с </w:t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обращениями. Обращение ( однословные и </w:t>
            </w:r>
            <w:r w:rsidRPr="00222FFE">
              <w:rPr>
                <w:lang w:val="ru-RU"/>
              </w:rPr>
              <w:br/>
            </w:r>
            <w:proofErr w:type="spellStart"/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неоднословные</w:t>
            </w:r>
            <w:proofErr w:type="spellEnd"/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) и средства его выражения.Пунктуационное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оформление </w:t>
            </w:r>
          </w:p>
          <w:p w:rsidR="00055F9F" w:rsidRPr="00222FFE" w:rsidRDefault="00222FFE" w:rsidP="00222FFE">
            <w:pPr>
              <w:autoSpaceDE w:val="0"/>
              <w:autoSpaceDN w:val="0"/>
              <w:spacing w:before="98" w:after="0" w:line="281" w:lineRule="auto"/>
              <w:ind w:left="576" w:hanging="57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обращения.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116D8C">
            <w:pPr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Письменный контроль</w:t>
            </w:r>
          </w:p>
        </w:tc>
      </w:tr>
      <w:tr w:rsidR="00055F9F" w:rsidRPr="00222FFE" w:rsidTr="00222FFE">
        <w:trPr>
          <w:trHeight w:hRule="exact" w:val="140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156.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71" w:lineRule="auto"/>
              <w:ind w:left="576" w:right="432" w:hanging="57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Синтаксический анализ простых осложнённых предложений.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116D8C">
            <w:pPr>
              <w:rPr>
                <w:lang w:val="ru-RU"/>
              </w:rPr>
            </w:pPr>
            <w:r>
              <w:rPr>
                <w:lang w:val="ru-RU"/>
              </w:rPr>
              <w:t>11.05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</w:p>
        </w:tc>
      </w:tr>
      <w:tr w:rsidR="00055F9F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jc w:val="center"/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157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74" w:lineRule="auto"/>
              <w:ind w:left="72" w:right="288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Пунктуационный анализ простых осложнённых предложений.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5B549E">
            <w:pPr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  <w:tr w:rsidR="00055F9F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158.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Предложения простые 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сложные. Сложные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предложения с бессоюзной и союзной связью.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5B549E">
            <w:pPr>
              <w:rPr>
                <w:b/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Письменныйконтроль</w:t>
            </w:r>
            <w:proofErr w:type="spellEnd"/>
          </w:p>
        </w:tc>
      </w:tr>
      <w:tr w:rsidR="00055F9F" w:rsidTr="00A7375F">
        <w:trPr>
          <w:trHeight w:hRule="exact" w:val="214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159.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81" w:lineRule="auto"/>
              <w:ind w:left="576" w:right="288" w:hanging="57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Предложения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сложносочинённые 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сложноподчинённые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(общее представ</w:t>
            </w:r>
            <w:r w:rsidR="00A7375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ление)</w:t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5B549E">
            <w:pPr>
              <w:rPr>
                <w:b/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</w:tr>
    </w:tbl>
    <w:p w:rsidR="00055F9F" w:rsidRPr="00D1456D" w:rsidRDefault="00055F9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3014"/>
        <w:gridCol w:w="732"/>
        <w:gridCol w:w="1620"/>
        <w:gridCol w:w="1668"/>
        <w:gridCol w:w="1164"/>
        <w:gridCol w:w="1824"/>
      </w:tblGrid>
      <w:tr w:rsidR="00055F9F" w:rsidTr="00222FFE">
        <w:trPr>
          <w:trHeight w:hRule="exact" w:val="383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160.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83" w:lineRule="auto"/>
              <w:ind w:left="576" w:right="288" w:hanging="57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Пунктуационное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оформление сложных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предложений, состоящих из частей, связанных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бессоюзной связью 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союзами И, НО, А,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ОДНАКО, ЗАТО, ДА.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5B549E">
            <w:pPr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  <w:tr w:rsidR="00055F9F" w:rsidTr="00222FFE">
        <w:trPr>
          <w:trHeight w:hRule="exact" w:val="42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161.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83" w:lineRule="auto"/>
              <w:ind w:left="576" w:right="288" w:hanging="57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Пунктуационное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оформление сложных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предложений, состоящих из частей, связанных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бессоюзной связью и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союзами И, НО, А,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ОДНАКО, ЗАТО, ДА.</w:t>
            </w:r>
          </w:p>
          <w:p w:rsidR="00055F9F" w:rsidRDefault="00222FFE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Практикум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5B549E">
            <w:pPr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  <w:tr w:rsidR="00055F9F" w:rsidTr="00222FFE">
        <w:trPr>
          <w:trHeight w:hRule="exact" w:val="17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162.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/>
              <w:ind w:left="576" w:right="144" w:hanging="57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Предложения с прямой речью. Пунктуационное оформление предложений с прямой речью.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5B549E">
            <w:pPr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  <w:tr w:rsidR="00055F9F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163.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Диалог. Пунктуационнон оформление диалога.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5B549E">
            <w:pPr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 w:rsidP="005B549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 w:rsidR="005B549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онтроль</w:t>
            </w:r>
            <w:proofErr w:type="spellEnd"/>
          </w:p>
        </w:tc>
      </w:tr>
      <w:tr w:rsidR="00055F9F" w:rsidTr="00222FFE">
        <w:trPr>
          <w:trHeight w:hRule="exact" w:val="139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164.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71" w:lineRule="auto"/>
              <w:ind w:left="576" w:right="144" w:hanging="576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Повторение темы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"Синтаксис  пунктуация". Проверочная работа.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5B549E">
            <w:pPr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Письменныйконтроль</w:t>
            </w:r>
            <w:proofErr w:type="spellEnd"/>
          </w:p>
        </w:tc>
      </w:tr>
      <w:tr w:rsidR="00055F9F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 xml:space="preserve">165.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71" w:lineRule="auto"/>
              <w:ind w:left="156" w:hanging="156"/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Повторение изученного в 5 классе. Фонетика.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Орфография. Орфоэпия.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5B549E">
            <w:pPr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B230B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</w:tr>
      <w:tr w:rsidR="00055F9F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166.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изученного в 5 классе. Лексикология.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5B549E">
            <w:pPr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</w:p>
        </w:tc>
      </w:tr>
      <w:tr w:rsidR="00055F9F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167.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71" w:lineRule="auto"/>
              <w:ind w:left="72"/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Повторение изученного в 5 классе. Морфология. </w:t>
            </w:r>
            <w:r w:rsidRPr="00222FFE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5B549E">
            <w:pPr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</w:tr>
      <w:tr w:rsidR="00055F9F" w:rsidRPr="00CA3F8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168.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71" w:lineRule="auto"/>
              <w:ind w:left="72"/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Повторение изученного в 5 классе. Морфология. </w:t>
            </w:r>
            <w:r w:rsidRPr="00222FFE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5B549E">
            <w:pPr>
              <w:rPr>
                <w:lang w:val="ru-RU"/>
              </w:rPr>
            </w:pPr>
            <w:r>
              <w:rPr>
                <w:lang w:val="ru-RU"/>
              </w:rPr>
              <w:t>29.05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использованием«Оценочного</w:t>
            </w:r>
            <w:r w:rsidRPr="00222FFE">
              <w:rPr>
                <w:lang w:val="ru-RU"/>
              </w:rPr>
              <w:br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055F9F" w:rsidTr="00222FFE">
        <w:trPr>
          <w:trHeight w:hRule="exact" w:val="109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169.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43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169. Итоговая контрольная </w:t>
            </w:r>
            <w:r w:rsidRPr="00222FFE">
              <w:rPr>
                <w:lang w:val="ru-RU"/>
              </w:rPr>
              <w:tab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работа за курс 5 класса.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5B549E">
            <w:pPr>
              <w:rPr>
                <w:lang w:val="ru-RU"/>
              </w:rPr>
            </w:pPr>
            <w:r>
              <w:rPr>
                <w:lang w:val="ru-RU"/>
              </w:rPr>
              <w:t>30.05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B230B5" w:rsidRDefault="00222FF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Контрольнаяработа</w:t>
            </w:r>
            <w:proofErr w:type="spellEnd"/>
          </w:p>
        </w:tc>
      </w:tr>
      <w:tr w:rsidR="00055F9F" w:rsidRPr="00DD6953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170.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Устное сочинение. Рассказ </w:t>
            </w:r>
            <w:r w:rsidRPr="00222FFE">
              <w:rPr>
                <w:lang w:val="ru-RU"/>
              </w:rPr>
              <w:tab/>
            </w: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 событии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Default="00222F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5B549E">
            <w:pPr>
              <w:rPr>
                <w:lang w:val="ru-RU"/>
              </w:rPr>
            </w:pPr>
            <w:r>
              <w:rPr>
                <w:lang w:val="ru-RU"/>
              </w:rPr>
              <w:t>30.05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DD695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</w:tc>
      </w:tr>
    </w:tbl>
    <w:p w:rsidR="00055F9F" w:rsidRPr="00DD6953" w:rsidRDefault="00055F9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3590"/>
        <w:gridCol w:w="732"/>
        <w:gridCol w:w="1620"/>
        <w:gridCol w:w="4656"/>
      </w:tblGrid>
      <w:tr w:rsidR="00055F9F" w:rsidRPr="00DD6953">
        <w:trPr>
          <w:trHeight w:hRule="exact" w:val="808"/>
        </w:trPr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222FFE" w:rsidRDefault="00222FFE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222FF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222FFE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DD695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DD695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55F9F" w:rsidRPr="00DD6953" w:rsidRDefault="00222FF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DD695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</w:tr>
    </w:tbl>
    <w:p w:rsidR="00055F9F" w:rsidRPr="00DD6953" w:rsidRDefault="00055F9F">
      <w:pPr>
        <w:autoSpaceDE w:val="0"/>
        <w:autoSpaceDN w:val="0"/>
        <w:spacing w:after="0" w:line="14" w:lineRule="exact"/>
        <w:rPr>
          <w:lang w:val="ru-RU"/>
        </w:rPr>
      </w:pPr>
    </w:p>
    <w:p w:rsidR="00055F9F" w:rsidRPr="00DD6953" w:rsidRDefault="00055F9F">
      <w:pPr>
        <w:rPr>
          <w:lang w:val="ru-RU"/>
        </w:rPr>
        <w:sectPr w:rsidR="00055F9F" w:rsidRPr="00DD6953">
          <w:pgSz w:w="11900" w:h="16840"/>
          <w:pgMar w:top="284" w:right="602" w:bottom="1440" w:left="666" w:header="720" w:footer="720" w:gutter="0"/>
          <w:cols w:space="720" w:equalWidth="0">
            <w:col w:w="10632" w:space="0"/>
          </w:cols>
          <w:docGrid w:linePitch="360"/>
        </w:sectPr>
      </w:pPr>
    </w:p>
    <w:p w:rsidR="00055F9F" w:rsidRPr="00DD6953" w:rsidRDefault="00055F9F">
      <w:pPr>
        <w:autoSpaceDE w:val="0"/>
        <w:autoSpaceDN w:val="0"/>
        <w:spacing w:after="78" w:line="220" w:lineRule="exact"/>
        <w:rPr>
          <w:lang w:val="ru-RU"/>
        </w:rPr>
      </w:pPr>
    </w:p>
    <w:p w:rsidR="00055F9F" w:rsidRPr="00DD6953" w:rsidRDefault="00222FFE">
      <w:pPr>
        <w:autoSpaceDE w:val="0"/>
        <w:autoSpaceDN w:val="0"/>
        <w:spacing w:after="0" w:line="230" w:lineRule="auto"/>
        <w:rPr>
          <w:lang w:val="ru-RU"/>
        </w:rPr>
      </w:pPr>
      <w:r w:rsidRPr="00DD695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055F9F" w:rsidRDefault="00222FFE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055F9F" w:rsidRPr="00222FFE" w:rsidRDefault="00222FFE">
      <w:pPr>
        <w:autoSpaceDE w:val="0"/>
        <w:autoSpaceDN w:val="0"/>
        <w:spacing w:before="166" w:after="0" w:line="271" w:lineRule="auto"/>
        <w:ind w:right="576"/>
        <w:rPr>
          <w:lang w:val="ru-RU"/>
        </w:rPr>
      </w:pP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Ладыженская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Т.А., Баранов М. Т., 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Тростенцова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 Л.А. и другие. Русский язык (в 2 частях), 5 класс/ Акционерное общество «Издательство «Просвещение»;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055F9F" w:rsidRPr="00222FFE" w:rsidRDefault="00222FFE">
      <w:pPr>
        <w:autoSpaceDE w:val="0"/>
        <w:autoSpaceDN w:val="0"/>
        <w:spacing w:before="262" w:after="0" w:line="230" w:lineRule="auto"/>
        <w:rPr>
          <w:lang w:val="ru-RU"/>
        </w:rPr>
      </w:pP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055F9F" w:rsidRPr="00222FFE" w:rsidRDefault="00222FFE">
      <w:pPr>
        <w:autoSpaceDE w:val="0"/>
        <w:autoSpaceDN w:val="0"/>
        <w:spacing w:before="166" w:after="0" w:line="262" w:lineRule="auto"/>
        <w:ind w:right="403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znayka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cc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wp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content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uploads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/2019/08/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Russkij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yazyk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.-5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kl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.-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Metodich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rekomend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._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Ladyzhenskaya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_2014-144</w:t>
      </w:r>
      <w:r>
        <w:rPr>
          <w:rFonts w:ascii="Times New Roman" w:eastAsia="Times New Roman" w:hAnsi="Times New Roman"/>
          <w:color w:val="000000"/>
          <w:sz w:val="24"/>
        </w:rPr>
        <w:t>s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pdf</w:t>
      </w:r>
      <w:proofErr w:type="spellEnd"/>
    </w:p>
    <w:p w:rsidR="00055F9F" w:rsidRPr="00222FFE" w:rsidRDefault="00222FFE">
      <w:pPr>
        <w:autoSpaceDE w:val="0"/>
        <w:autoSpaceDN w:val="0"/>
        <w:spacing w:before="264" w:after="0" w:line="230" w:lineRule="auto"/>
        <w:rPr>
          <w:lang w:val="ru-RU"/>
        </w:rPr>
      </w:pP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055F9F" w:rsidRPr="00222FFE" w:rsidRDefault="00222FFE">
      <w:pPr>
        <w:autoSpaceDE w:val="0"/>
        <w:autoSpaceDN w:val="0"/>
        <w:spacing w:before="168" w:after="0" w:line="262" w:lineRule="auto"/>
        <w:ind w:right="4176"/>
        <w:rPr>
          <w:lang w:val="ru-RU"/>
        </w:rPr>
      </w:pP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Российская электронная школа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 xml:space="preserve">Дистанционное образование для школьников... </w:t>
      </w:r>
      <w:proofErr w:type="spellStart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Учи.ру</w:t>
      </w:r>
      <w:r>
        <w:rPr>
          <w:rFonts w:ascii="Times New Roman" w:eastAsia="Times New Roman" w:hAnsi="Times New Roman"/>
          <w:color w:val="000000"/>
          <w:sz w:val="24"/>
        </w:rPr>
        <w:t>uchi</w:t>
      </w:r>
      <w:proofErr w:type="spellEnd"/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:rsidR="00055F9F" w:rsidRPr="00222FFE" w:rsidRDefault="00055F9F">
      <w:pPr>
        <w:rPr>
          <w:lang w:val="ru-RU"/>
        </w:rPr>
        <w:sectPr w:rsidR="00055F9F" w:rsidRPr="00222FFE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55F9F" w:rsidRPr="00222FFE" w:rsidRDefault="00055F9F">
      <w:pPr>
        <w:autoSpaceDE w:val="0"/>
        <w:autoSpaceDN w:val="0"/>
        <w:spacing w:after="78" w:line="220" w:lineRule="exact"/>
        <w:rPr>
          <w:lang w:val="ru-RU"/>
        </w:rPr>
      </w:pPr>
    </w:p>
    <w:p w:rsidR="00055F9F" w:rsidRPr="00222FFE" w:rsidRDefault="00222FFE">
      <w:pPr>
        <w:autoSpaceDE w:val="0"/>
        <w:autoSpaceDN w:val="0"/>
        <w:spacing w:after="0" w:line="230" w:lineRule="auto"/>
        <w:rPr>
          <w:lang w:val="ru-RU"/>
        </w:rPr>
      </w:pP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055F9F" w:rsidRPr="00222FFE" w:rsidRDefault="00222FFE">
      <w:pPr>
        <w:autoSpaceDE w:val="0"/>
        <w:autoSpaceDN w:val="0"/>
        <w:spacing w:before="346" w:after="0" w:line="302" w:lineRule="auto"/>
        <w:ind w:right="3888"/>
        <w:rPr>
          <w:lang w:val="ru-RU"/>
        </w:rPr>
      </w:pP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222FFE">
        <w:rPr>
          <w:lang w:val="ru-RU"/>
        </w:rPr>
        <w:br/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Таблицы, плакаты, словари, портреты, дидактический материал.</w:t>
      </w:r>
    </w:p>
    <w:p w:rsidR="00055F9F" w:rsidRDefault="00222FFE">
      <w:pPr>
        <w:autoSpaceDE w:val="0"/>
        <w:autoSpaceDN w:val="0"/>
        <w:spacing w:before="262" w:after="0" w:line="302" w:lineRule="auto"/>
        <w:ind w:right="3024"/>
        <w:rPr>
          <w:rFonts w:ascii="Times New Roman" w:eastAsia="Times New Roman" w:hAnsi="Times New Roman"/>
          <w:color w:val="000000"/>
          <w:sz w:val="24"/>
          <w:lang w:val="ru-RU"/>
        </w:rPr>
      </w:pPr>
      <w:r w:rsidRPr="00222F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ПРАКТИЧЕСКИХ РАБОТ </w:t>
      </w:r>
      <w:r w:rsidRPr="00222FFE">
        <w:rPr>
          <w:rFonts w:ascii="Times New Roman" w:eastAsia="Times New Roman" w:hAnsi="Times New Roman"/>
          <w:color w:val="000000"/>
          <w:sz w:val="24"/>
          <w:lang w:val="ru-RU"/>
        </w:rPr>
        <w:t>Мультимедийный проектор.</w:t>
      </w:r>
    </w:p>
    <w:p w:rsidR="00D1456D" w:rsidRDefault="00D1456D">
      <w:pPr>
        <w:autoSpaceDE w:val="0"/>
        <w:autoSpaceDN w:val="0"/>
        <w:spacing w:before="262" w:after="0" w:line="302" w:lineRule="auto"/>
        <w:ind w:right="3024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D1456D" w:rsidRDefault="00D1456D">
      <w:pPr>
        <w:autoSpaceDE w:val="0"/>
        <w:autoSpaceDN w:val="0"/>
        <w:spacing w:before="262" w:after="0" w:line="302" w:lineRule="auto"/>
        <w:ind w:right="3024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D1456D" w:rsidRDefault="00D1456D">
      <w:pPr>
        <w:rPr>
          <w:lang w:val="ru-RU"/>
        </w:rPr>
      </w:pPr>
    </w:p>
    <w:p w:rsidR="00D1456D" w:rsidRDefault="00D1456D">
      <w:pPr>
        <w:rPr>
          <w:lang w:val="ru-RU"/>
        </w:rPr>
      </w:pPr>
    </w:p>
    <w:p w:rsidR="00D1456D" w:rsidRDefault="00D1456D">
      <w:pPr>
        <w:rPr>
          <w:lang w:val="ru-RU"/>
        </w:rPr>
      </w:pPr>
    </w:p>
    <w:p w:rsidR="00D1456D" w:rsidRDefault="00D1456D">
      <w:pPr>
        <w:rPr>
          <w:lang w:val="ru-RU"/>
        </w:rPr>
      </w:pPr>
    </w:p>
    <w:p w:rsidR="00D1456D" w:rsidRDefault="00D1456D" w:rsidP="00D1456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D1456D" w:rsidRDefault="00D1456D" w:rsidP="00D1456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D1456D" w:rsidRDefault="00D1456D" w:rsidP="00D1456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D1456D" w:rsidRDefault="00D1456D" w:rsidP="00D1456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D1456D" w:rsidRDefault="00D1456D" w:rsidP="00D1456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D1456D" w:rsidRDefault="00D1456D" w:rsidP="00D1456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D1456D" w:rsidRDefault="00D1456D" w:rsidP="00D1456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D1456D" w:rsidRDefault="00D1456D" w:rsidP="00D1456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D1456D" w:rsidRDefault="00D1456D" w:rsidP="00D1456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306EA6" w:rsidRDefault="00306EA6" w:rsidP="00D1456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306EA6" w:rsidRDefault="00306EA6" w:rsidP="00D1456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306EA6" w:rsidRDefault="00306EA6" w:rsidP="00D1456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306EA6" w:rsidRDefault="00306EA6" w:rsidP="00D1456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306EA6" w:rsidRDefault="00306EA6" w:rsidP="00D1456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sectPr w:rsidR="00306EA6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B47730"/>
    <w:rsid w:val="000015AF"/>
    <w:rsid w:val="00034616"/>
    <w:rsid w:val="00040A7E"/>
    <w:rsid w:val="00055F9F"/>
    <w:rsid w:val="0006063C"/>
    <w:rsid w:val="00087FE6"/>
    <w:rsid w:val="000B3A9E"/>
    <w:rsid w:val="000D54F3"/>
    <w:rsid w:val="00107D12"/>
    <w:rsid w:val="00116D8C"/>
    <w:rsid w:val="00133B2B"/>
    <w:rsid w:val="0015074B"/>
    <w:rsid w:val="00155317"/>
    <w:rsid w:val="001E195F"/>
    <w:rsid w:val="002020C2"/>
    <w:rsid w:val="00222FFE"/>
    <w:rsid w:val="0029639D"/>
    <w:rsid w:val="002B0631"/>
    <w:rsid w:val="002D0293"/>
    <w:rsid w:val="00306EA6"/>
    <w:rsid w:val="00326F90"/>
    <w:rsid w:val="003562D0"/>
    <w:rsid w:val="0040686F"/>
    <w:rsid w:val="00440553"/>
    <w:rsid w:val="00451FFF"/>
    <w:rsid w:val="0047500C"/>
    <w:rsid w:val="00491A11"/>
    <w:rsid w:val="00507469"/>
    <w:rsid w:val="005714E5"/>
    <w:rsid w:val="005B549E"/>
    <w:rsid w:val="00604957"/>
    <w:rsid w:val="00605C3E"/>
    <w:rsid w:val="00636AED"/>
    <w:rsid w:val="006C4B02"/>
    <w:rsid w:val="007034B0"/>
    <w:rsid w:val="00726844"/>
    <w:rsid w:val="007279B3"/>
    <w:rsid w:val="00757026"/>
    <w:rsid w:val="007A58F4"/>
    <w:rsid w:val="007D137D"/>
    <w:rsid w:val="0085773E"/>
    <w:rsid w:val="008E30D9"/>
    <w:rsid w:val="008F4BA5"/>
    <w:rsid w:val="008F690F"/>
    <w:rsid w:val="00967936"/>
    <w:rsid w:val="00A62E39"/>
    <w:rsid w:val="00A7375F"/>
    <w:rsid w:val="00AA1D8D"/>
    <w:rsid w:val="00B230B5"/>
    <w:rsid w:val="00B47730"/>
    <w:rsid w:val="00BB722A"/>
    <w:rsid w:val="00C16D1C"/>
    <w:rsid w:val="00CA3F87"/>
    <w:rsid w:val="00CB0664"/>
    <w:rsid w:val="00D0128F"/>
    <w:rsid w:val="00D05B52"/>
    <w:rsid w:val="00D1456D"/>
    <w:rsid w:val="00DD6953"/>
    <w:rsid w:val="00DE6577"/>
    <w:rsid w:val="00F300BE"/>
    <w:rsid w:val="00F63221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451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451F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F7E5C89-EA85-4136-96B6-6F796B1E9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44</Pages>
  <Words>11810</Words>
  <Characters>67319</Characters>
  <Application>Microsoft Office Word</Application>
  <DocSecurity>0</DocSecurity>
  <Lines>560</Lines>
  <Paragraphs>157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78972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25</cp:lastModifiedBy>
  <cp:revision>3</cp:revision>
  <cp:lastPrinted>2002-02-21T20:24:00Z</cp:lastPrinted>
  <dcterms:created xsi:type="dcterms:W3CDTF">2022-09-23T10:00:00Z</dcterms:created>
  <dcterms:modified xsi:type="dcterms:W3CDTF">2002-02-21T20:57:00Z</dcterms:modified>
</cp:coreProperties>
</file>