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943" w:rsidRDefault="00AC4943">
      <w:pPr>
        <w:autoSpaceDE w:val="0"/>
        <w:autoSpaceDN w:val="0"/>
        <w:spacing w:after="78" w:line="220" w:lineRule="exact"/>
      </w:pPr>
    </w:p>
    <w:p w:rsidR="00AC4943" w:rsidRPr="00F5616B" w:rsidRDefault="00A44026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AC4943" w:rsidRPr="00F5616B" w:rsidRDefault="00A44026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AC4943" w:rsidRPr="00F5616B" w:rsidRDefault="00A44026">
      <w:pPr>
        <w:autoSpaceDE w:val="0"/>
        <w:autoSpaceDN w:val="0"/>
        <w:spacing w:before="670" w:after="0" w:line="230" w:lineRule="auto"/>
        <w:ind w:left="1614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Октябрьского района</w:t>
      </w:r>
    </w:p>
    <w:p w:rsidR="00AC4943" w:rsidRPr="00F5616B" w:rsidRDefault="00F5616B">
      <w:pPr>
        <w:autoSpaceDE w:val="0"/>
        <w:autoSpaceDN w:val="0"/>
        <w:spacing w:before="670" w:after="0" w:line="230" w:lineRule="auto"/>
        <w:ind w:right="4034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AC4943" w:rsidRPr="00F5616B" w:rsidRDefault="00F5616B">
      <w:pPr>
        <w:autoSpaceDE w:val="0"/>
        <w:autoSpaceDN w:val="0"/>
        <w:spacing w:before="1436" w:after="0" w:line="230" w:lineRule="auto"/>
        <w:ind w:right="2014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AC4943" w:rsidRPr="00F5616B" w:rsidRDefault="00F5616B">
      <w:pPr>
        <w:autoSpaceDE w:val="0"/>
        <w:autoSpaceDN w:val="0"/>
        <w:spacing w:after="0" w:line="230" w:lineRule="auto"/>
        <w:ind w:right="744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МБОУ СОШ № 61</w:t>
      </w:r>
    </w:p>
    <w:p w:rsidR="00AC4943" w:rsidRPr="00F5616B" w:rsidRDefault="00F5616B">
      <w:pPr>
        <w:autoSpaceDE w:val="0"/>
        <w:autoSpaceDN w:val="0"/>
        <w:spacing w:before="182" w:after="0" w:line="230" w:lineRule="auto"/>
        <w:ind w:right="508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______________Табаровец Е.В.</w:t>
      </w:r>
    </w:p>
    <w:p w:rsidR="00AC4943" w:rsidRPr="00F5616B" w:rsidRDefault="00F5616B">
      <w:pPr>
        <w:autoSpaceDE w:val="0"/>
        <w:autoSpaceDN w:val="0"/>
        <w:spacing w:before="182" w:after="0" w:line="230" w:lineRule="auto"/>
        <w:ind w:right="2088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№136</w:t>
      </w:r>
    </w:p>
    <w:p w:rsidR="00AC4943" w:rsidRPr="00F5616B" w:rsidRDefault="00F5616B">
      <w:pPr>
        <w:autoSpaceDE w:val="0"/>
        <w:autoSpaceDN w:val="0"/>
        <w:spacing w:before="182" w:after="0" w:line="230" w:lineRule="auto"/>
        <w:ind w:right="1248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"31" </w:t>
      </w:r>
      <w:proofErr w:type="gramStart"/>
      <w:r w:rsidR="00A44026" w:rsidRPr="00F5616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августа  2022</w:t>
      </w:r>
      <w:proofErr w:type="gramEnd"/>
      <w:r w:rsidRPr="00F5616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AC4943" w:rsidRPr="00F5616B" w:rsidRDefault="00F5616B">
      <w:pPr>
        <w:autoSpaceDE w:val="0"/>
        <w:autoSpaceDN w:val="0"/>
        <w:spacing w:before="1038" w:after="0" w:line="230" w:lineRule="auto"/>
        <w:ind w:right="3650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right="4482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895796)</w:t>
      </w:r>
    </w:p>
    <w:p w:rsidR="00AC4943" w:rsidRPr="00F5616B" w:rsidRDefault="00F5616B">
      <w:pPr>
        <w:autoSpaceDE w:val="0"/>
        <w:autoSpaceDN w:val="0"/>
        <w:spacing w:before="166" w:after="0" w:line="230" w:lineRule="auto"/>
        <w:ind w:right="4022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right="4274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«Технология»</w:t>
      </w:r>
    </w:p>
    <w:p w:rsidR="00AC4943" w:rsidRPr="00F5616B" w:rsidRDefault="00F5616B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right="3620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на 2022-2023 учебный год</w:t>
      </w:r>
    </w:p>
    <w:p w:rsidR="00AC4943" w:rsidRPr="00F5616B" w:rsidRDefault="00F5616B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Составитель: Ткаченко Наталья Викторовна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AC4943" w:rsidRPr="00F5616B" w:rsidRDefault="00F5616B">
      <w:pPr>
        <w:autoSpaceDE w:val="0"/>
        <w:autoSpaceDN w:val="0"/>
        <w:spacing w:before="2830" w:after="0" w:line="230" w:lineRule="auto"/>
        <w:ind w:right="3834"/>
        <w:jc w:val="right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п. Персиановский 2022</w:t>
      </w:r>
    </w:p>
    <w:p w:rsidR="00AC4943" w:rsidRPr="00F5616B" w:rsidRDefault="00AC4943">
      <w:pPr>
        <w:autoSpaceDE w:val="0"/>
        <w:autoSpaceDN w:val="0"/>
        <w:spacing w:after="78" w:line="220" w:lineRule="exact"/>
        <w:rPr>
          <w:lang w:val="ru-RU"/>
        </w:rPr>
      </w:pPr>
    </w:p>
    <w:p w:rsidR="00AC4943" w:rsidRPr="00F5616B" w:rsidRDefault="00F5616B">
      <w:pPr>
        <w:autoSpaceDE w:val="0"/>
        <w:autoSpaceDN w:val="0"/>
        <w:spacing w:after="0" w:line="230" w:lineRule="auto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C4943" w:rsidRPr="00F5616B" w:rsidRDefault="00F5616B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AC4943" w:rsidRPr="00F5616B" w:rsidRDefault="00F5616B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AC4943" w:rsidRPr="00F5616B" w:rsidRDefault="00F5616B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AC4943" w:rsidRPr="00F5616B" w:rsidRDefault="00F5616B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средств художественной выразительности, законов и правил декоративно-прикладного искусства и дизайна.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AC4943" w:rsidRPr="00F5616B" w:rsidRDefault="00AC4943">
      <w:pPr>
        <w:rPr>
          <w:lang w:val="ru-RU"/>
        </w:rPr>
        <w:sectPr w:rsidR="00AC4943" w:rsidRPr="00F5616B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78" w:line="220" w:lineRule="exact"/>
        <w:rPr>
          <w:lang w:val="ru-RU"/>
        </w:rPr>
      </w:pPr>
    </w:p>
    <w:p w:rsidR="00AC4943" w:rsidRPr="00F5616B" w:rsidRDefault="00F5616B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AC4943" w:rsidRPr="00F5616B" w:rsidRDefault="00F5616B">
      <w:pPr>
        <w:autoSpaceDE w:val="0"/>
        <w:autoSpaceDN w:val="0"/>
        <w:spacing w:before="70" w:after="0"/>
        <w:ind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AC4943" w:rsidRPr="00F5616B" w:rsidRDefault="00F5616B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AC4943" w:rsidRPr="00F5616B" w:rsidRDefault="00F5616B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«ТЕХНОЛОГИЯ»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AC4943" w:rsidRPr="00F5616B" w:rsidRDefault="00AC4943">
      <w:pPr>
        <w:rPr>
          <w:lang w:val="ru-RU"/>
        </w:rPr>
        <w:sectPr w:rsidR="00AC4943" w:rsidRPr="00F5616B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66" w:line="220" w:lineRule="exact"/>
        <w:rPr>
          <w:lang w:val="ru-RU"/>
        </w:rPr>
      </w:pPr>
    </w:p>
    <w:p w:rsidR="00AC4943" w:rsidRPr="00F5616B" w:rsidRDefault="00F5616B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C4943" w:rsidRDefault="00F5616B" w:rsidP="00441C36">
      <w:pPr>
        <w:autoSpaceDE w:val="0"/>
        <w:autoSpaceDN w:val="0"/>
        <w:spacing w:before="190" w:after="0" w:line="271" w:lineRule="auto"/>
        <w:ind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 1 классе — 33 часа (по 1 часу в неделю)</w:t>
      </w:r>
      <w:r w:rsidR="00441C36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</w:p>
    <w:p w:rsidR="00441C36" w:rsidRPr="00F5616B" w:rsidRDefault="00441C36" w:rsidP="00441C36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</w:p>
    <w:p w:rsidR="00AC4943" w:rsidRPr="00F5616B" w:rsidRDefault="00F5616B">
      <w:pPr>
        <w:autoSpaceDE w:val="0"/>
        <w:autoSpaceDN w:val="0"/>
        <w:spacing w:after="0" w:line="230" w:lineRule="auto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C4943" w:rsidRPr="00F5616B" w:rsidRDefault="00F5616B" w:rsidP="00441C36">
      <w:pPr>
        <w:autoSpaceDE w:val="0"/>
        <w:autoSpaceDN w:val="0"/>
        <w:spacing w:after="0" w:line="262" w:lineRule="auto"/>
        <w:ind w:left="180" w:right="3600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Природа как источник сырьевых ресурсов и творчества мастеров.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Красота и разнообразие природных форм, их передача в изделиях из различных материалов.</w:t>
      </w:r>
    </w:p>
    <w:p w:rsidR="00AC4943" w:rsidRPr="00F5616B" w:rsidRDefault="00F5616B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2" w:after="0" w:line="262" w:lineRule="auto"/>
        <w:ind w:right="1440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Профессии родных и знакомых. Профессии, св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язанные с изу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чаемыми материалами и производствами. Профессии сферы обслуживания.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Традиции и праздники народов России, ремёсла, обычаи.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C4943" w:rsidRPr="00F5616B" w:rsidRDefault="00F5616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C4943" w:rsidRPr="00F5616B" w:rsidRDefault="00F5616B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AC4943" w:rsidRPr="00F5616B" w:rsidRDefault="00F5616B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:rsidR="00AC4943" w:rsidRPr="00F5616B" w:rsidRDefault="00F5616B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C4943" w:rsidRPr="00F5616B" w:rsidRDefault="00F5616B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Виды природных материалов (плоские — листья и объёмные — орехи, шишки, семена, ветки).</w:t>
      </w:r>
    </w:p>
    <w:p w:rsidR="00AC4943" w:rsidRPr="00F5616B" w:rsidRDefault="00F5616B">
      <w:pPr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C4943" w:rsidRPr="00F5616B" w:rsidRDefault="00F5616B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AC4943" w:rsidRPr="00F5616B" w:rsidRDefault="00F5616B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отделочных материалов.</w:t>
      </w:r>
    </w:p>
    <w:p w:rsidR="00AC4943" w:rsidRPr="00F5616B" w:rsidRDefault="00F5616B">
      <w:pPr>
        <w:autoSpaceDE w:val="0"/>
        <w:autoSpaceDN w:val="0"/>
        <w:spacing w:before="190" w:after="0" w:line="262" w:lineRule="auto"/>
        <w:ind w:left="180" w:right="288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моделирование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Простые и объёмные конструкции из разных материалов (пластические массы, бумага, текстиль и</w:t>
      </w:r>
    </w:p>
    <w:p w:rsidR="00AC4943" w:rsidRPr="00F5616B" w:rsidRDefault="00F5616B">
      <w:pPr>
        <w:autoSpaceDE w:val="0"/>
        <w:autoSpaceDN w:val="0"/>
        <w:spacing w:after="0" w:line="283" w:lineRule="auto"/>
        <w:ind w:right="144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и результата. Элементарное прогнозирование порядка действий в зависимости от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желаемого/необходимого результата; выбор способа работы в зависимости от требуемого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результата/замысла.</w:t>
      </w:r>
    </w:p>
    <w:p w:rsidR="00AC4943" w:rsidRPr="00F5616B" w:rsidRDefault="00F5616B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 Информация. Виды информации.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2" w:after="0" w:line="283" w:lineRule="auto"/>
        <w:ind w:right="720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использовать предложенную инструкцию (устную, графическую);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информацию (представленную в объяснении учителя или в учебнике), использовать её в работе;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 w:rsidRPr="00F561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егулятивные УУД: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и удерживать в процессе деятельности предложенную учебную задачу;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действия контроля и оценки по предложенным критериям.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положительное отношение к включению в совместную работу, к простым видам 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сотрудничества;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C4943" w:rsidRDefault="00AC4943">
      <w:pPr>
        <w:rPr>
          <w:lang w:val="ru-RU"/>
        </w:rPr>
      </w:pPr>
    </w:p>
    <w:p w:rsidR="00AC4943" w:rsidRPr="00F5616B" w:rsidRDefault="00F5616B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РЕЗУЛЬТАТЫ ОСВОЕНИЯ УЧЕБНОГО ПРЕДМЕТА «ТЕХНОЛОГИЯ»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 УРОВНЕ НАЧАЛЬНОГО ОБЩЕГО ОБРАЗОВАНИЯ 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AC4943" w:rsidRPr="00F5616B" w:rsidRDefault="00F5616B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F5616B">
        <w:rPr>
          <w:lang w:val="ru-RU"/>
        </w:rPr>
        <w:lastRenderedPageBreak/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AC4943" w:rsidRPr="00F5616B" w:rsidRDefault="00F5616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</w:p>
    <w:p w:rsidR="00AC4943" w:rsidRPr="00F5616B" w:rsidRDefault="00F5616B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 первом классе 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обучающийся научится: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правила безопасной работы ножницами, иглой и аккуратной работы с клеем; </w:t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 </w:t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определять наименования отдельных материалов (бумага, картон, фольга, пластилин, природные,</w:t>
      </w:r>
    </w:p>
    <w:p w:rsidR="00AC4943" w:rsidRPr="00F5616B" w:rsidRDefault="00AC4943">
      <w:pPr>
        <w:rPr>
          <w:lang w:val="ru-RU"/>
        </w:rPr>
        <w:sectPr w:rsidR="00AC4943" w:rsidRPr="00F5616B">
          <w:pgSz w:w="11900" w:h="16840"/>
          <w:pgMar w:top="286" w:right="668" w:bottom="30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78" w:line="220" w:lineRule="exact"/>
        <w:rPr>
          <w:lang w:val="ru-RU"/>
        </w:rPr>
      </w:pPr>
    </w:p>
    <w:p w:rsidR="00AC4943" w:rsidRPr="00F5616B" w:rsidRDefault="00F5616B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текстильные материалы и пр.) и способы их обработки (сгибание, отрывание,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сминание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, резание, лепка и пр.); выполнять доступные технологические приёмы ручной обработки материалов при изготовлении изделий;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строчкой прямого стежка;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понимать смысл понятий «изделие», «деталь изделия», «образец», «заготовка», «материал»,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«инструмент», «приспособление», «конструирование», «аппликация»;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с опорой на готовый план;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обслуживать себя во время работы: соблюдать порядок на рабочем месте, ухаживать за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инструментами и правильно хранить их; соблюдать правила гигиены труда;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анализировать простые по конструкции образцы (по вопросам учителя);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 </w:t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ручные инструменты (ножницы, игла, линейка) и приспособления (шаблон, стека, булавки и др.), безопасно хранить и работать ими;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материалы и инструменты по их назначению;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и выполнять последовательность изготовления несложных изделий: разметка, резание, сборка, отделка;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сминанием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для сушки плоских изделий пресс;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выполнять практическую работу и самоконтроль с опорой на инструкционную карту, образец, шаблон;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разборные и неразборные конструкции несложных изделий;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элементарное сотрудничество, участвовать в коллективных работах под руководством учителя; </w:t>
      </w:r>
      <w:r w:rsidRPr="00F5616B">
        <w:rPr>
          <w:lang w:val="ru-RU"/>
        </w:rPr>
        <w:br/>
      </w:r>
      <w:r w:rsidRPr="00F5616B">
        <w:rPr>
          <w:lang w:val="ru-RU"/>
        </w:rPr>
        <w:tab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выполнять несложные коллективные работы проектного характера.</w:t>
      </w:r>
    </w:p>
    <w:p w:rsidR="00AC4943" w:rsidRPr="00F5616B" w:rsidRDefault="00AC4943">
      <w:pPr>
        <w:rPr>
          <w:lang w:val="ru-RU"/>
        </w:rPr>
        <w:sectPr w:rsidR="00AC4943" w:rsidRPr="00F5616B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64" w:line="220" w:lineRule="exact"/>
        <w:rPr>
          <w:lang w:val="ru-RU"/>
        </w:rPr>
      </w:pPr>
    </w:p>
    <w:p w:rsidR="00AC4943" w:rsidRDefault="00F5616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5428"/>
        <w:gridCol w:w="1080"/>
        <w:gridCol w:w="1382"/>
      </w:tblGrid>
      <w:tr w:rsidR="00AC4943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AC4943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</w:tr>
      <w:tr w:rsidR="00AC4943" w:rsidRPr="006562B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1. ТЕХНОЛОГИИ, ПРОФЕССИИ И ПРОИЗВОДСТВА</w:t>
            </w:r>
          </w:p>
        </w:tc>
      </w:tr>
      <w:tr w:rsidR="00AC4943" w:rsidRPr="006562B8">
        <w:trPr>
          <w:trHeight w:hRule="exact" w:val="207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Природа как источник сырьевых ресурсов и творчества мастеров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4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изучать правила безопасности при работе инструментами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 приспособлениями;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изучать возможности использования изучаемых инструментов 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приспособлений людьми разных профессий;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понятие об изучаемых материалах, их происхождении, разнообразии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формировать общее понятие об изучаемых материалах, их происхождение, разнообразие и основные свойства, понимать отличие материалов от инструментов и приспособлений;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Подготовка к работе. Рабочее место, его организация в зависимости от вида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в зависимости от вида работы. Рационально размещать на рабочем месте материалы и инструменты; поддерживать порядок во время работы; убирать рабочее место по окончании работы под руководством учителя;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изучать важность подготовки, организации, уборки рабочего места, поддержания порядка людьми разных профессий;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Профессии родных и знакомых. 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возможности использования, применения изучаемых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материалов при изготовлении изделий, предметов быта и др. людьми разных профессий;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особенности технологии изготовления изделий, выделять детали изделия, основу, определять способ изготовления под руководством учителя; определять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7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технологии изготовления изделий, выделять детали изделия, основу, определять способ изготовления под руководством учителя; определять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выделение деталей, сборка изделия, отделка;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>
        <w:trPr>
          <w:trHeight w:hRule="exact" w:val="348"/>
        </w:trPr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0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</w:tr>
      <w:tr w:rsidR="00AC4943" w:rsidRPr="006562B8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Модуль 2. ТЕХНОЛОГИИ РУЧНОЙ ОБРАБОТКИ МАТЕРИАЛОВ</w:t>
            </w:r>
          </w:p>
        </w:tc>
      </w:tr>
    </w:tbl>
    <w:p w:rsidR="00AC4943" w:rsidRPr="00F5616B" w:rsidRDefault="00AC4943">
      <w:pPr>
        <w:autoSpaceDE w:val="0"/>
        <w:autoSpaceDN w:val="0"/>
        <w:spacing w:after="0" w:line="14" w:lineRule="exact"/>
        <w:rPr>
          <w:lang w:val="ru-RU"/>
        </w:rPr>
      </w:pPr>
    </w:p>
    <w:p w:rsidR="00AC4943" w:rsidRPr="00F5616B" w:rsidRDefault="00AC4943">
      <w:pPr>
        <w:rPr>
          <w:lang w:val="ru-RU"/>
        </w:rPr>
        <w:sectPr w:rsidR="00AC4943" w:rsidRPr="00F5616B">
          <w:pgSz w:w="16840" w:h="11900"/>
          <w:pgMar w:top="282" w:right="640" w:bottom="4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5428"/>
        <w:gridCol w:w="1080"/>
        <w:gridCol w:w="1382"/>
      </w:tblGrid>
      <w:tr w:rsidR="00AC4943" w:rsidRPr="006562B8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Бережное, экономное и рациональное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использование обрабатываемых материалов.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конструктивных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особенностей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материалов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при изготовлении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организовывать свою деятельность: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для работы с бумагой и картоном, правильно и рационально размещать инструменты и материалы в соответствии с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технику безопасной работы инструментами и приспособлениями;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1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Основные технологические операции ручной обработки материалов: разметка деталей,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выделение деталей, формообразование деталей, сборка изделия, отделка изделия или его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технику безопасной работы инструментами и приспособлениями; применять правила безопасной и аккуратной работы ножницами, клеем;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разметки деталей: на глаз и от руки, по шаблону, по линейке (как  направляющему инструменту без откладывания размеров) с опорой на рисунки, графическую инструкцию, простейшую схему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наблюдать, сравнивать, сопоставлять свойства бумаги (состав, цвет, прочность); определять виды бумаги по цвету, толщине, прочности. Осваивать отдельные приёмы работы с бумагой (сгибание и складывание, 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обрывание, склеивание, резание бумаги ножницами и др.), правила безопасной работы, правила разметки деталей (экономия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материала, аккуратность);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 простые графические схемы изготовления изделия и выполнять изделие по заданной схеме под руководством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читать простые графические схемы изготовления изделия и выполнять изделие по заданной схеме под руководством учителя;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рациональную разметку (разметка на изнаночной стороне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экономной и аккуратной разметки.</w:t>
            </w:r>
          </w:p>
          <w:p w:rsidR="00AC4943" w:rsidRPr="00F5616B" w:rsidRDefault="00F5616B">
            <w:pPr>
              <w:autoSpaceDE w:val="0"/>
              <w:autoSpaceDN w:val="0"/>
              <w:spacing w:before="18" w:after="0" w:line="245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Рациональная разметка и вырезание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нескольких одинаковых деталей из бумаги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планировать свою деятельность с опорой на предложенный план в учебнике, рабочей тетради;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50" w:lineRule="auto"/>
              <w:ind w:left="72"/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Способы соединения деталей в изделии: с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помощью пластилина, клея, скручивание,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сшивание и др.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аккуратной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работы с клеем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планировать свою деятельность с опорой на предложенный план в учебнике, рабочей тетради;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рациональную разметку (разметка на изнаночной стороне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Отделка изделия или его деталей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(окрашивание, вышивка, аппликация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декоративно-художественные возможности разных способов обработки бумаги, например, вырезание деталей из бумаги и обрывание пальцами);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 ходе беседы с учителем понимать смысл понятий «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конструирование»,«изделие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«деталь изделия», «образец»;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</w:tbl>
    <w:p w:rsidR="00AC4943" w:rsidRPr="00F5616B" w:rsidRDefault="00AC4943">
      <w:pPr>
        <w:autoSpaceDE w:val="0"/>
        <w:autoSpaceDN w:val="0"/>
        <w:spacing w:after="0" w:line="14" w:lineRule="exact"/>
        <w:rPr>
          <w:lang w:val="ru-RU"/>
        </w:rPr>
      </w:pPr>
    </w:p>
    <w:p w:rsidR="00AC4943" w:rsidRPr="00F5616B" w:rsidRDefault="00AC4943">
      <w:pPr>
        <w:rPr>
          <w:lang w:val="ru-RU"/>
        </w:rPr>
        <w:sectPr w:rsidR="00AC4943" w:rsidRPr="00F5616B">
          <w:pgSz w:w="16840" w:h="11900"/>
          <w:pgMar w:top="284" w:right="640" w:bottom="30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5428"/>
        <w:gridCol w:w="1080"/>
        <w:gridCol w:w="1382"/>
      </w:tblGrid>
      <w:tr w:rsidR="00AC4943" w:rsidRPr="006562B8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Подбор соответствующих инструментов 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способов обработки материалов в зависимости от их свойств и видов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анализировать простые по конструкции образцы; анализировать простейшую конструкцию изделия: выделять детали, их форму, определять взаимное расположение, виды соединения;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Наиболее распространённые виды бумаги. Их общие свойства. Простейшие способы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обработки бумаги различных видов: сгибание и складывание, </w:t>
            </w:r>
            <w:proofErr w:type="spellStart"/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сминание</w:t>
            </w:r>
            <w:proofErr w:type="spellEnd"/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, обрывание,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склеивание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соблюдать технику безопасной работы инструментами и приспособлениями; применять правила безопасной и аккуратной работы ножницами, клеем; рассматривать и анализировать простые по конструкции образцы;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простейшую конструкцию изделия: выделять детали, их форму, определять взаимное расположение, виды соединения;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общее представление о конструкции изделия; детали и части изделия, их взаимное расположение в общей конструкции;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50" w:lineRule="auto"/>
              <w:ind w:left="72" w:right="576"/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Резание бумаги ножницами. Правила безопасной работы, передачи и хранения ножниц.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Картон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изделия с использованием осваиваемых технологий;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 руководством учителя собирать плоскостную модель, объяснять способ сборки изделия;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Пластические массы, их виды (пластилин, пластика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помощью учителя организовывать рабочее место для работы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 пластическими массами, правильно и рационально размещать инструменты и материалы в соответствии с индивидуальными 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осо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бенностями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в процессе выполнения изделия проверять и 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вос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станавливать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порядок на рабочем месте; убирать рабочее место;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изготовления изделий доступной по сложности формы из них: разметка на глаз, отделение части (стекой, отрыванием),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придание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анализировать образцы, варианты выполнения изделий, природные формы — прообразы изготавливаемых изделий;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изделия с опорой на рисунки, схемы и подписи к ним; Выполнять лепку, используя различные способы лепки: конструктивный (лепка из отдельных частей), скульптурный (лепка из целого куска) и комбинированный;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приёмы выделения деталей стекой и другими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приспособлениями;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пластические массы для соединения деталей;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формообразование деталей скатыванием, сплющиванием, вытягиванием, раскатыванием и др.;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Оценивать результат своей деятельности (качество изделия);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Виды природных материалов (плоские —листья и объёмные — орехи, шишки, семена, ветки)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и классифицировать собранные природные материалы по их видам (листья, ветки, камни и др.);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свой выбор природного материала для выполнения изделий;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</w:tbl>
    <w:p w:rsidR="00AC4943" w:rsidRPr="00F5616B" w:rsidRDefault="00AC4943">
      <w:pPr>
        <w:autoSpaceDE w:val="0"/>
        <w:autoSpaceDN w:val="0"/>
        <w:spacing w:after="0" w:line="14" w:lineRule="exact"/>
        <w:rPr>
          <w:lang w:val="ru-RU"/>
        </w:rPr>
      </w:pPr>
    </w:p>
    <w:p w:rsidR="00AC4943" w:rsidRPr="00F5616B" w:rsidRDefault="00AC4943">
      <w:pPr>
        <w:rPr>
          <w:lang w:val="ru-RU"/>
        </w:rPr>
        <w:sectPr w:rsidR="00AC4943" w:rsidRPr="00F5616B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5428"/>
        <w:gridCol w:w="1080"/>
        <w:gridCol w:w="1382"/>
      </w:tblGrid>
      <w:tr w:rsidR="00AC4943" w:rsidRPr="006562B8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работы с природными материалами: подбор материалов в соответствии с замыслом, 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Отбирать природный материал в соответствии с выполняемым изделием; Называть известные деревья и кустарники, которым принадлежит собранный природный материал;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и классифицировать собранные природные материалы по их форме. Рассуждать о соответствии форм природного материала и известных геометрических форм;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природные материалы по цвету, форме, прочности;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работы с природными материалами;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для подготовки материалов к работе технологии сушки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растений;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изделие с опорой на рисунки и подписи к ним;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практические работы с природными материалами (засушенные листья и др.); изготавливать простые композиции;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Сравнивать композиции по расположению их центра;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центровую композицию по её признакам (расположение композиции на основе);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образцы изделий, понимать поставленную цель, отделять известное от неизвестного;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32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Общее представление о тканях (текстиле), их строении и свойствах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организовывать свою деятельность: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подготавливать рабочее место для работы с текстильными материалами, правильно и рационально размещать инструменты и материалы в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Убирать рабочее место;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Под руководством учителя применять правила безопасной и аккуратной работы ножницами, иглой и др.;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строение иглы, различать виды швейных приспособлений, виды игл, их назначение, различия в конструкциях, применять правила хранения игл и булавок;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виды ниток (швейные, мулине), их назначение;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Швейные инструменты и приспособления (иглы, булавки и др.)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строение иглы, различать виды швейных приспособлений, виды игл, их назначение, различия в конструкциях, применять правила хранения игл и булавок;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Исследовать строение (переплетение нитей) и общие свойства нескольких видов тканей (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сминаемость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прочность), сравнивать виды тканей между собой и с бумагой;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лицевую и изнаночную стороны ткани;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Выбирать виды ниток в зависимости от выполняемых работ и назначения; Отбирать инструменты и приспособления для работы с текстильными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Соблюдать правила безопасной работы иглой и булавками;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</w:tbl>
    <w:p w:rsidR="00AC4943" w:rsidRPr="00F5616B" w:rsidRDefault="00AC4943">
      <w:pPr>
        <w:autoSpaceDE w:val="0"/>
        <w:autoSpaceDN w:val="0"/>
        <w:spacing w:after="0" w:line="14" w:lineRule="exact"/>
        <w:rPr>
          <w:lang w:val="ru-RU"/>
        </w:rPr>
      </w:pPr>
    </w:p>
    <w:p w:rsidR="00AC4943" w:rsidRPr="00F5616B" w:rsidRDefault="00AC4943">
      <w:pPr>
        <w:rPr>
          <w:lang w:val="ru-RU"/>
        </w:rPr>
        <w:sectPr w:rsidR="00AC4943" w:rsidRPr="00F5616B">
          <w:pgSz w:w="16840" w:h="11900"/>
          <w:pgMar w:top="284" w:right="640" w:bottom="10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5428"/>
        <w:gridCol w:w="1080"/>
        <w:gridCol w:w="1382"/>
      </w:tblGrid>
      <w:tr w:rsidR="00AC4943" w:rsidRPr="006562B8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2.17.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Отмеривание и заправка нитки в иголку, строчка прямого стежка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понятия «игла — швейный инструмент», «швейные 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приспособления»,«строчка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«стежок», понимать назначение иглы;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приём осыпания края ткани, выполнять прямую строчку стежков и варианты строчки прямого стежка (перевивы «змейка», «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волна»,«цепочка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»). Понимать назначение изученных строчек (отделка, соединение деталей);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Узнавать, называть, выполнять и выбирать технологические приёмы ручной обработки материалов в зависимости от их свойств;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разметку линии строчки мережкой;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выделение деталей изделия ножницами;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Расходовать экономно ткань и нитки при выполнении изделия;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строчку прямого стежка;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изделия на основе вышивки строчкой прямого стежка; Наблюдать и сравнивать иглы, булавки и другие приспособления по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внешнему виду и их назначению;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0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2.18.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Использование дополнительных отделочных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Обсуждать варианты выполнения работы,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>
        <w:trPr>
          <w:trHeight w:hRule="exact" w:val="348"/>
        </w:trPr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0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</w:tr>
      <w:tr w:rsidR="00AC494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3. КОНСТРУИРОВАНИЕ И МОДЕЛИРОВАНИЕ</w:t>
            </w:r>
          </w:p>
        </w:tc>
      </w:tr>
      <w:tr w:rsidR="00AC4943" w:rsidRPr="006562B8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Простые и объёмные конструкции из разных материалов (пластические массы, бумага, текстиль и др.) и способы их создания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Изготавливать простые и объёмные конструкции из разных материалов (пластические массы, бумага, текстиль и др.), по модели (на плоскости), рисунку;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Общее представление о конструкции изделия; детали и части изделия, их взаимное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расположение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общее представление о конструкции изделия, детали и части изделия, их взаимном расположении в общей конструкции; анализировать конструкции образцов изделий, выделять основные и дополнительные детали конструкции, называть их форму и способ соединения; анализировать конструкцию изделия по рисунку, фотографии, схеме;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2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Способы соединения деталей в изделиях из разных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массы, бумага, текстиль и др.), по модели (на плоскости), рисунку;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0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Образец, анализ конструкции образцов изделий, 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в работе осваиваемые способы соединения деталей в изделиях из разных материалов;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</w:tbl>
    <w:p w:rsidR="00AC4943" w:rsidRPr="00F5616B" w:rsidRDefault="00AC4943">
      <w:pPr>
        <w:autoSpaceDE w:val="0"/>
        <w:autoSpaceDN w:val="0"/>
        <w:spacing w:after="0" w:line="14" w:lineRule="exact"/>
        <w:rPr>
          <w:lang w:val="ru-RU"/>
        </w:rPr>
      </w:pPr>
    </w:p>
    <w:p w:rsidR="00AC4943" w:rsidRPr="00F5616B" w:rsidRDefault="00AC4943">
      <w:pPr>
        <w:rPr>
          <w:lang w:val="ru-RU"/>
        </w:rPr>
        <w:sectPr w:rsidR="00AC4943" w:rsidRPr="00F5616B">
          <w:pgSz w:w="16840" w:h="11900"/>
          <w:pgMar w:top="284" w:right="640" w:bottom="6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4943" w:rsidRPr="00F5616B" w:rsidRDefault="00AC494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566"/>
        <w:gridCol w:w="528"/>
        <w:gridCol w:w="1106"/>
        <w:gridCol w:w="1140"/>
        <w:gridCol w:w="804"/>
        <w:gridCol w:w="5428"/>
        <w:gridCol w:w="1080"/>
        <w:gridCol w:w="1382"/>
      </w:tblGrid>
      <w:tr w:rsidR="00AC4943" w:rsidRPr="006562B8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по модели (на плоскости)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массы, бумага, текстиль и др.), по модели (на плоскости), рисунку;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в работе осваиваемые способы соединения деталей в изделиях из разных материалов;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выполняемого действия 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результата. Элементарное прогнозирование порядка действий в зависимости от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Изготавливать простые и объёмные конструкции из разных материалов (пластические массы, бумага, текстиль и др.), по модели (на плоскости), рисунку;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Использовать в работе осваиваемые способы соединения деталей в изделиях из разных материалов;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>
        <w:trPr>
          <w:trHeight w:hRule="exact" w:val="348"/>
        </w:trPr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0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</w:tr>
      <w:tr w:rsidR="00AC4943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Модуль 4. ИНФОРМАЦИОННО-КОММУНИКАТИВНЫЕ ТЕХНОЛОГИИ</w:t>
            </w:r>
          </w:p>
        </w:tc>
      </w:tr>
      <w:tr w:rsidR="00AC4943" w:rsidRPr="006562B8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Демонстрация учителем готовых материалов на информационных носителях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готовые материалы, представленные учителем на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информационных носителях;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 w:rsidRPr="006562B8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Информация. Виды информации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готовые материалы, представленные учителем на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информационных носителях;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простейшие преобразования информации (например, перевод текстовой информации в рисуночную и/или табличную форму);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Единая коллекция цифровых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образовательных ресурсов</w:t>
            </w:r>
          </w:p>
        </w:tc>
      </w:tr>
      <w:tr w:rsidR="00AC4943">
        <w:trPr>
          <w:trHeight w:hRule="exact" w:val="348"/>
        </w:trPr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</w:tr>
      <w:tr w:rsidR="00AC4943">
        <w:trPr>
          <w:trHeight w:hRule="exact" w:val="328"/>
        </w:trPr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</w:t>
            </w:r>
          </w:p>
        </w:tc>
        <w:tc>
          <w:tcPr>
            <w:tcW w:w="8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</w:tr>
    </w:tbl>
    <w:p w:rsidR="00AC4943" w:rsidRDefault="00AC4943">
      <w:pPr>
        <w:autoSpaceDE w:val="0"/>
        <w:autoSpaceDN w:val="0"/>
        <w:spacing w:after="0" w:line="14" w:lineRule="exact"/>
      </w:pPr>
    </w:p>
    <w:p w:rsidR="00AC4943" w:rsidRDefault="00AC4943">
      <w:pPr>
        <w:sectPr w:rsidR="00AC494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C4943" w:rsidRDefault="00AC4943">
      <w:pPr>
        <w:autoSpaceDE w:val="0"/>
        <w:autoSpaceDN w:val="0"/>
        <w:spacing w:after="78" w:line="220" w:lineRule="exact"/>
      </w:pPr>
    </w:p>
    <w:tbl>
      <w:tblPr>
        <w:tblStyle w:val="aff0"/>
        <w:tblW w:w="439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F5616B" w:rsidRPr="00F5616B" w:rsidTr="00A44026">
        <w:trPr>
          <w:jc w:val="center"/>
        </w:trPr>
        <w:tc>
          <w:tcPr>
            <w:tcW w:w="2500" w:type="pct"/>
          </w:tcPr>
          <w:p w:rsidR="00F5616B" w:rsidRDefault="00F5616B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РАССМОТРЕНА И ПРИНЯТА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Протокол заседания № 1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 МБОУ СОШ № 61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 30.08.2022 г.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Руководитель МО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_______________ Н.А.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Берестовская </w:t>
            </w:r>
          </w:p>
        </w:tc>
        <w:tc>
          <w:tcPr>
            <w:tcW w:w="2500" w:type="pct"/>
          </w:tcPr>
          <w:p w:rsidR="00F5616B" w:rsidRDefault="00F5616B" w:rsidP="00F5616B">
            <w:pPr>
              <w:autoSpaceDE w:val="0"/>
              <w:autoSpaceDN w:val="0"/>
              <w:spacing w:after="320" w:line="23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СОГЛАСОВАНО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 Н.Н. Кипоть</w:t>
            </w:r>
          </w:p>
          <w:p w:rsidR="00F5616B" w:rsidRPr="00F5616B" w:rsidRDefault="00F5616B" w:rsidP="00F5616B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 31.08.2022 г.</w:t>
            </w:r>
          </w:p>
        </w:tc>
      </w:tr>
    </w:tbl>
    <w:p w:rsidR="00F5616B" w:rsidRPr="00F5616B" w:rsidRDefault="00F5616B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AC4943" w:rsidRDefault="00F5616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AC4943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AC4943" w:rsidTr="00441C36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2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43" w:rsidRDefault="00AC4943"/>
        </w:tc>
      </w:tr>
      <w:tr w:rsidR="00AC4943">
        <w:trPr>
          <w:trHeight w:hRule="exact" w:val="35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Природа как источник сырьевых ресурсов и творчества мастеров.</w:t>
            </w:r>
          </w:p>
          <w:p w:rsidR="00AC4943" w:rsidRPr="00F5616B" w:rsidRDefault="00F5616B">
            <w:pPr>
              <w:autoSpaceDE w:val="0"/>
              <w:autoSpaceDN w:val="0"/>
              <w:spacing w:before="70" w:after="0" w:line="278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Красота и разнообразие природных форм, их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передача в изделиях из различных материалов.</w:t>
            </w:r>
          </w:p>
          <w:p w:rsidR="00AC4943" w:rsidRPr="00F5616B" w:rsidRDefault="00F5616B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Наблюдения природы 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фантазия мастера  —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условия создания изделия.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81" w:lineRule="auto"/>
              <w:ind w:left="72" w:right="144"/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понятие об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изучаемых материалах, их происхождении,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разнообразии.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Рабочее место, его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организация в зависимости от вида работы.</w:t>
            </w:r>
          </w:p>
          <w:p w:rsidR="00AC4943" w:rsidRPr="00F5616B" w:rsidRDefault="00F5616B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Рациональное размещение на рабочем месте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материалов 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инструментов.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Профессии родных и знакомых.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100" w:after="0" w:line="271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Профессии, связанные с изучаемыми материалами и производствами.</w:t>
            </w:r>
          </w:p>
          <w:p w:rsidR="00AC4943" w:rsidRDefault="00F5616B">
            <w:pPr>
              <w:autoSpaceDE w:val="0"/>
              <w:autoSpaceDN w:val="0"/>
              <w:spacing w:before="70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Традиции и праздники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народов России, ремёсла, обычаи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конструктивных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особенностей материалов при изготовлении изделий.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технологические операции ручной обработки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материалов: разметка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деталей, выделение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формообразование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деталей, сборка изделия, отделка изделия или его деталей.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разметки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деталей: на глаз и от руки, по шаблону, по линейке  с опорой на рисунки,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графическую инструкцию, простейшую схему.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 w:rsidTr="00441C36">
        <w:trPr>
          <w:trHeight w:hRule="exact" w:val="9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условных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изображений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Рациональная разметка и вырезание нескольких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одинаковых деталей из бумаги.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81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Способы соединения деталей в изделии: с помощью пластилина, клея, скручивание,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сшивание и другое.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Отделка изделия или его деталей (окрашивание, вышивка, аппликация и др.).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Инструменты 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приспособления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(ножницы, линейка, игла, гладилка, стека, шаблон и др.), их правильное,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рациональное 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безопасное использование.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Пластические массы, их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(пластилин, пластика и др.). Приёмы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изготовления изделий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доступной по сложности формы из них.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AC4943" w:rsidRPr="00441C36" w:rsidRDefault="00AC4943" w:rsidP="00441C36">
      <w:pPr>
        <w:sectPr w:rsidR="00AC4943" w:rsidRPr="00441C36">
          <w:pgSz w:w="11900" w:h="16840"/>
          <w:pgMar w:top="298" w:right="650" w:bottom="56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4943" w:rsidRDefault="00AC494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AC4943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Виды бумаги, их свойства.</w:t>
            </w:r>
          </w:p>
          <w:p w:rsidR="00AC4943" w:rsidRPr="00F5616B" w:rsidRDefault="00F5616B">
            <w:pPr>
              <w:autoSpaceDE w:val="0"/>
              <w:autoSpaceDN w:val="0"/>
              <w:spacing w:before="70" w:after="0" w:line="283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Простейшие способы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обработки бумаги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различных видов: сгибание и складывание, </w:t>
            </w:r>
            <w:proofErr w:type="spellStart"/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сминание</w:t>
            </w:r>
            <w:proofErr w:type="spellEnd"/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, обрывание, склеивание и др.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81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Резание бумаги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ножницами. Правила безопасной работы, передачи и хранения ножниц.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Картон.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Виды природных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материалов. Приёмы работы с природными материалами.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(текстиле), их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строении и свойствах.</w:t>
            </w:r>
          </w:p>
          <w:p w:rsidR="00AC4943" w:rsidRPr="00F5616B" w:rsidRDefault="00F5616B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Швейные инструменты и приспособления (иглы, булавки и др.).</w:t>
            </w:r>
          </w:p>
          <w:p w:rsidR="00AC4943" w:rsidRPr="00F5616B" w:rsidRDefault="00F5616B">
            <w:pPr>
              <w:autoSpaceDE w:val="0"/>
              <w:autoSpaceDN w:val="0"/>
              <w:spacing w:before="72" w:after="0" w:line="271" w:lineRule="auto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Отмеривание и заправка нитки в иголку, строчка прямого стежка.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Использование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дополнительных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отделочных материалов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 и способы их создания.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 и способы их создания.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441C36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Простые и объёмные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 разных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материалов  и способы их создания.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AC4943" w:rsidRDefault="00AC4943">
      <w:pPr>
        <w:autoSpaceDE w:val="0"/>
        <w:autoSpaceDN w:val="0"/>
        <w:spacing w:after="0" w:line="14" w:lineRule="exact"/>
      </w:pPr>
    </w:p>
    <w:p w:rsidR="00AC4943" w:rsidRDefault="00AC4943">
      <w:pPr>
        <w:sectPr w:rsidR="00AC4943">
          <w:pgSz w:w="11900" w:h="16840"/>
          <w:pgMar w:top="284" w:right="650" w:bottom="7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4943" w:rsidRDefault="00AC4943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AC4943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конструкции изделия,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детали и части изделия, их взаимное расположение в общей конструкции.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Способы соединения деталей в изделиях из разных материалов.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Образец, анализ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конструкции образцов изделий.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Изготовление изделий по образцу, рисунку.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Конструирование по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модели (на плоскости).</w:t>
            </w:r>
          </w:p>
          <w:p w:rsidR="00AC4943" w:rsidRPr="00F5616B" w:rsidRDefault="00F5616B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Взаимосвязь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выполняемого действия и результата.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Элементарное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прогнозирование порядка действий в зависимости от желаемого/необходимого результата.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Выбор способа работы в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зависимости от требуемого результата/замысла.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AC4943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Pr="00F5616B" w:rsidRDefault="00F5616B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Демонстрация учителем готовых материалов на информационных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носителях.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AC4943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17.05.2023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C4943" w:rsidRDefault="00F5616B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441C36" w:rsidRPr="006562B8" w:rsidTr="006562B8">
        <w:trPr>
          <w:trHeight w:hRule="exact" w:val="17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62" w:lineRule="auto"/>
              <w:ind w:left="72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F5616B">
              <w:rPr>
                <w:lang w:val="ru-RU"/>
              </w:rPr>
              <w:br/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41C36" w:rsidRPr="00441C36" w:rsidTr="00441C36">
        <w:trPr>
          <w:trHeight w:hRule="exact" w:val="816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Default="00441C36" w:rsidP="00441C3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41C36" w:rsidRPr="00F5616B" w:rsidRDefault="00441C36" w:rsidP="00441C36">
            <w:pPr>
              <w:autoSpaceDE w:val="0"/>
              <w:autoSpaceDN w:val="0"/>
              <w:spacing w:before="98" w:after="0" w:line="281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</w:p>
        </w:tc>
      </w:tr>
    </w:tbl>
    <w:p w:rsidR="00AC4943" w:rsidRPr="00441C36" w:rsidRDefault="00AC4943">
      <w:pPr>
        <w:autoSpaceDE w:val="0"/>
        <w:autoSpaceDN w:val="0"/>
        <w:spacing w:after="0" w:line="14" w:lineRule="exact"/>
        <w:rPr>
          <w:lang w:val="ru-RU"/>
        </w:rPr>
      </w:pPr>
    </w:p>
    <w:p w:rsidR="00AC4943" w:rsidRPr="00441C36" w:rsidRDefault="00AC4943">
      <w:pPr>
        <w:rPr>
          <w:lang w:val="ru-RU"/>
        </w:rPr>
        <w:sectPr w:rsidR="00AC4943" w:rsidRPr="00441C36">
          <w:pgSz w:w="11900" w:h="16840"/>
          <w:pgMar w:top="284" w:right="650" w:bottom="962" w:left="666" w:header="720" w:footer="720" w:gutter="0"/>
          <w:cols w:space="720" w:equalWidth="0">
            <w:col w:w="10584" w:space="0"/>
          </w:cols>
          <w:docGrid w:linePitch="360"/>
        </w:sectPr>
      </w:pPr>
      <w:bookmarkStart w:id="0" w:name="_GoBack"/>
      <w:bookmarkEnd w:id="0"/>
    </w:p>
    <w:p w:rsidR="00AC4943" w:rsidRDefault="00AC4943">
      <w:pPr>
        <w:autoSpaceDE w:val="0"/>
        <w:autoSpaceDN w:val="0"/>
        <w:spacing w:after="78" w:line="220" w:lineRule="exact"/>
      </w:pPr>
    </w:p>
    <w:p w:rsidR="00AC4943" w:rsidRPr="00441C36" w:rsidRDefault="00F5616B">
      <w:pPr>
        <w:autoSpaceDE w:val="0"/>
        <w:autoSpaceDN w:val="0"/>
        <w:spacing w:after="0" w:line="230" w:lineRule="auto"/>
        <w:rPr>
          <w:lang w:val="ru-RU"/>
        </w:rPr>
      </w:pPr>
      <w:r w:rsidRPr="00441C3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AC4943" w:rsidRPr="00441C36" w:rsidRDefault="00F5616B">
      <w:pPr>
        <w:autoSpaceDE w:val="0"/>
        <w:autoSpaceDN w:val="0"/>
        <w:spacing w:before="346" w:after="0" w:line="230" w:lineRule="auto"/>
        <w:rPr>
          <w:lang w:val="ru-RU"/>
        </w:rPr>
      </w:pPr>
      <w:r w:rsidRPr="00441C36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AC4943" w:rsidRPr="00F5616B" w:rsidRDefault="00F5616B">
      <w:pPr>
        <w:autoSpaceDE w:val="0"/>
        <w:autoSpaceDN w:val="0"/>
        <w:spacing w:before="166" w:after="0" w:line="262" w:lineRule="auto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Технология, 1 класс/</w:t>
      </w: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Е.А., Зуева Т.П., Акционерное общество «Издательство «Просвещение»; Введите свой вариант:</w:t>
      </w:r>
    </w:p>
    <w:p w:rsidR="00AC4943" w:rsidRPr="00F5616B" w:rsidRDefault="00F5616B">
      <w:pPr>
        <w:autoSpaceDE w:val="0"/>
        <w:autoSpaceDN w:val="0"/>
        <w:spacing w:before="262" w:after="0" w:line="230" w:lineRule="auto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C4943" w:rsidRPr="00F5616B" w:rsidRDefault="00F5616B">
      <w:pPr>
        <w:autoSpaceDE w:val="0"/>
        <w:autoSpaceDN w:val="0"/>
        <w:spacing w:before="166" w:after="0" w:line="262" w:lineRule="auto"/>
        <w:rPr>
          <w:lang w:val="ru-RU"/>
        </w:rPr>
      </w:pPr>
      <w:proofErr w:type="spellStart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Лутцева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Е. А., Зуева Т. П. Технология. Методическое пособие с поурочными разработками. 1 класс. –М.: Просвещение, 2016г.</w:t>
      </w:r>
    </w:p>
    <w:p w:rsidR="00AC4943" w:rsidRPr="00F5616B" w:rsidRDefault="00F5616B">
      <w:pPr>
        <w:autoSpaceDE w:val="0"/>
        <w:autoSpaceDN w:val="0"/>
        <w:spacing w:before="70" w:after="0" w:line="286" w:lineRule="auto"/>
        <w:ind w:right="1152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1. «Единое окно доступа к образовательным ресурсам»-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windows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2. «Единая коллекция цифровых образовательных ресурсов» 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collektion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3. «Федеральный центр информационных образовательных ресурсов» -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fcior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eor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4. Каталог образовательных ресурсов сети Интернет для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katalog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 5. Библиотека материалов для начальной школы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nachalka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biblioteka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6.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е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todkabinet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 информационно-методический кабинет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metodkabinet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/ 7. Каталог образовательных ресурсов сети «Интернет»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iot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8. Российский 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9. Портал «Российское образование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</w:p>
    <w:p w:rsidR="00AC4943" w:rsidRPr="00F5616B" w:rsidRDefault="00F5616B">
      <w:pPr>
        <w:autoSpaceDE w:val="0"/>
        <w:autoSpaceDN w:val="0"/>
        <w:spacing w:before="262" w:after="0" w:line="230" w:lineRule="auto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C4943" w:rsidRPr="00F5616B" w:rsidRDefault="00F5616B">
      <w:pPr>
        <w:autoSpaceDE w:val="0"/>
        <w:autoSpaceDN w:val="0"/>
        <w:spacing w:before="166" w:after="0" w:line="230" w:lineRule="auto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Единая коллекция цифровых образовательных ресурсов.</w:t>
      </w:r>
    </w:p>
    <w:p w:rsidR="00AC4943" w:rsidRPr="00F5616B" w:rsidRDefault="00F5616B">
      <w:pPr>
        <w:autoSpaceDE w:val="0"/>
        <w:autoSpaceDN w:val="0"/>
        <w:spacing w:before="406" w:after="0" w:line="281" w:lineRule="auto"/>
        <w:ind w:right="38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39.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klassnye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resursy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5616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uchportal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/47-2-2 </w:t>
      </w:r>
      <w:r w:rsidRPr="00F5616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5616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um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razum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load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uchebnye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prezentacii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nachalnaja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shkola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/18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internet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chgk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info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5616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vbg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/~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kvint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</w:t>
      </w:r>
      <w:proofErr w:type="spellEnd"/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htm</w:t>
      </w:r>
      <w:proofErr w:type="spellEnd"/>
    </w:p>
    <w:p w:rsidR="00AC4943" w:rsidRPr="00F5616B" w:rsidRDefault="00AC4943">
      <w:pPr>
        <w:rPr>
          <w:lang w:val="ru-RU"/>
        </w:rPr>
        <w:sectPr w:rsidR="00AC4943" w:rsidRPr="00F5616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C4943" w:rsidRPr="00F5616B" w:rsidRDefault="00F5616B" w:rsidP="00441C36">
      <w:pPr>
        <w:autoSpaceDE w:val="0"/>
        <w:autoSpaceDN w:val="0"/>
        <w:spacing w:after="0" w:line="230" w:lineRule="auto"/>
        <w:ind w:left="-851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</w:t>
      </w:r>
    </w:p>
    <w:p w:rsidR="00AC4943" w:rsidRPr="00F5616B" w:rsidRDefault="00F5616B" w:rsidP="00441C36">
      <w:pPr>
        <w:autoSpaceDE w:val="0"/>
        <w:autoSpaceDN w:val="0"/>
        <w:spacing w:before="346" w:after="0" w:line="230" w:lineRule="auto"/>
        <w:ind w:left="-851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AC4943" w:rsidRPr="00F5616B" w:rsidRDefault="00F5616B" w:rsidP="00441C36">
      <w:pPr>
        <w:autoSpaceDE w:val="0"/>
        <w:autoSpaceDN w:val="0"/>
        <w:spacing w:before="166" w:after="0" w:line="271" w:lineRule="auto"/>
        <w:ind w:left="-851" w:right="8064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1. Интерактивная доска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2. Компьютер педагога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3. Проектор</w:t>
      </w:r>
    </w:p>
    <w:p w:rsidR="00AC4943" w:rsidRPr="00F5616B" w:rsidRDefault="00F5616B" w:rsidP="00441C36">
      <w:pPr>
        <w:autoSpaceDE w:val="0"/>
        <w:autoSpaceDN w:val="0"/>
        <w:spacing w:before="262" w:after="0" w:line="230" w:lineRule="auto"/>
        <w:ind w:left="-851"/>
        <w:rPr>
          <w:lang w:val="ru-RU"/>
        </w:rPr>
      </w:pPr>
      <w:r w:rsidRPr="00F5616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AC4943" w:rsidRPr="00F5616B" w:rsidRDefault="00F5616B" w:rsidP="00441C36">
      <w:pPr>
        <w:autoSpaceDE w:val="0"/>
        <w:autoSpaceDN w:val="0"/>
        <w:spacing w:before="166" w:after="0" w:line="271" w:lineRule="auto"/>
        <w:ind w:left="-851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 xml:space="preserve">1.Набор инструментов для работы с различными материалами в соответствии с программой обучения. 2.Наборы цветной бумаги, цветного и белого картона. </w:t>
      </w:r>
      <w:r w:rsidRPr="00F5616B">
        <w:rPr>
          <w:lang w:val="ru-RU"/>
        </w:rPr>
        <w:br/>
      </w: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3.Заготовки природного материала.</w:t>
      </w:r>
    </w:p>
    <w:p w:rsidR="00AC4943" w:rsidRPr="00F5616B" w:rsidRDefault="00F5616B" w:rsidP="00441C36">
      <w:pPr>
        <w:autoSpaceDE w:val="0"/>
        <w:autoSpaceDN w:val="0"/>
        <w:spacing w:before="72" w:after="0" w:line="230" w:lineRule="auto"/>
        <w:ind w:left="-851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4.Альбомы.</w:t>
      </w:r>
    </w:p>
    <w:p w:rsidR="00AC4943" w:rsidRPr="00F5616B" w:rsidRDefault="00F5616B" w:rsidP="00441C36">
      <w:pPr>
        <w:autoSpaceDE w:val="0"/>
        <w:autoSpaceDN w:val="0"/>
        <w:spacing w:before="70" w:after="0" w:line="230" w:lineRule="auto"/>
        <w:ind w:left="-851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5.Гуашь, акварельные краски.</w:t>
      </w:r>
    </w:p>
    <w:p w:rsidR="00AC4943" w:rsidRPr="00F5616B" w:rsidRDefault="00F5616B" w:rsidP="00441C36">
      <w:pPr>
        <w:autoSpaceDE w:val="0"/>
        <w:autoSpaceDN w:val="0"/>
        <w:spacing w:before="70" w:after="0" w:line="230" w:lineRule="auto"/>
        <w:ind w:left="-851"/>
        <w:rPr>
          <w:lang w:val="ru-RU"/>
        </w:rPr>
      </w:pPr>
      <w:r w:rsidRPr="00F5616B">
        <w:rPr>
          <w:rFonts w:ascii="Times New Roman" w:eastAsia="Times New Roman" w:hAnsi="Times New Roman"/>
          <w:color w:val="000000"/>
          <w:sz w:val="24"/>
          <w:lang w:val="ru-RU"/>
        </w:rPr>
        <w:t>6.Цветные карандаши, фломастеры, кисти.</w:t>
      </w:r>
    </w:p>
    <w:p w:rsidR="00AC4943" w:rsidRDefault="00F5616B" w:rsidP="00441C36">
      <w:pPr>
        <w:autoSpaceDE w:val="0"/>
        <w:autoSpaceDN w:val="0"/>
        <w:spacing w:before="70" w:after="0" w:line="230" w:lineRule="auto"/>
        <w:ind w:left="-851"/>
      </w:pPr>
      <w:r>
        <w:rPr>
          <w:rFonts w:ascii="Times New Roman" w:eastAsia="Times New Roman" w:hAnsi="Times New Roman"/>
          <w:color w:val="000000"/>
          <w:sz w:val="24"/>
        </w:rPr>
        <w:t>7. Пластилин, стеки.</w:t>
      </w:r>
    </w:p>
    <w:p w:rsidR="00AC4943" w:rsidRDefault="00F5616B" w:rsidP="00441C36">
      <w:pPr>
        <w:autoSpaceDE w:val="0"/>
        <w:autoSpaceDN w:val="0"/>
        <w:spacing w:before="70" w:after="0" w:line="230" w:lineRule="auto"/>
        <w:ind w:left="-851"/>
      </w:pPr>
      <w:r>
        <w:rPr>
          <w:rFonts w:ascii="Times New Roman" w:eastAsia="Times New Roman" w:hAnsi="Times New Roman"/>
          <w:color w:val="000000"/>
          <w:sz w:val="24"/>
        </w:rPr>
        <w:t>8.Клей.</w:t>
      </w:r>
    </w:p>
    <w:p w:rsidR="00AC4943" w:rsidRDefault="00F5616B" w:rsidP="00441C36">
      <w:pPr>
        <w:autoSpaceDE w:val="0"/>
        <w:autoSpaceDN w:val="0"/>
        <w:spacing w:before="70" w:after="0" w:line="230" w:lineRule="auto"/>
        <w:ind w:left="-851"/>
      </w:pPr>
      <w:r>
        <w:rPr>
          <w:rFonts w:ascii="Times New Roman" w:eastAsia="Times New Roman" w:hAnsi="Times New Roman"/>
          <w:color w:val="000000"/>
          <w:sz w:val="24"/>
        </w:rPr>
        <w:t>9.Ножницы.</w:t>
      </w:r>
    </w:p>
    <w:p w:rsidR="00F5616B" w:rsidRDefault="00F5616B"/>
    <w:sectPr w:rsidR="00F5616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1C36"/>
    <w:rsid w:val="006562B8"/>
    <w:rsid w:val="00A44026"/>
    <w:rsid w:val="00AA1D8D"/>
    <w:rsid w:val="00AC4943"/>
    <w:rsid w:val="00B47730"/>
    <w:rsid w:val="00CB0664"/>
    <w:rsid w:val="00F561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71D61E4-AF68-485B-B892-EEC41FB16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6A57ED-CD53-4332-B7B6-509F85B4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7223</Words>
  <Characters>41173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2022-10-18T15:23:00Z</dcterms:modified>
  <cp:category/>
</cp:coreProperties>
</file>