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72F2" w:rsidRDefault="008D72F2">
      <w:pPr>
        <w:autoSpaceDE w:val="0"/>
        <w:autoSpaceDN w:val="0"/>
        <w:spacing w:after="78" w:line="220" w:lineRule="exact"/>
      </w:pPr>
    </w:p>
    <w:p w:rsidR="008D72F2" w:rsidRPr="009D1CFD" w:rsidRDefault="00953D61">
      <w:pPr>
        <w:autoSpaceDE w:val="0"/>
        <w:autoSpaceDN w:val="0"/>
        <w:spacing w:after="0" w:line="230" w:lineRule="auto"/>
        <w:ind w:left="792"/>
        <w:rPr>
          <w:lang w:val="ru-RU"/>
        </w:rPr>
      </w:pPr>
      <w:r w:rsidRPr="009D1CFD">
        <w:rPr>
          <w:rFonts w:ascii="Times New Roman" w:eastAsia="Times New Roman" w:hAnsi="Times New Roman"/>
          <w:b/>
          <w:color w:val="000000"/>
          <w:sz w:val="24"/>
          <w:lang w:val="ru-RU"/>
        </w:rPr>
        <w:t>МИНИСТЕРСТВО ПРОСВЕЩЕНИЯ РОССИЙСКОЙ ФЕДЕРАЦИИ</w:t>
      </w:r>
    </w:p>
    <w:p w:rsidR="008D72F2" w:rsidRPr="009D1CFD" w:rsidRDefault="00953D61">
      <w:pPr>
        <w:autoSpaceDE w:val="0"/>
        <w:autoSpaceDN w:val="0"/>
        <w:spacing w:before="670" w:after="0" w:line="230" w:lineRule="auto"/>
        <w:ind w:left="600"/>
        <w:rPr>
          <w:lang w:val="ru-RU"/>
        </w:rPr>
      </w:pP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>Министерство общего и профессионального образования Ростовской области</w:t>
      </w:r>
    </w:p>
    <w:p w:rsidR="008D72F2" w:rsidRPr="009D1CFD" w:rsidRDefault="00953D61">
      <w:pPr>
        <w:autoSpaceDE w:val="0"/>
        <w:autoSpaceDN w:val="0"/>
        <w:spacing w:before="670" w:after="0" w:line="230" w:lineRule="auto"/>
        <w:ind w:left="1614"/>
        <w:rPr>
          <w:lang w:val="ru-RU"/>
        </w:rPr>
      </w:pP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>Отдел образования Администрации Октябрьского района</w:t>
      </w:r>
    </w:p>
    <w:p w:rsidR="008D72F2" w:rsidRPr="009D1CFD" w:rsidRDefault="00953D61">
      <w:pPr>
        <w:autoSpaceDE w:val="0"/>
        <w:autoSpaceDN w:val="0"/>
        <w:spacing w:before="670" w:after="0" w:line="230" w:lineRule="auto"/>
        <w:ind w:right="4034"/>
        <w:jc w:val="right"/>
        <w:rPr>
          <w:lang w:val="ru-RU"/>
        </w:rPr>
      </w:pP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>МБОУ СОШ № 61</w:t>
      </w:r>
    </w:p>
    <w:p w:rsidR="008D72F2" w:rsidRPr="009D1CFD" w:rsidRDefault="00953D61">
      <w:pPr>
        <w:autoSpaceDE w:val="0"/>
        <w:autoSpaceDN w:val="0"/>
        <w:spacing w:before="1436" w:after="0" w:line="230" w:lineRule="auto"/>
        <w:ind w:right="2014"/>
        <w:jc w:val="right"/>
        <w:rPr>
          <w:lang w:val="ru-RU"/>
        </w:rPr>
      </w:pPr>
      <w:r w:rsidRPr="009D1CFD">
        <w:rPr>
          <w:rFonts w:ascii="Times New Roman" w:eastAsia="Times New Roman" w:hAnsi="Times New Roman"/>
          <w:color w:val="000000"/>
          <w:w w:val="102"/>
          <w:sz w:val="20"/>
          <w:lang w:val="ru-RU"/>
        </w:rPr>
        <w:t>УТВЕРЖЕНО</w:t>
      </w:r>
    </w:p>
    <w:p w:rsidR="008D72F2" w:rsidRPr="009D1CFD" w:rsidRDefault="00953D61">
      <w:pPr>
        <w:autoSpaceDE w:val="0"/>
        <w:autoSpaceDN w:val="0"/>
        <w:spacing w:after="0" w:line="230" w:lineRule="auto"/>
        <w:ind w:right="744"/>
        <w:jc w:val="right"/>
        <w:rPr>
          <w:lang w:val="ru-RU"/>
        </w:rPr>
      </w:pPr>
      <w:r w:rsidRPr="009D1CFD">
        <w:rPr>
          <w:rFonts w:ascii="Times New Roman" w:eastAsia="Times New Roman" w:hAnsi="Times New Roman"/>
          <w:color w:val="000000"/>
          <w:w w:val="102"/>
          <w:sz w:val="20"/>
          <w:lang w:val="ru-RU"/>
        </w:rPr>
        <w:t>Директор МБОУ СОШ № 61</w:t>
      </w:r>
    </w:p>
    <w:p w:rsidR="008D72F2" w:rsidRPr="009D1CFD" w:rsidRDefault="00953D61">
      <w:pPr>
        <w:autoSpaceDE w:val="0"/>
        <w:autoSpaceDN w:val="0"/>
        <w:spacing w:before="182" w:after="0" w:line="230" w:lineRule="auto"/>
        <w:ind w:right="508"/>
        <w:jc w:val="right"/>
        <w:rPr>
          <w:lang w:val="ru-RU"/>
        </w:rPr>
      </w:pPr>
      <w:r w:rsidRPr="009D1CFD">
        <w:rPr>
          <w:rFonts w:ascii="Times New Roman" w:eastAsia="Times New Roman" w:hAnsi="Times New Roman"/>
          <w:color w:val="000000"/>
          <w:w w:val="102"/>
          <w:sz w:val="20"/>
          <w:lang w:val="ru-RU"/>
        </w:rPr>
        <w:t>______________Табаровец Е.В.</w:t>
      </w:r>
    </w:p>
    <w:p w:rsidR="008D72F2" w:rsidRPr="009D1CFD" w:rsidRDefault="00953D61">
      <w:pPr>
        <w:autoSpaceDE w:val="0"/>
        <w:autoSpaceDN w:val="0"/>
        <w:spacing w:before="182" w:after="0" w:line="230" w:lineRule="auto"/>
        <w:ind w:right="2088"/>
        <w:jc w:val="right"/>
        <w:rPr>
          <w:lang w:val="ru-RU"/>
        </w:rPr>
      </w:pPr>
      <w:r w:rsidRPr="009D1CFD">
        <w:rPr>
          <w:rFonts w:ascii="Times New Roman" w:eastAsia="Times New Roman" w:hAnsi="Times New Roman"/>
          <w:color w:val="000000"/>
          <w:w w:val="102"/>
          <w:sz w:val="20"/>
          <w:lang w:val="ru-RU"/>
        </w:rPr>
        <w:t>Приказ №136</w:t>
      </w:r>
    </w:p>
    <w:p w:rsidR="008D72F2" w:rsidRPr="009D1CFD" w:rsidRDefault="00953D61">
      <w:pPr>
        <w:autoSpaceDE w:val="0"/>
        <w:autoSpaceDN w:val="0"/>
        <w:spacing w:before="182" w:after="0" w:line="230" w:lineRule="auto"/>
        <w:ind w:right="1248"/>
        <w:jc w:val="right"/>
        <w:rPr>
          <w:lang w:val="ru-RU"/>
        </w:rPr>
      </w:pPr>
      <w:r w:rsidRPr="009D1CFD">
        <w:rPr>
          <w:rFonts w:ascii="Times New Roman" w:eastAsia="Times New Roman" w:hAnsi="Times New Roman"/>
          <w:color w:val="000000"/>
          <w:w w:val="102"/>
          <w:sz w:val="20"/>
          <w:lang w:val="ru-RU"/>
        </w:rPr>
        <w:t xml:space="preserve">от "31" </w:t>
      </w:r>
      <w:r w:rsidR="00183123" w:rsidRPr="009D1CFD">
        <w:rPr>
          <w:rFonts w:ascii="Times New Roman" w:eastAsia="Times New Roman" w:hAnsi="Times New Roman"/>
          <w:color w:val="000000"/>
          <w:w w:val="102"/>
          <w:sz w:val="20"/>
          <w:lang w:val="ru-RU"/>
        </w:rPr>
        <w:t>августа 2022</w:t>
      </w:r>
      <w:r w:rsidRPr="009D1CFD">
        <w:rPr>
          <w:rFonts w:ascii="Times New Roman" w:eastAsia="Times New Roman" w:hAnsi="Times New Roman"/>
          <w:color w:val="000000"/>
          <w:w w:val="102"/>
          <w:sz w:val="20"/>
          <w:lang w:val="ru-RU"/>
        </w:rPr>
        <w:t xml:space="preserve"> г.</w:t>
      </w:r>
    </w:p>
    <w:p w:rsidR="008D72F2" w:rsidRPr="009D1CFD" w:rsidRDefault="00953D61">
      <w:pPr>
        <w:autoSpaceDE w:val="0"/>
        <w:autoSpaceDN w:val="0"/>
        <w:spacing w:before="1038" w:after="0" w:line="230" w:lineRule="auto"/>
        <w:ind w:right="3650"/>
        <w:jc w:val="right"/>
        <w:rPr>
          <w:lang w:val="ru-RU"/>
        </w:rPr>
      </w:pPr>
      <w:r w:rsidRPr="009D1CFD">
        <w:rPr>
          <w:rFonts w:ascii="Times New Roman" w:eastAsia="Times New Roman" w:hAnsi="Times New Roman"/>
          <w:b/>
          <w:color w:val="000000"/>
          <w:sz w:val="24"/>
          <w:lang w:val="ru-RU"/>
        </w:rPr>
        <w:t>РАБОЧАЯ ПРОГРАММА</w:t>
      </w:r>
    </w:p>
    <w:p w:rsidR="008D72F2" w:rsidRPr="009D1CFD" w:rsidRDefault="00953D61">
      <w:pPr>
        <w:autoSpaceDE w:val="0"/>
        <w:autoSpaceDN w:val="0"/>
        <w:spacing w:before="70" w:after="0" w:line="230" w:lineRule="auto"/>
        <w:ind w:right="4422"/>
        <w:jc w:val="right"/>
        <w:rPr>
          <w:lang w:val="ru-RU"/>
        </w:rPr>
      </w:pPr>
      <w:r w:rsidRPr="009D1CFD">
        <w:rPr>
          <w:rFonts w:ascii="Times New Roman" w:eastAsia="Times New Roman" w:hAnsi="Times New Roman"/>
          <w:b/>
          <w:color w:val="000000"/>
          <w:sz w:val="24"/>
          <w:lang w:val="ru-RU"/>
        </w:rPr>
        <w:t>(</w:t>
      </w:r>
      <w:r>
        <w:rPr>
          <w:rFonts w:ascii="Times New Roman" w:eastAsia="Times New Roman" w:hAnsi="Times New Roman"/>
          <w:b/>
          <w:color w:val="000000"/>
          <w:sz w:val="24"/>
        </w:rPr>
        <w:t>ID</w:t>
      </w:r>
      <w:r w:rsidRPr="009D1CF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1058113)</w:t>
      </w:r>
    </w:p>
    <w:p w:rsidR="008D72F2" w:rsidRPr="009D1CFD" w:rsidRDefault="00953D61">
      <w:pPr>
        <w:autoSpaceDE w:val="0"/>
        <w:autoSpaceDN w:val="0"/>
        <w:spacing w:before="166" w:after="0" w:line="230" w:lineRule="auto"/>
        <w:ind w:right="4022"/>
        <w:jc w:val="right"/>
        <w:rPr>
          <w:lang w:val="ru-RU"/>
        </w:rPr>
      </w:pP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>учебного предмета</w:t>
      </w:r>
    </w:p>
    <w:p w:rsidR="008D72F2" w:rsidRPr="009D1CFD" w:rsidRDefault="00953D61">
      <w:pPr>
        <w:autoSpaceDE w:val="0"/>
        <w:autoSpaceDN w:val="0"/>
        <w:spacing w:before="70" w:after="0" w:line="230" w:lineRule="auto"/>
        <w:ind w:right="4468"/>
        <w:jc w:val="right"/>
        <w:rPr>
          <w:lang w:val="ru-RU"/>
        </w:rPr>
      </w:pP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>«Музыка»</w:t>
      </w:r>
    </w:p>
    <w:p w:rsidR="008D72F2" w:rsidRPr="009D1CFD" w:rsidRDefault="00953D61">
      <w:pPr>
        <w:autoSpaceDE w:val="0"/>
        <w:autoSpaceDN w:val="0"/>
        <w:spacing w:before="670" w:after="0" w:line="230" w:lineRule="auto"/>
        <w:ind w:left="2292"/>
        <w:rPr>
          <w:lang w:val="ru-RU"/>
        </w:rPr>
      </w:pP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>для 1 класса начального общего образования</w:t>
      </w:r>
    </w:p>
    <w:p w:rsidR="008D72F2" w:rsidRPr="009D1CFD" w:rsidRDefault="00953D61">
      <w:pPr>
        <w:autoSpaceDE w:val="0"/>
        <w:autoSpaceDN w:val="0"/>
        <w:spacing w:before="70" w:after="0" w:line="230" w:lineRule="auto"/>
        <w:ind w:right="3620"/>
        <w:jc w:val="right"/>
        <w:rPr>
          <w:lang w:val="ru-RU"/>
        </w:rPr>
      </w:pP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>на 2022-</w:t>
      </w:r>
      <w:r w:rsidR="00183123" w:rsidRPr="009D1CFD">
        <w:rPr>
          <w:rFonts w:ascii="Times New Roman" w:eastAsia="Times New Roman" w:hAnsi="Times New Roman"/>
          <w:color w:val="000000"/>
          <w:sz w:val="24"/>
          <w:lang w:val="ru-RU"/>
        </w:rPr>
        <w:t>2023 учебный</w:t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 xml:space="preserve"> год</w:t>
      </w:r>
    </w:p>
    <w:p w:rsidR="008D72F2" w:rsidRPr="009D1CFD" w:rsidRDefault="00953D61">
      <w:pPr>
        <w:autoSpaceDE w:val="0"/>
        <w:autoSpaceDN w:val="0"/>
        <w:spacing w:before="2112" w:after="0" w:line="230" w:lineRule="auto"/>
        <w:ind w:right="20"/>
        <w:jc w:val="right"/>
        <w:rPr>
          <w:lang w:val="ru-RU"/>
        </w:rPr>
      </w:pP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>Составитель: Ткаченко Наталья Викторовна</w:t>
      </w:r>
    </w:p>
    <w:p w:rsidR="008D72F2" w:rsidRPr="009D1CFD" w:rsidRDefault="00953D61">
      <w:pPr>
        <w:autoSpaceDE w:val="0"/>
        <w:autoSpaceDN w:val="0"/>
        <w:spacing w:before="70" w:after="0" w:line="230" w:lineRule="auto"/>
        <w:ind w:right="30"/>
        <w:jc w:val="right"/>
        <w:rPr>
          <w:lang w:val="ru-RU"/>
        </w:rPr>
      </w:pP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>учитель начальных классов</w:t>
      </w:r>
    </w:p>
    <w:p w:rsidR="008D72F2" w:rsidRPr="009D1CFD" w:rsidRDefault="00953D61">
      <w:pPr>
        <w:autoSpaceDE w:val="0"/>
        <w:autoSpaceDN w:val="0"/>
        <w:spacing w:before="2830" w:after="0" w:line="230" w:lineRule="auto"/>
        <w:ind w:right="3834"/>
        <w:jc w:val="right"/>
        <w:rPr>
          <w:lang w:val="ru-RU"/>
        </w:rPr>
      </w:pP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>п. Персиановский 2022</w:t>
      </w:r>
    </w:p>
    <w:p w:rsidR="008D72F2" w:rsidRPr="009D1CFD" w:rsidRDefault="008D72F2">
      <w:pPr>
        <w:autoSpaceDE w:val="0"/>
        <w:autoSpaceDN w:val="0"/>
        <w:spacing w:after="78" w:line="220" w:lineRule="exact"/>
        <w:rPr>
          <w:lang w:val="ru-RU"/>
        </w:rPr>
      </w:pPr>
    </w:p>
    <w:p w:rsidR="00C83C38" w:rsidRDefault="00C83C38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8D72F2" w:rsidRPr="009D1CFD" w:rsidRDefault="00953D61">
      <w:pPr>
        <w:autoSpaceDE w:val="0"/>
        <w:autoSpaceDN w:val="0"/>
        <w:spacing w:after="0" w:line="230" w:lineRule="auto"/>
        <w:rPr>
          <w:lang w:val="ru-RU"/>
        </w:rPr>
      </w:pPr>
      <w:r w:rsidRPr="009D1CFD">
        <w:rPr>
          <w:rFonts w:ascii="Times New Roman" w:eastAsia="Times New Roman" w:hAnsi="Times New Roman"/>
          <w:b/>
          <w:color w:val="000000"/>
          <w:sz w:val="24"/>
          <w:lang w:val="ru-RU"/>
        </w:rPr>
        <w:t>ПОЯСНИТЕЛЬНАЯ ЗАПИСКА</w:t>
      </w:r>
    </w:p>
    <w:p w:rsidR="008D72F2" w:rsidRPr="009D1CFD" w:rsidRDefault="00953D61">
      <w:pPr>
        <w:autoSpaceDE w:val="0"/>
        <w:autoSpaceDN w:val="0"/>
        <w:spacing w:before="346" w:after="0" w:line="286" w:lineRule="auto"/>
        <w:ind w:firstLine="180"/>
        <w:rPr>
          <w:lang w:val="ru-RU"/>
        </w:rPr>
      </w:pP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 xml:space="preserve">Рабочая программа по музыке на уровне 1 класса начального общего образования составлена на основе «Требований к результатам освоения основной образовательной программы», представленных в Федеральном государственном образовательном стандарте начального общего образования, с учётом распределённых по модулям проверяемых требований к результатам освоения основной образовательной программы начального общего образования, а также на основе характеристики планируемых результатов духовно-нравственного развития, воспитания и социализации </w:t>
      </w:r>
      <w:r w:rsidRPr="009D1CFD">
        <w:rPr>
          <w:lang w:val="ru-RU"/>
        </w:rPr>
        <w:br/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>обучающихся, представленной в Примерной про-грамме воспитания (одобрено решением ФУМО от 02.06.2020). Программа разработана с учётом актуальных целей и задач обучения и воспитания, развития обучающихся и условий, необходимых для достижения личностных, метапредметных и предметных результатов при освоении предметной области «Искусство» (Музыка).</w:t>
      </w:r>
    </w:p>
    <w:p w:rsidR="008D72F2" w:rsidRPr="009D1CFD" w:rsidRDefault="00953D61">
      <w:pPr>
        <w:autoSpaceDE w:val="0"/>
        <w:autoSpaceDN w:val="0"/>
        <w:spacing w:before="262" w:after="0" w:line="230" w:lineRule="auto"/>
        <w:rPr>
          <w:lang w:val="ru-RU"/>
        </w:rPr>
      </w:pPr>
      <w:r w:rsidRPr="009D1CFD">
        <w:rPr>
          <w:rFonts w:ascii="Times New Roman" w:eastAsia="Times New Roman" w:hAnsi="Times New Roman"/>
          <w:b/>
          <w:color w:val="000000"/>
          <w:sz w:val="24"/>
          <w:lang w:val="ru-RU"/>
        </w:rPr>
        <w:t>ОБЩАЯ ХАРАКТЕРИСТИКА УЧЕБНОГО ПРЕДМЕТА «МУЗЫКА»</w:t>
      </w:r>
    </w:p>
    <w:p w:rsidR="008D72F2" w:rsidRPr="009D1CFD" w:rsidRDefault="00953D61">
      <w:pPr>
        <w:autoSpaceDE w:val="0"/>
        <w:autoSpaceDN w:val="0"/>
        <w:spacing w:before="166" w:after="0" w:line="271" w:lineRule="auto"/>
        <w:ind w:right="576" w:firstLine="180"/>
        <w:rPr>
          <w:lang w:val="ru-RU"/>
        </w:rPr>
      </w:pP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>Музыка является неотъемлемой частью культурного наследия, универсальным способом коммуникации. Особенно важна музыка для становления личности младшего школьника — как способ, форма и опыт самовыражения и естественного радостного мировосприятия.</w:t>
      </w:r>
    </w:p>
    <w:p w:rsidR="008D72F2" w:rsidRPr="009D1CFD" w:rsidRDefault="00953D61">
      <w:pPr>
        <w:autoSpaceDE w:val="0"/>
        <w:autoSpaceDN w:val="0"/>
        <w:spacing w:before="70" w:after="0" w:line="286" w:lineRule="auto"/>
        <w:ind w:firstLine="180"/>
        <w:rPr>
          <w:lang w:val="ru-RU"/>
        </w:rPr>
      </w:pP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 xml:space="preserve">В течение периода начального общего музыкального образования необходимо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Поэтому в содержании образования должны быть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др.). При этом наиболее эффективной формой освоения музыкального искусства является практическое </w:t>
      </w:r>
      <w:proofErr w:type="spellStart"/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>музицирование</w:t>
      </w:r>
      <w:proofErr w:type="spellEnd"/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 xml:space="preserve"> — пение, игра на доступных музыкальных инструментах, различные формы музыкального движения. В ходе активной </w:t>
      </w:r>
      <w:r w:rsidRPr="009D1CFD">
        <w:rPr>
          <w:lang w:val="ru-RU"/>
        </w:rPr>
        <w:br/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>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8D72F2" w:rsidRPr="009D1CFD" w:rsidRDefault="00953D61">
      <w:pPr>
        <w:autoSpaceDE w:val="0"/>
        <w:autoSpaceDN w:val="0"/>
        <w:spacing w:before="70" w:after="0" w:line="271" w:lineRule="auto"/>
        <w:ind w:right="144" w:firstLine="180"/>
        <w:rPr>
          <w:lang w:val="ru-RU"/>
        </w:rPr>
      </w:pP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>Программа предусматривает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 и т. п.). Однако этот уровень содержания обучения не является главным.</w:t>
      </w:r>
    </w:p>
    <w:p w:rsidR="008D72F2" w:rsidRPr="009D1CFD" w:rsidRDefault="00953D61">
      <w:pPr>
        <w:autoSpaceDE w:val="0"/>
        <w:autoSpaceDN w:val="0"/>
        <w:spacing w:before="70" w:after="0" w:line="271" w:lineRule="auto"/>
        <w:ind w:right="144"/>
        <w:rPr>
          <w:lang w:val="ru-RU"/>
        </w:rPr>
      </w:pP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>Значительно более важным является формирование эстетических потребностей, проживание и осознание тех особых мыслей и чувств, состояний, отношений к жизни, самому себе, другим людям, которые несёт в себе музыка как «искусство интонируемого смысла» (Б. В. Асафьев).</w:t>
      </w:r>
    </w:p>
    <w:p w:rsidR="008D72F2" w:rsidRPr="009D1CFD" w:rsidRDefault="00953D61">
      <w:pPr>
        <w:autoSpaceDE w:val="0"/>
        <w:autoSpaceDN w:val="0"/>
        <w:spacing w:before="72" w:after="0" w:line="281" w:lineRule="auto"/>
        <w:ind w:right="144" w:firstLine="180"/>
        <w:rPr>
          <w:lang w:val="ru-RU"/>
        </w:rPr>
      </w:pP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 xml:space="preserve">Свойственная музыкальному восприятию идентификация с лирическим героем произведения (В. В. </w:t>
      </w:r>
      <w:proofErr w:type="spellStart"/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>Медушевский</w:t>
      </w:r>
      <w:proofErr w:type="spellEnd"/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 xml:space="preserve">) является уникальным психологическим механизмом для формирования мировоззрения ребёнка опосредованным </w:t>
      </w:r>
      <w:proofErr w:type="spellStart"/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>недирективным</w:t>
      </w:r>
      <w:proofErr w:type="spellEnd"/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 xml:space="preserve"> путём. Поэтому ключевым моментом при составлении программы является отбор репертуара, который должен сочетать в себе такие качества, как доступность, высокий художественный уровень, соответствие системе базовых национальных ценностей.</w:t>
      </w:r>
    </w:p>
    <w:p w:rsidR="008D72F2" w:rsidRPr="009D1CFD" w:rsidRDefault="00953D61">
      <w:pPr>
        <w:autoSpaceDE w:val="0"/>
        <w:autoSpaceDN w:val="0"/>
        <w:spacing w:before="70" w:after="0"/>
        <w:ind w:right="144" w:firstLine="180"/>
        <w:rPr>
          <w:lang w:val="ru-RU"/>
        </w:rPr>
      </w:pP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 xml:space="preserve">Одним из наиболее важных направлений музыкального воспитания является развитие </w:t>
      </w:r>
      <w:r w:rsidRPr="009D1CFD">
        <w:rPr>
          <w:lang w:val="ru-RU"/>
        </w:rPr>
        <w:br/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>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</w:t>
      </w:r>
    </w:p>
    <w:p w:rsidR="008D72F2" w:rsidRPr="009D1CFD" w:rsidRDefault="00953D61">
      <w:pPr>
        <w:autoSpaceDE w:val="0"/>
        <w:autoSpaceDN w:val="0"/>
        <w:spacing w:before="70" w:after="0"/>
        <w:ind w:firstLine="180"/>
        <w:rPr>
          <w:lang w:val="ru-RU"/>
        </w:rPr>
      </w:pP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>Особая роль в организации музыкальных занятий младших школьников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— от традиционных фольклорных игр и театрализованных представлений к звуковым импровизациям, направленным на освоение жанровых особенностей,</w:t>
      </w:r>
    </w:p>
    <w:p w:rsidR="008D72F2" w:rsidRPr="009D1CFD" w:rsidRDefault="008D72F2">
      <w:pPr>
        <w:rPr>
          <w:lang w:val="ru-RU"/>
        </w:rPr>
        <w:sectPr w:rsidR="008D72F2" w:rsidRPr="009D1CFD">
          <w:pgSz w:w="11900" w:h="16840"/>
          <w:pgMar w:top="298" w:right="650" w:bottom="31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8D72F2" w:rsidRPr="009D1CFD" w:rsidRDefault="008D72F2">
      <w:pPr>
        <w:autoSpaceDE w:val="0"/>
        <w:autoSpaceDN w:val="0"/>
        <w:spacing w:after="72" w:line="220" w:lineRule="exact"/>
        <w:rPr>
          <w:lang w:val="ru-RU"/>
        </w:rPr>
      </w:pPr>
    </w:p>
    <w:p w:rsidR="008D72F2" w:rsidRPr="009D1CFD" w:rsidRDefault="00953D61">
      <w:pPr>
        <w:autoSpaceDE w:val="0"/>
        <w:autoSpaceDN w:val="0"/>
        <w:spacing w:after="0" w:line="230" w:lineRule="auto"/>
        <w:rPr>
          <w:lang w:val="ru-RU"/>
        </w:rPr>
      </w:pP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>элементов музыкального языка, композиционных принципов.</w:t>
      </w:r>
    </w:p>
    <w:p w:rsidR="008D72F2" w:rsidRPr="009D1CFD" w:rsidRDefault="00953D61">
      <w:pPr>
        <w:autoSpaceDE w:val="0"/>
        <w:autoSpaceDN w:val="0"/>
        <w:spacing w:before="262" w:after="0" w:line="230" w:lineRule="auto"/>
        <w:rPr>
          <w:lang w:val="ru-RU"/>
        </w:rPr>
      </w:pPr>
      <w:r w:rsidRPr="009D1CFD">
        <w:rPr>
          <w:rFonts w:ascii="Times New Roman" w:eastAsia="Times New Roman" w:hAnsi="Times New Roman"/>
          <w:b/>
          <w:color w:val="000000"/>
          <w:sz w:val="24"/>
          <w:lang w:val="ru-RU"/>
        </w:rPr>
        <w:t>ЦЕЛИ И ЗАДАЧИ ИЗУЧЕНИЯ УЧЕБНОГО ПРЕДМЕТА «МУЗЫКА»</w:t>
      </w:r>
    </w:p>
    <w:p w:rsidR="008D72F2" w:rsidRPr="009D1CFD" w:rsidRDefault="00953D61">
      <w:pPr>
        <w:autoSpaceDE w:val="0"/>
        <w:autoSpaceDN w:val="0"/>
        <w:spacing w:before="166" w:after="0" w:line="271" w:lineRule="auto"/>
        <w:ind w:right="720" w:firstLine="180"/>
        <w:rPr>
          <w:lang w:val="ru-RU"/>
        </w:rPr>
      </w:pP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 xml:space="preserve">Музыка жизненно необходима для полноценного развития младших школьников. Признание </w:t>
      </w:r>
      <w:proofErr w:type="spellStart"/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>самоценности</w:t>
      </w:r>
      <w:proofErr w:type="spellEnd"/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 xml:space="preserve"> творческого развития человека, уникального вклада искусства в образование и воспитание делает неприменимыми критерии утилитарности.</w:t>
      </w:r>
    </w:p>
    <w:p w:rsidR="008D72F2" w:rsidRPr="009D1CFD" w:rsidRDefault="00953D61">
      <w:pPr>
        <w:autoSpaceDE w:val="0"/>
        <w:autoSpaceDN w:val="0"/>
        <w:spacing w:before="70" w:after="0" w:line="283" w:lineRule="auto"/>
        <w:ind w:right="144" w:firstLine="180"/>
        <w:rPr>
          <w:lang w:val="ru-RU"/>
        </w:rPr>
      </w:pP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>Основная цель реализации программы — воспитание музыкальной культуры как части всей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</w:t>
      </w:r>
    </w:p>
    <w:p w:rsidR="008D72F2" w:rsidRPr="009D1CFD" w:rsidRDefault="00953D61">
      <w:pPr>
        <w:tabs>
          <w:tab w:val="left" w:pos="180"/>
        </w:tabs>
        <w:autoSpaceDE w:val="0"/>
        <w:autoSpaceDN w:val="0"/>
        <w:spacing w:before="70" w:after="0" w:line="286" w:lineRule="auto"/>
        <w:rPr>
          <w:lang w:val="ru-RU"/>
        </w:rPr>
      </w:pPr>
      <w:r w:rsidRPr="009D1CFD">
        <w:rPr>
          <w:lang w:val="ru-RU"/>
        </w:rPr>
        <w:tab/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 xml:space="preserve">В процессе конкретизации учебных целей их реализация осуществляется по следующим </w:t>
      </w:r>
      <w:r w:rsidRPr="009D1CFD">
        <w:rPr>
          <w:lang w:val="ru-RU"/>
        </w:rPr>
        <w:br/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 xml:space="preserve">направлениям: </w:t>
      </w:r>
      <w:r w:rsidRPr="009D1CFD">
        <w:rPr>
          <w:lang w:val="ru-RU"/>
        </w:rPr>
        <w:br/>
      </w:r>
      <w:r w:rsidRPr="009D1CFD">
        <w:rPr>
          <w:lang w:val="ru-RU"/>
        </w:rPr>
        <w:tab/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 xml:space="preserve">1) становление системы ценностей обучающихся в единстве эмоциональной и познавательной сферы; </w:t>
      </w:r>
      <w:r w:rsidRPr="009D1CFD">
        <w:rPr>
          <w:lang w:val="ru-RU"/>
        </w:rPr>
        <w:br/>
      </w:r>
      <w:r w:rsidRPr="009D1CFD">
        <w:rPr>
          <w:lang w:val="ru-RU"/>
        </w:rPr>
        <w:tab/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 xml:space="preserve">2) 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 </w:t>
      </w:r>
      <w:r w:rsidRPr="009D1CFD">
        <w:rPr>
          <w:lang w:val="ru-RU"/>
        </w:rPr>
        <w:tab/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 xml:space="preserve">3) формирование творческих способностей ребёнка, развитие внутренней мотивации к </w:t>
      </w:r>
      <w:r w:rsidRPr="009D1CFD">
        <w:rPr>
          <w:lang w:val="ru-RU"/>
        </w:rPr>
        <w:br/>
      </w:r>
      <w:proofErr w:type="spellStart"/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>музицированию</w:t>
      </w:r>
      <w:proofErr w:type="spellEnd"/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8D72F2" w:rsidRPr="009D1CFD" w:rsidRDefault="00953D61">
      <w:pPr>
        <w:autoSpaceDE w:val="0"/>
        <w:autoSpaceDN w:val="0"/>
        <w:spacing w:before="70" w:after="0" w:line="262" w:lineRule="auto"/>
        <w:ind w:left="180" w:right="432"/>
        <w:rPr>
          <w:lang w:val="ru-RU"/>
        </w:rPr>
      </w:pP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 xml:space="preserve">Важнейшими задачами в начальной школе являются: </w:t>
      </w:r>
      <w:r w:rsidRPr="009D1CFD">
        <w:rPr>
          <w:lang w:val="ru-RU"/>
        </w:rPr>
        <w:br/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>1. Формирование эмоционально-ценностной отзывчивости на прекрасное в жизни и в искусстве.</w:t>
      </w:r>
    </w:p>
    <w:p w:rsidR="008D72F2" w:rsidRPr="009D1CFD" w:rsidRDefault="00953D61">
      <w:pPr>
        <w:tabs>
          <w:tab w:val="left" w:pos="180"/>
        </w:tabs>
        <w:autoSpaceDE w:val="0"/>
        <w:autoSpaceDN w:val="0"/>
        <w:spacing w:before="70" w:after="0" w:line="262" w:lineRule="auto"/>
        <w:ind w:right="864"/>
        <w:rPr>
          <w:lang w:val="ru-RU"/>
        </w:rPr>
      </w:pPr>
      <w:r w:rsidRPr="009D1CFD">
        <w:rPr>
          <w:lang w:val="ru-RU"/>
        </w:rPr>
        <w:tab/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 xml:space="preserve">2. Формирование позитивного взгляда на окружающий мир, гармонизация взаимодействия с природой, обществом, самим собой через доступные формы </w:t>
      </w:r>
      <w:proofErr w:type="spellStart"/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>музицирования</w:t>
      </w:r>
      <w:proofErr w:type="spellEnd"/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8D72F2" w:rsidRPr="009D1CFD" w:rsidRDefault="00953D61">
      <w:pPr>
        <w:autoSpaceDE w:val="0"/>
        <w:autoSpaceDN w:val="0"/>
        <w:spacing w:before="70" w:after="0" w:line="271" w:lineRule="auto"/>
        <w:ind w:right="720" w:firstLine="180"/>
        <w:rPr>
          <w:lang w:val="ru-RU"/>
        </w:rPr>
      </w:pP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>3. Формирование культуры осознанного восприятия музыкальных образов. Приобщение к общечеловеческим духовным ценностям через собственный внутренний опыт эмоционального переживания.</w:t>
      </w:r>
    </w:p>
    <w:p w:rsidR="008D72F2" w:rsidRPr="009D1CFD" w:rsidRDefault="00953D61">
      <w:pPr>
        <w:autoSpaceDE w:val="0"/>
        <w:autoSpaceDN w:val="0"/>
        <w:spacing w:before="70" w:after="0" w:line="271" w:lineRule="auto"/>
        <w:ind w:right="288" w:firstLine="180"/>
        <w:rPr>
          <w:lang w:val="ru-RU"/>
        </w:rPr>
      </w:pP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>4. Развитие эмоционального интеллекта в единстве с другими познавательными и регулятивными универсальными учебными действиями. Развитие ассоциативного мышления и продуктивного воображения.</w:t>
      </w:r>
    </w:p>
    <w:p w:rsidR="008D72F2" w:rsidRPr="009D1CFD" w:rsidRDefault="00953D61">
      <w:pPr>
        <w:tabs>
          <w:tab w:val="left" w:pos="180"/>
        </w:tabs>
        <w:autoSpaceDE w:val="0"/>
        <w:autoSpaceDN w:val="0"/>
        <w:spacing w:before="70" w:after="0" w:line="286" w:lineRule="auto"/>
        <w:rPr>
          <w:lang w:val="ru-RU"/>
        </w:rPr>
      </w:pPr>
      <w:r w:rsidRPr="009D1CFD">
        <w:rPr>
          <w:lang w:val="ru-RU"/>
        </w:rPr>
        <w:tab/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 xml:space="preserve">5. Овладение предметными умениями и навыками в различных видах практического </w:t>
      </w:r>
      <w:r w:rsidRPr="009D1CFD">
        <w:rPr>
          <w:lang w:val="ru-RU"/>
        </w:rPr>
        <w:br/>
      </w:r>
      <w:proofErr w:type="spellStart"/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>музицирования</w:t>
      </w:r>
      <w:proofErr w:type="spellEnd"/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 xml:space="preserve">. Введение ребёнка в искусство через разнообразие видов музыкальной деятельности, в том числе: </w:t>
      </w:r>
      <w:r w:rsidRPr="009D1CFD">
        <w:rPr>
          <w:lang w:val="ru-RU"/>
        </w:rPr>
        <w:br/>
      </w:r>
      <w:r w:rsidRPr="009D1CFD">
        <w:rPr>
          <w:lang w:val="ru-RU"/>
        </w:rPr>
        <w:tab/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 xml:space="preserve">а) Слушание (воспитание грамотного слушателя); </w:t>
      </w:r>
      <w:r w:rsidRPr="009D1CFD">
        <w:rPr>
          <w:lang w:val="ru-RU"/>
        </w:rPr>
        <w:br/>
      </w:r>
      <w:r w:rsidRPr="009D1CFD">
        <w:rPr>
          <w:lang w:val="ru-RU"/>
        </w:rPr>
        <w:tab/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 xml:space="preserve">б) Исполнение (пение, игра на доступных музыкальных инструментах); </w:t>
      </w:r>
      <w:r w:rsidRPr="009D1CFD">
        <w:rPr>
          <w:lang w:val="ru-RU"/>
        </w:rPr>
        <w:br/>
      </w:r>
      <w:r w:rsidRPr="009D1CFD">
        <w:rPr>
          <w:lang w:val="ru-RU"/>
        </w:rPr>
        <w:tab/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 xml:space="preserve">в) Сочинение (элементы импровизации, композиции, аранжировки); </w:t>
      </w:r>
      <w:r w:rsidRPr="009D1CFD">
        <w:rPr>
          <w:lang w:val="ru-RU"/>
        </w:rPr>
        <w:br/>
      </w:r>
      <w:r w:rsidRPr="009D1CFD">
        <w:rPr>
          <w:lang w:val="ru-RU"/>
        </w:rPr>
        <w:tab/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 xml:space="preserve">г) Музыкальное движение (пластическое интонирование, танец, двигательное моделирование и др.); </w:t>
      </w:r>
      <w:r w:rsidRPr="009D1CFD">
        <w:rPr>
          <w:lang w:val="ru-RU"/>
        </w:rPr>
        <w:tab/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>д) Исследовательские и творческие проекты.</w:t>
      </w:r>
    </w:p>
    <w:p w:rsidR="008D72F2" w:rsidRPr="009D1CFD" w:rsidRDefault="00953D61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9D1CFD">
        <w:rPr>
          <w:lang w:val="ru-RU"/>
        </w:rPr>
        <w:tab/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>6. Изучение закономерностей музыкального искусства: интонационная и жанровая природа музыки, основные выразительные средства, элементы музыкального языка.</w:t>
      </w:r>
    </w:p>
    <w:p w:rsidR="008D72F2" w:rsidRPr="009D1CFD" w:rsidRDefault="00953D61">
      <w:pPr>
        <w:tabs>
          <w:tab w:val="left" w:pos="180"/>
        </w:tabs>
        <w:autoSpaceDE w:val="0"/>
        <w:autoSpaceDN w:val="0"/>
        <w:spacing w:before="70" w:after="0" w:line="262" w:lineRule="auto"/>
        <w:ind w:right="864"/>
        <w:rPr>
          <w:lang w:val="ru-RU"/>
        </w:rPr>
      </w:pPr>
      <w:r w:rsidRPr="009D1CFD">
        <w:rPr>
          <w:lang w:val="ru-RU"/>
        </w:rPr>
        <w:tab/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>7. Воспитание уважения к цивилизационному наследию России; присвоение интонационно-образного строя отечественной музыкальной культуры.</w:t>
      </w:r>
    </w:p>
    <w:p w:rsidR="008D72F2" w:rsidRPr="009D1CFD" w:rsidRDefault="00953D61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9D1CFD">
        <w:rPr>
          <w:lang w:val="ru-RU"/>
        </w:rPr>
        <w:tab/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>8. Расширение кругозора, воспитание любознательности, интереса к музыкальной культуре других стран, культур, времён и народов.</w:t>
      </w:r>
    </w:p>
    <w:p w:rsidR="008D72F2" w:rsidRPr="009D1CFD" w:rsidRDefault="00953D61">
      <w:pPr>
        <w:autoSpaceDE w:val="0"/>
        <w:autoSpaceDN w:val="0"/>
        <w:spacing w:before="262" w:after="0" w:line="230" w:lineRule="auto"/>
        <w:rPr>
          <w:lang w:val="ru-RU"/>
        </w:rPr>
      </w:pPr>
      <w:r w:rsidRPr="009D1CFD">
        <w:rPr>
          <w:rFonts w:ascii="Times New Roman" w:eastAsia="Times New Roman" w:hAnsi="Times New Roman"/>
          <w:b/>
          <w:color w:val="000000"/>
          <w:sz w:val="24"/>
          <w:lang w:val="ru-RU"/>
        </w:rPr>
        <w:t>МЕСТО УЧЕБНОГО ПРЕДМЕТА «МУЗЫКА» В УЧЕБНОМ ПЛАНЕ</w:t>
      </w:r>
    </w:p>
    <w:p w:rsidR="008D72F2" w:rsidRPr="009D1CFD" w:rsidRDefault="00953D61">
      <w:pPr>
        <w:autoSpaceDE w:val="0"/>
        <w:autoSpaceDN w:val="0"/>
        <w:spacing w:before="166" w:after="0" w:line="230" w:lineRule="auto"/>
        <w:jc w:val="center"/>
        <w:rPr>
          <w:lang w:val="ru-RU"/>
        </w:rPr>
      </w:pP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>В соответствии с Федеральным государственным образовательным стандартом начального общего</w:t>
      </w:r>
    </w:p>
    <w:p w:rsidR="008D72F2" w:rsidRPr="009D1CFD" w:rsidRDefault="008D72F2">
      <w:pPr>
        <w:rPr>
          <w:lang w:val="ru-RU"/>
        </w:rPr>
        <w:sectPr w:rsidR="008D72F2" w:rsidRPr="009D1CFD">
          <w:pgSz w:w="11900" w:h="16840"/>
          <w:pgMar w:top="292" w:right="648" w:bottom="312" w:left="666" w:header="720" w:footer="720" w:gutter="0"/>
          <w:cols w:space="720" w:equalWidth="0">
            <w:col w:w="10586" w:space="0"/>
          </w:cols>
          <w:docGrid w:linePitch="360"/>
        </w:sectPr>
      </w:pPr>
    </w:p>
    <w:p w:rsidR="008D72F2" w:rsidRPr="009D1CFD" w:rsidRDefault="008D72F2">
      <w:pPr>
        <w:autoSpaceDE w:val="0"/>
        <w:autoSpaceDN w:val="0"/>
        <w:spacing w:after="72" w:line="220" w:lineRule="exact"/>
        <w:rPr>
          <w:lang w:val="ru-RU"/>
        </w:rPr>
      </w:pPr>
    </w:p>
    <w:p w:rsidR="008D72F2" w:rsidRPr="009D1CFD" w:rsidRDefault="00953D61">
      <w:pPr>
        <w:tabs>
          <w:tab w:val="left" w:pos="180"/>
        </w:tabs>
        <w:autoSpaceDE w:val="0"/>
        <w:autoSpaceDN w:val="0"/>
        <w:spacing w:after="0" w:line="288" w:lineRule="auto"/>
        <w:ind w:right="288"/>
        <w:rPr>
          <w:lang w:val="ru-RU"/>
        </w:rPr>
      </w:pP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 xml:space="preserve">образования учебный предмет «Музыка» входит в предметную область «Искусство», является обязательным для изучения и преподаётся в начальной школе с 1 по 4 класс включительно. </w:t>
      </w:r>
      <w:r w:rsidRPr="009D1CFD">
        <w:rPr>
          <w:lang w:val="ru-RU"/>
        </w:rPr>
        <w:tab/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 xml:space="preserve">Содержание предмета «Музыка» структурно представлено восемью модулями (тематическими линиями), обеспечивающими преемственность с образовательной программой дошкольного и основного общего образования, непрерывность изучения предмета и образовательной </w:t>
      </w:r>
      <w:proofErr w:type="spellStart"/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>области«Искусство</w:t>
      </w:r>
      <w:proofErr w:type="spellEnd"/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 xml:space="preserve">» на протяжении всего курса школьного обучения: </w:t>
      </w:r>
      <w:r w:rsidRPr="009D1CFD">
        <w:rPr>
          <w:lang w:val="ru-RU"/>
        </w:rPr>
        <w:br/>
      </w:r>
      <w:r w:rsidRPr="009D1CFD">
        <w:rPr>
          <w:lang w:val="ru-RU"/>
        </w:rPr>
        <w:tab/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 xml:space="preserve">модуль № 1 «Музыкальная грамота»; </w:t>
      </w:r>
      <w:r w:rsidRPr="009D1CFD">
        <w:rPr>
          <w:lang w:val="ru-RU"/>
        </w:rPr>
        <w:br/>
      </w:r>
      <w:r w:rsidRPr="009D1CFD">
        <w:rPr>
          <w:lang w:val="ru-RU"/>
        </w:rPr>
        <w:tab/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 xml:space="preserve">модуль № 2 «Народная музыка России»; </w:t>
      </w:r>
      <w:r w:rsidRPr="009D1CFD">
        <w:rPr>
          <w:lang w:val="ru-RU"/>
        </w:rPr>
        <w:br/>
      </w:r>
      <w:r w:rsidRPr="009D1CFD">
        <w:rPr>
          <w:lang w:val="ru-RU"/>
        </w:rPr>
        <w:tab/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 xml:space="preserve">модуль № 3 «Музыка народов мира»; </w:t>
      </w:r>
      <w:r w:rsidRPr="009D1CFD">
        <w:rPr>
          <w:lang w:val="ru-RU"/>
        </w:rPr>
        <w:br/>
      </w:r>
      <w:r w:rsidRPr="009D1CFD">
        <w:rPr>
          <w:lang w:val="ru-RU"/>
        </w:rPr>
        <w:tab/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 xml:space="preserve">модуль № 4 «Духовная музыка»; </w:t>
      </w:r>
      <w:r w:rsidRPr="009D1CFD">
        <w:rPr>
          <w:lang w:val="ru-RU"/>
        </w:rPr>
        <w:br/>
      </w:r>
      <w:r w:rsidRPr="009D1CFD">
        <w:rPr>
          <w:lang w:val="ru-RU"/>
        </w:rPr>
        <w:tab/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 xml:space="preserve">модуль № 5 «Классическая музыка»; </w:t>
      </w:r>
      <w:r w:rsidRPr="009D1CFD">
        <w:rPr>
          <w:lang w:val="ru-RU"/>
        </w:rPr>
        <w:br/>
      </w:r>
      <w:r w:rsidRPr="009D1CFD">
        <w:rPr>
          <w:lang w:val="ru-RU"/>
        </w:rPr>
        <w:tab/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 xml:space="preserve">модуль № 6 «Современная музыкальная культура»; </w:t>
      </w:r>
      <w:r w:rsidRPr="009D1CFD">
        <w:rPr>
          <w:lang w:val="ru-RU"/>
        </w:rPr>
        <w:br/>
      </w:r>
      <w:r w:rsidRPr="009D1CFD">
        <w:rPr>
          <w:lang w:val="ru-RU"/>
        </w:rPr>
        <w:tab/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 xml:space="preserve">модуль № 7 «Музыка театра и кино»; </w:t>
      </w:r>
      <w:r w:rsidRPr="009D1CFD">
        <w:rPr>
          <w:lang w:val="ru-RU"/>
        </w:rPr>
        <w:br/>
      </w:r>
      <w:r w:rsidRPr="009D1CFD">
        <w:rPr>
          <w:lang w:val="ru-RU"/>
        </w:rPr>
        <w:tab/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>модуль № 8 «Музыка в жизни человека».</w:t>
      </w:r>
    </w:p>
    <w:p w:rsidR="008D72F2" w:rsidRPr="009D1CFD" w:rsidRDefault="00953D61">
      <w:pPr>
        <w:autoSpaceDE w:val="0"/>
        <w:autoSpaceDN w:val="0"/>
        <w:spacing w:before="190" w:after="0" w:line="281" w:lineRule="auto"/>
        <w:ind w:firstLine="180"/>
        <w:rPr>
          <w:lang w:val="ru-RU"/>
        </w:rPr>
      </w:pP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 xml:space="preserve">Изучение предмета «Музыка» предполагает активную </w:t>
      </w:r>
      <w:proofErr w:type="spellStart"/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>социо</w:t>
      </w:r>
      <w:proofErr w:type="spellEnd"/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 xml:space="preserve">-культурную деятельность </w:t>
      </w:r>
      <w:r w:rsidRPr="009D1CFD">
        <w:rPr>
          <w:lang w:val="ru-RU"/>
        </w:rPr>
        <w:br/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 xml:space="preserve">обучающихся, участие в музыкальных праздниках, конкурсах, концертах, театрализованных действиях, в том числе основанных на </w:t>
      </w:r>
      <w:proofErr w:type="spellStart"/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>межпредметных</w:t>
      </w:r>
      <w:proofErr w:type="spellEnd"/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 xml:space="preserve"> связях с такими дисциплинами </w:t>
      </w:r>
      <w:r w:rsidRPr="009D1CFD">
        <w:rPr>
          <w:lang w:val="ru-RU"/>
        </w:rPr>
        <w:br/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>образовательной программы, как «Изобразительное искусство», «Литературное чтение»,</w:t>
      </w:r>
      <w:r w:rsidRPr="009D1CFD">
        <w:rPr>
          <w:lang w:val="ru-RU"/>
        </w:rPr>
        <w:br/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>«Окружающий мир», «Основы религиозной культуры и светской этики», «Иностранный язык» и др.</w:t>
      </w:r>
    </w:p>
    <w:p w:rsidR="008D72F2" w:rsidRPr="009D1CFD" w:rsidRDefault="00953D61">
      <w:pPr>
        <w:autoSpaceDE w:val="0"/>
        <w:autoSpaceDN w:val="0"/>
        <w:spacing w:before="190" w:after="0" w:line="262" w:lineRule="auto"/>
        <w:ind w:right="144"/>
        <w:rPr>
          <w:lang w:val="ru-RU"/>
        </w:rPr>
      </w:pP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>Общее число часов, отведённых на изучение предмета «Музыка» в 1 классе составляет 33 часа (не менее 1 часа в неделю).</w:t>
      </w:r>
    </w:p>
    <w:p w:rsidR="008D72F2" w:rsidRPr="009D1CFD" w:rsidRDefault="008D72F2">
      <w:pPr>
        <w:rPr>
          <w:lang w:val="ru-RU"/>
        </w:rPr>
        <w:sectPr w:rsidR="008D72F2" w:rsidRPr="009D1CFD">
          <w:pgSz w:w="11900" w:h="16840"/>
          <w:pgMar w:top="292" w:right="890" w:bottom="1440" w:left="666" w:header="720" w:footer="720" w:gutter="0"/>
          <w:cols w:space="720" w:equalWidth="0">
            <w:col w:w="10344" w:space="0"/>
          </w:cols>
          <w:docGrid w:linePitch="360"/>
        </w:sectPr>
      </w:pPr>
    </w:p>
    <w:p w:rsidR="008D72F2" w:rsidRPr="009D1CFD" w:rsidRDefault="008D72F2">
      <w:pPr>
        <w:autoSpaceDE w:val="0"/>
        <w:autoSpaceDN w:val="0"/>
        <w:spacing w:after="78" w:line="220" w:lineRule="exact"/>
        <w:rPr>
          <w:lang w:val="ru-RU"/>
        </w:rPr>
      </w:pPr>
    </w:p>
    <w:p w:rsidR="008D72F2" w:rsidRPr="009D1CFD" w:rsidRDefault="00953D61">
      <w:pPr>
        <w:autoSpaceDE w:val="0"/>
        <w:autoSpaceDN w:val="0"/>
        <w:spacing w:after="0" w:line="230" w:lineRule="auto"/>
        <w:rPr>
          <w:lang w:val="ru-RU"/>
        </w:rPr>
      </w:pPr>
      <w:r w:rsidRPr="009D1CF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СОДЕРЖАНИЕ УЧЕБНОГО ПРЕДМЕТА </w:t>
      </w:r>
    </w:p>
    <w:p w:rsidR="008D72F2" w:rsidRPr="009D1CFD" w:rsidRDefault="00953D61">
      <w:pPr>
        <w:autoSpaceDE w:val="0"/>
        <w:autoSpaceDN w:val="0"/>
        <w:spacing w:before="346" w:after="0" w:line="262" w:lineRule="auto"/>
        <w:ind w:left="180" w:right="5472"/>
        <w:rPr>
          <w:lang w:val="ru-RU"/>
        </w:rPr>
      </w:pPr>
      <w:r w:rsidRPr="009D1CFD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«МУЗЫКА В ЖИЗНИ ЧЕЛОВЕКА»</w:t>
      </w:r>
      <w:r w:rsidRPr="009D1CFD">
        <w:rPr>
          <w:lang w:val="ru-RU"/>
        </w:rPr>
        <w:br/>
      </w:r>
      <w:r w:rsidRPr="009D1CF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Красота и вдохновение. </w:t>
      </w:r>
    </w:p>
    <w:p w:rsidR="008D72F2" w:rsidRPr="009D1CFD" w:rsidRDefault="00953D61">
      <w:pPr>
        <w:tabs>
          <w:tab w:val="left" w:pos="180"/>
        </w:tabs>
        <w:autoSpaceDE w:val="0"/>
        <w:autoSpaceDN w:val="0"/>
        <w:spacing w:before="70" w:after="0" w:line="271" w:lineRule="auto"/>
        <w:ind w:right="144"/>
        <w:rPr>
          <w:lang w:val="ru-RU"/>
        </w:rPr>
      </w:pPr>
      <w:r w:rsidRPr="009D1CFD">
        <w:rPr>
          <w:lang w:val="ru-RU"/>
        </w:rPr>
        <w:tab/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 xml:space="preserve">Стремление человека к красоте Особое состояние — вдохновение. Музыка — возможность вместе переживать вдохновение, наслаждаться красотой. Музыкальное единство людей — хор, хоровод. </w:t>
      </w:r>
      <w:r w:rsidRPr="009D1CFD">
        <w:rPr>
          <w:lang w:val="ru-RU"/>
        </w:rPr>
        <w:tab/>
      </w:r>
      <w:r w:rsidRPr="009D1CFD">
        <w:rPr>
          <w:rFonts w:ascii="Times New Roman" w:eastAsia="Times New Roman" w:hAnsi="Times New Roman"/>
          <w:i/>
          <w:color w:val="000000"/>
          <w:sz w:val="24"/>
          <w:lang w:val="ru-RU"/>
        </w:rPr>
        <w:t>Музыкальные пейзажи.</w:t>
      </w:r>
    </w:p>
    <w:p w:rsidR="008D72F2" w:rsidRPr="009D1CFD" w:rsidRDefault="00953D61">
      <w:pPr>
        <w:autoSpaceDE w:val="0"/>
        <w:autoSpaceDN w:val="0"/>
        <w:spacing w:before="70" w:after="0" w:line="271" w:lineRule="auto"/>
        <w:ind w:right="288" w:firstLine="180"/>
        <w:rPr>
          <w:lang w:val="ru-RU"/>
        </w:rPr>
      </w:pP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>Образы природы в музыке. Настроение музыкальных пейзажей. Чувства человека, любующегося природой. Музыка — выражение глубоких чувств, тонких оттенков настроения, которые трудно передать словами.</w:t>
      </w:r>
    </w:p>
    <w:p w:rsidR="008D72F2" w:rsidRPr="009D1CFD" w:rsidRDefault="00953D61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9D1CFD">
        <w:rPr>
          <w:rFonts w:ascii="Times New Roman" w:eastAsia="Times New Roman" w:hAnsi="Times New Roman"/>
          <w:i/>
          <w:color w:val="000000"/>
          <w:sz w:val="24"/>
          <w:lang w:val="ru-RU"/>
        </w:rPr>
        <w:t>Музыкальные портреты.</w:t>
      </w:r>
    </w:p>
    <w:p w:rsidR="008D72F2" w:rsidRPr="009D1CFD" w:rsidRDefault="00953D61">
      <w:pPr>
        <w:tabs>
          <w:tab w:val="left" w:pos="180"/>
        </w:tabs>
        <w:autoSpaceDE w:val="0"/>
        <w:autoSpaceDN w:val="0"/>
        <w:spacing w:before="72" w:after="0" w:line="262" w:lineRule="auto"/>
        <w:ind w:right="288"/>
        <w:rPr>
          <w:lang w:val="ru-RU"/>
        </w:rPr>
      </w:pPr>
      <w:r w:rsidRPr="009D1CFD">
        <w:rPr>
          <w:lang w:val="ru-RU"/>
        </w:rPr>
        <w:tab/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>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8D72F2" w:rsidRPr="009D1CFD" w:rsidRDefault="00953D6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9D1CFD">
        <w:rPr>
          <w:rFonts w:ascii="Times New Roman" w:eastAsia="Times New Roman" w:hAnsi="Times New Roman"/>
          <w:i/>
          <w:color w:val="000000"/>
          <w:sz w:val="24"/>
          <w:lang w:val="ru-RU"/>
        </w:rPr>
        <w:t>Какой же праздник без музыки?</w:t>
      </w:r>
    </w:p>
    <w:p w:rsidR="008D72F2" w:rsidRPr="009D1CFD" w:rsidRDefault="00953D61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9D1CFD">
        <w:rPr>
          <w:lang w:val="ru-RU"/>
        </w:rPr>
        <w:tab/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>Музыка, создающая настроение праздника. Музыка в цирке, на уличном шествии, спортивном празднике.</w:t>
      </w:r>
    </w:p>
    <w:p w:rsidR="008D72F2" w:rsidRPr="009D1CFD" w:rsidRDefault="00953D6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9D1CFD">
        <w:rPr>
          <w:rFonts w:ascii="Times New Roman" w:eastAsia="Times New Roman" w:hAnsi="Times New Roman"/>
          <w:i/>
          <w:color w:val="000000"/>
          <w:sz w:val="24"/>
          <w:lang w:val="ru-RU"/>
        </w:rPr>
        <w:t>Музыка на войне, музыка о войне</w:t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8D72F2" w:rsidRPr="009D1CFD" w:rsidRDefault="00953D61">
      <w:pPr>
        <w:tabs>
          <w:tab w:val="left" w:pos="180"/>
        </w:tabs>
        <w:autoSpaceDE w:val="0"/>
        <w:autoSpaceDN w:val="0"/>
        <w:spacing w:before="70" w:after="0" w:line="262" w:lineRule="auto"/>
        <w:ind w:right="864"/>
        <w:rPr>
          <w:lang w:val="ru-RU"/>
        </w:rPr>
      </w:pPr>
      <w:r w:rsidRPr="009D1CFD">
        <w:rPr>
          <w:lang w:val="ru-RU"/>
        </w:rPr>
        <w:tab/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>Военная тема в музыкальном искусстве. Военные песни, марши, интонации, ритмы, тембры (призывная кварта, пунктирный ритм, тембры малого барабана, трубы и т. д.)</w:t>
      </w:r>
    </w:p>
    <w:p w:rsidR="008D72F2" w:rsidRPr="009D1CFD" w:rsidRDefault="00953D61">
      <w:pPr>
        <w:autoSpaceDE w:val="0"/>
        <w:autoSpaceDN w:val="0"/>
        <w:spacing w:before="190" w:after="0" w:line="262" w:lineRule="auto"/>
        <w:ind w:left="180" w:right="5472"/>
        <w:rPr>
          <w:lang w:val="ru-RU"/>
        </w:rPr>
      </w:pPr>
      <w:r w:rsidRPr="009D1CFD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«НАРОДНАЯ МУЗЫКА РОССИИ»</w:t>
      </w:r>
      <w:r w:rsidRPr="009D1CFD">
        <w:rPr>
          <w:lang w:val="ru-RU"/>
        </w:rPr>
        <w:br/>
      </w:r>
      <w:r w:rsidRPr="009D1CFD">
        <w:rPr>
          <w:rFonts w:ascii="Times New Roman" w:eastAsia="Times New Roman" w:hAnsi="Times New Roman"/>
          <w:i/>
          <w:color w:val="000000"/>
          <w:sz w:val="24"/>
          <w:lang w:val="ru-RU"/>
        </w:rPr>
        <w:t>Край, в котором ты живёшь</w:t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8D72F2" w:rsidRPr="009D1CFD" w:rsidRDefault="00953D61">
      <w:pPr>
        <w:autoSpaceDE w:val="0"/>
        <w:autoSpaceDN w:val="0"/>
        <w:spacing w:before="70" w:after="0" w:line="262" w:lineRule="auto"/>
        <w:ind w:left="180" w:right="1728"/>
        <w:rPr>
          <w:lang w:val="ru-RU"/>
        </w:rPr>
      </w:pP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 xml:space="preserve">Музыкальные традиции малой Родины. Песни, обряды, музыкальные инструменты </w:t>
      </w:r>
      <w:r w:rsidRPr="009D1CFD">
        <w:rPr>
          <w:rFonts w:ascii="Times New Roman" w:eastAsia="Times New Roman" w:hAnsi="Times New Roman"/>
          <w:i/>
          <w:color w:val="000000"/>
          <w:sz w:val="24"/>
          <w:lang w:val="ru-RU"/>
        </w:rPr>
        <w:t>Русский фольклор.</w:t>
      </w:r>
    </w:p>
    <w:p w:rsidR="008D72F2" w:rsidRPr="009D1CFD" w:rsidRDefault="00953D61">
      <w:pPr>
        <w:tabs>
          <w:tab w:val="left" w:pos="180"/>
        </w:tabs>
        <w:autoSpaceDE w:val="0"/>
        <w:autoSpaceDN w:val="0"/>
        <w:spacing w:before="70" w:after="0" w:line="271" w:lineRule="auto"/>
        <w:ind w:right="432"/>
        <w:rPr>
          <w:lang w:val="ru-RU"/>
        </w:rPr>
      </w:pPr>
      <w:r w:rsidRPr="009D1CFD">
        <w:rPr>
          <w:lang w:val="ru-RU"/>
        </w:rPr>
        <w:tab/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 xml:space="preserve">Русские народные песни (трудовые, солдатские, хороводные и др.). Детский фольклор (игровые, </w:t>
      </w:r>
      <w:proofErr w:type="spellStart"/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>заклички</w:t>
      </w:r>
      <w:proofErr w:type="spellEnd"/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proofErr w:type="spellStart"/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>потешки</w:t>
      </w:r>
      <w:proofErr w:type="spellEnd"/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 xml:space="preserve">, считалки, прибаутки) </w:t>
      </w:r>
      <w:r w:rsidRPr="009D1CFD">
        <w:rPr>
          <w:lang w:val="ru-RU"/>
        </w:rPr>
        <w:br/>
      </w:r>
      <w:r w:rsidRPr="009D1CFD">
        <w:rPr>
          <w:lang w:val="ru-RU"/>
        </w:rPr>
        <w:tab/>
      </w:r>
      <w:r w:rsidRPr="009D1CFD">
        <w:rPr>
          <w:rFonts w:ascii="Times New Roman" w:eastAsia="Times New Roman" w:hAnsi="Times New Roman"/>
          <w:i/>
          <w:color w:val="000000"/>
          <w:sz w:val="24"/>
          <w:lang w:val="ru-RU"/>
        </w:rPr>
        <w:t>Русские народные музыкальные инструменты.</w:t>
      </w:r>
    </w:p>
    <w:p w:rsidR="008D72F2" w:rsidRPr="009D1CFD" w:rsidRDefault="00953D6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>Народные музыкальные инструменты (балалайка, рожок, свирель, гусли, гармонь, ложки).</w:t>
      </w:r>
    </w:p>
    <w:p w:rsidR="008D72F2" w:rsidRPr="009D1CFD" w:rsidRDefault="00953D61">
      <w:pPr>
        <w:autoSpaceDE w:val="0"/>
        <w:autoSpaceDN w:val="0"/>
        <w:spacing w:before="70" w:after="0" w:line="230" w:lineRule="auto"/>
        <w:rPr>
          <w:lang w:val="ru-RU"/>
        </w:rPr>
      </w:pP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>Инструментальные наигрыши. Плясовые мелодии.</w:t>
      </w:r>
    </w:p>
    <w:p w:rsidR="008D72F2" w:rsidRPr="009D1CFD" w:rsidRDefault="00953D61">
      <w:pPr>
        <w:tabs>
          <w:tab w:val="left" w:pos="180"/>
        </w:tabs>
        <w:autoSpaceDE w:val="0"/>
        <w:autoSpaceDN w:val="0"/>
        <w:spacing w:before="70" w:after="0" w:line="271" w:lineRule="auto"/>
        <w:rPr>
          <w:lang w:val="ru-RU"/>
        </w:rPr>
      </w:pPr>
      <w:r w:rsidRPr="009D1CFD">
        <w:rPr>
          <w:lang w:val="ru-RU"/>
        </w:rPr>
        <w:tab/>
      </w:r>
      <w:r w:rsidRPr="009D1CF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Сказки, мифы и легенды </w:t>
      </w:r>
      <w:r w:rsidRPr="009D1CFD">
        <w:rPr>
          <w:lang w:val="ru-RU"/>
        </w:rPr>
        <w:br/>
      </w:r>
      <w:r w:rsidRPr="009D1CFD">
        <w:rPr>
          <w:lang w:val="ru-RU"/>
        </w:rPr>
        <w:tab/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>Народные сказители. Русские народные сказания, былины. Эпос народов России2. Сказки и легенды о музыке и музыкантах</w:t>
      </w:r>
    </w:p>
    <w:p w:rsidR="008D72F2" w:rsidRPr="009D1CFD" w:rsidRDefault="00953D61">
      <w:pPr>
        <w:autoSpaceDE w:val="0"/>
        <w:autoSpaceDN w:val="0"/>
        <w:spacing w:before="192" w:after="0" w:line="262" w:lineRule="auto"/>
        <w:ind w:left="180" w:right="5904"/>
        <w:rPr>
          <w:lang w:val="ru-RU"/>
        </w:rPr>
      </w:pPr>
      <w:r>
        <w:rPr>
          <w:rFonts w:ascii="Times New Roman" w:eastAsia="Times New Roman" w:hAnsi="Times New Roman"/>
          <w:b/>
          <w:color w:val="000000"/>
          <w:sz w:val="24"/>
        </w:rPr>
        <w:t>M</w:t>
      </w:r>
      <w:proofErr w:type="spellStart"/>
      <w:r w:rsidRPr="009D1CFD">
        <w:rPr>
          <w:rFonts w:ascii="Times New Roman" w:eastAsia="Times New Roman" w:hAnsi="Times New Roman"/>
          <w:b/>
          <w:color w:val="000000"/>
          <w:sz w:val="24"/>
          <w:lang w:val="ru-RU"/>
        </w:rPr>
        <w:t>одуль</w:t>
      </w:r>
      <w:proofErr w:type="spellEnd"/>
      <w:r w:rsidRPr="009D1CF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«МУЗЫКАЛЬНАЯ ГРАМОТА»</w:t>
      </w:r>
      <w:r w:rsidRPr="009D1CFD">
        <w:rPr>
          <w:lang w:val="ru-RU"/>
        </w:rPr>
        <w:br/>
      </w:r>
      <w:r w:rsidRPr="009D1CFD">
        <w:rPr>
          <w:rFonts w:ascii="Times New Roman" w:eastAsia="Times New Roman" w:hAnsi="Times New Roman"/>
          <w:i/>
          <w:color w:val="000000"/>
          <w:sz w:val="24"/>
          <w:lang w:val="ru-RU"/>
        </w:rPr>
        <w:t>Весь мир звучит</w:t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8D72F2" w:rsidRPr="009D1CFD" w:rsidRDefault="00953D61">
      <w:pPr>
        <w:autoSpaceDE w:val="0"/>
        <w:autoSpaceDN w:val="0"/>
        <w:spacing w:before="70" w:after="0" w:line="262" w:lineRule="auto"/>
        <w:ind w:left="180" w:right="1152"/>
        <w:rPr>
          <w:lang w:val="ru-RU"/>
        </w:rPr>
      </w:pP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 xml:space="preserve">Звуки музыкальные и шумовые. Свойства звука: высота, громкость, длительность, тембр. </w:t>
      </w:r>
      <w:r w:rsidRPr="009D1CFD">
        <w:rPr>
          <w:rFonts w:ascii="Times New Roman" w:eastAsia="Times New Roman" w:hAnsi="Times New Roman"/>
          <w:i/>
          <w:color w:val="000000"/>
          <w:sz w:val="24"/>
          <w:lang w:val="ru-RU"/>
        </w:rPr>
        <w:t>Звукоряд.</w:t>
      </w:r>
    </w:p>
    <w:p w:rsidR="008D72F2" w:rsidRPr="009D1CFD" w:rsidRDefault="00953D61">
      <w:pPr>
        <w:autoSpaceDE w:val="0"/>
        <w:autoSpaceDN w:val="0"/>
        <w:spacing w:before="70" w:after="0" w:line="262" w:lineRule="auto"/>
        <w:ind w:left="180" w:right="4752"/>
        <w:rPr>
          <w:lang w:val="ru-RU"/>
        </w:rPr>
      </w:pP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 xml:space="preserve">Нотный стан, скрипичный ключ. Ноты первой октавы </w:t>
      </w:r>
      <w:r w:rsidRPr="009D1CFD">
        <w:rPr>
          <w:rFonts w:ascii="Times New Roman" w:eastAsia="Times New Roman" w:hAnsi="Times New Roman"/>
          <w:i/>
          <w:color w:val="000000"/>
          <w:sz w:val="24"/>
          <w:lang w:val="ru-RU"/>
        </w:rPr>
        <w:t>Ритм.</w:t>
      </w:r>
    </w:p>
    <w:p w:rsidR="008D72F2" w:rsidRPr="009D1CFD" w:rsidRDefault="00953D61">
      <w:pPr>
        <w:autoSpaceDE w:val="0"/>
        <w:autoSpaceDN w:val="0"/>
        <w:spacing w:before="70" w:after="0" w:line="262" w:lineRule="auto"/>
        <w:ind w:left="180" w:right="1440"/>
        <w:rPr>
          <w:lang w:val="ru-RU"/>
        </w:rPr>
      </w:pP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 xml:space="preserve">Звуки длинные и короткие (восьмые и четвертные длительности), такт, тактовая черта </w:t>
      </w:r>
      <w:r w:rsidRPr="009D1CFD">
        <w:rPr>
          <w:rFonts w:ascii="Times New Roman" w:eastAsia="Times New Roman" w:hAnsi="Times New Roman"/>
          <w:i/>
          <w:color w:val="000000"/>
          <w:sz w:val="24"/>
          <w:lang w:val="ru-RU"/>
        </w:rPr>
        <w:t>Ритмический рисунок.</w:t>
      </w:r>
    </w:p>
    <w:p w:rsidR="008D72F2" w:rsidRPr="009D1CFD" w:rsidRDefault="00953D61">
      <w:pPr>
        <w:tabs>
          <w:tab w:val="left" w:pos="180"/>
        </w:tabs>
        <w:autoSpaceDE w:val="0"/>
        <w:autoSpaceDN w:val="0"/>
        <w:spacing w:before="70" w:after="0" w:line="262" w:lineRule="auto"/>
        <w:ind w:right="720"/>
        <w:rPr>
          <w:lang w:val="ru-RU"/>
        </w:rPr>
      </w:pPr>
      <w:r w:rsidRPr="009D1CFD">
        <w:rPr>
          <w:lang w:val="ru-RU"/>
        </w:rPr>
        <w:tab/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>Длительности половинная, целая, шестнадцатые. Паузы. Ритмические рисунки. Ритмическая партитура.</w:t>
      </w:r>
    </w:p>
    <w:p w:rsidR="008D72F2" w:rsidRPr="009D1CFD" w:rsidRDefault="00953D6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9D1CFD">
        <w:rPr>
          <w:rFonts w:ascii="Times New Roman" w:eastAsia="Times New Roman" w:hAnsi="Times New Roman"/>
          <w:i/>
          <w:color w:val="000000"/>
          <w:sz w:val="24"/>
          <w:lang w:val="ru-RU"/>
        </w:rPr>
        <w:t>Высота звуков.</w:t>
      </w:r>
    </w:p>
    <w:p w:rsidR="008D72F2" w:rsidRPr="009D1CFD" w:rsidRDefault="00953D61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9D1CFD">
        <w:rPr>
          <w:lang w:val="ru-RU"/>
        </w:rPr>
        <w:tab/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 xml:space="preserve">Регистры. Ноты певческого диапазона. Расположение нот на клавиатуре. Знаки </w:t>
      </w:r>
      <w:proofErr w:type="gramStart"/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>альтерации.(</w:t>
      </w:r>
      <w:proofErr w:type="gramEnd"/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>диезы, бемоли, бекары).</w:t>
      </w:r>
    </w:p>
    <w:p w:rsidR="008D72F2" w:rsidRPr="009D1CFD" w:rsidRDefault="00953D61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9D1CFD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"КЛАССИЧЕСКАЯ МУЗЫКА"</w:t>
      </w:r>
    </w:p>
    <w:p w:rsidR="008D72F2" w:rsidRPr="009D1CFD" w:rsidRDefault="008D72F2">
      <w:pPr>
        <w:rPr>
          <w:lang w:val="ru-RU"/>
        </w:rPr>
        <w:sectPr w:rsidR="008D72F2" w:rsidRPr="009D1CFD">
          <w:pgSz w:w="11900" w:h="16840"/>
          <w:pgMar w:top="298" w:right="650" w:bottom="444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8D72F2" w:rsidRPr="009D1CFD" w:rsidRDefault="008D72F2">
      <w:pPr>
        <w:autoSpaceDE w:val="0"/>
        <w:autoSpaceDN w:val="0"/>
        <w:spacing w:after="78" w:line="220" w:lineRule="exact"/>
        <w:rPr>
          <w:lang w:val="ru-RU"/>
        </w:rPr>
      </w:pPr>
    </w:p>
    <w:p w:rsidR="008D72F2" w:rsidRPr="009D1CFD" w:rsidRDefault="00953D61">
      <w:pPr>
        <w:autoSpaceDE w:val="0"/>
        <w:autoSpaceDN w:val="0"/>
        <w:spacing w:after="0" w:line="230" w:lineRule="auto"/>
        <w:ind w:left="180"/>
        <w:rPr>
          <w:lang w:val="ru-RU"/>
        </w:rPr>
      </w:pPr>
      <w:r w:rsidRPr="009D1CFD">
        <w:rPr>
          <w:rFonts w:ascii="Times New Roman" w:eastAsia="Times New Roman" w:hAnsi="Times New Roman"/>
          <w:i/>
          <w:color w:val="000000"/>
          <w:sz w:val="24"/>
          <w:lang w:val="ru-RU"/>
        </w:rPr>
        <w:t>Композиторы — детям.</w:t>
      </w:r>
    </w:p>
    <w:p w:rsidR="008D72F2" w:rsidRPr="009D1CFD" w:rsidRDefault="00953D61">
      <w:pPr>
        <w:tabs>
          <w:tab w:val="left" w:pos="180"/>
        </w:tabs>
        <w:autoSpaceDE w:val="0"/>
        <w:autoSpaceDN w:val="0"/>
        <w:spacing w:before="70" w:after="0" w:line="271" w:lineRule="auto"/>
        <w:ind w:right="1152"/>
        <w:rPr>
          <w:lang w:val="ru-RU"/>
        </w:rPr>
      </w:pPr>
      <w:r w:rsidRPr="009D1CFD">
        <w:rPr>
          <w:lang w:val="ru-RU"/>
        </w:rPr>
        <w:tab/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 xml:space="preserve">Детская музыка П. И. Чайковского, С. С. Прокофьева, Д. Б. </w:t>
      </w:r>
      <w:proofErr w:type="spellStart"/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>Кабалевского</w:t>
      </w:r>
      <w:proofErr w:type="spellEnd"/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 xml:space="preserve"> и др. Понятие </w:t>
      </w:r>
      <w:proofErr w:type="spellStart"/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>жанра.Песня</w:t>
      </w:r>
      <w:proofErr w:type="spellEnd"/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 xml:space="preserve">, танец, марш </w:t>
      </w:r>
      <w:r w:rsidRPr="009D1CFD">
        <w:rPr>
          <w:lang w:val="ru-RU"/>
        </w:rPr>
        <w:br/>
      </w:r>
      <w:r w:rsidRPr="009D1CFD">
        <w:rPr>
          <w:lang w:val="ru-RU"/>
        </w:rPr>
        <w:tab/>
      </w:r>
      <w:r w:rsidRPr="009D1CFD">
        <w:rPr>
          <w:rFonts w:ascii="Times New Roman" w:eastAsia="Times New Roman" w:hAnsi="Times New Roman"/>
          <w:i/>
          <w:color w:val="000000"/>
          <w:sz w:val="24"/>
          <w:lang w:val="ru-RU"/>
        </w:rPr>
        <w:t>Оркестр</w:t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8D72F2" w:rsidRPr="009D1CFD" w:rsidRDefault="00953D61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9D1CFD">
        <w:rPr>
          <w:lang w:val="ru-RU"/>
        </w:rPr>
        <w:tab/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>Оркестр — большой коллектив музыкантов. Дирижёр, партитура, репетиция. Жанр концерта —музыкальное соревнование солиста с оркестром.</w:t>
      </w:r>
    </w:p>
    <w:p w:rsidR="008D72F2" w:rsidRPr="009D1CFD" w:rsidRDefault="00953D61">
      <w:pPr>
        <w:autoSpaceDE w:val="0"/>
        <w:autoSpaceDN w:val="0"/>
        <w:spacing w:before="62" w:after="0" w:line="240" w:lineRule="auto"/>
        <w:ind w:left="180"/>
        <w:rPr>
          <w:lang w:val="ru-RU"/>
        </w:rPr>
      </w:pPr>
      <w:r w:rsidRPr="009D1CFD">
        <w:rPr>
          <w:rFonts w:ascii="Times New Roman" w:eastAsia="Times New Roman" w:hAnsi="Times New Roman"/>
          <w:i/>
          <w:color w:val="000000"/>
          <w:sz w:val="24"/>
          <w:lang w:val="ru-RU"/>
        </w:rPr>
        <w:t>Музыкальные инструменты. Форте</w:t>
      </w:r>
      <w:r w:rsidRPr="009D1CFD">
        <w:rPr>
          <w:rFonts w:ascii="DejaVu Serif" w:eastAsia="DejaVu Serif" w:hAnsi="DejaVu Serif"/>
          <w:color w:val="000000"/>
          <w:sz w:val="24"/>
          <w:lang w:val="ru-RU"/>
        </w:rPr>
        <w:t>​</w:t>
      </w:r>
      <w:r w:rsidRPr="009D1CFD">
        <w:rPr>
          <w:rFonts w:ascii="Times New Roman" w:eastAsia="Times New Roman" w:hAnsi="Times New Roman"/>
          <w:i/>
          <w:color w:val="000000"/>
          <w:sz w:val="24"/>
          <w:lang w:val="ru-RU"/>
        </w:rPr>
        <w:t>пиано</w:t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8D72F2" w:rsidRPr="009D1CFD" w:rsidRDefault="00953D61">
      <w:pPr>
        <w:tabs>
          <w:tab w:val="left" w:pos="180"/>
        </w:tabs>
        <w:autoSpaceDE w:val="0"/>
        <w:autoSpaceDN w:val="0"/>
        <w:spacing w:before="64" w:after="0" w:line="262" w:lineRule="auto"/>
        <w:ind w:right="576"/>
        <w:rPr>
          <w:lang w:val="ru-RU"/>
        </w:rPr>
      </w:pPr>
      <w:r w:rsidRPr="009D1CFD">
        <w:rPr>
          <w:lang w:val="ru-RU"/>
        </w:rPr>
        <w:tab/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 xml:space="preserve">Рояль и пианино. История изобретения фортепиано, «секрет» названия инструмента (форте + пиано). «Предки» и «наследники» фортепиано (клавесин, </w:t>
      </w:r>
      <w:proofErr w:type="spellStart"/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>синте</w:t>
      </w:r>
      <w:proofErr w:type="spellEnd"/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>​затор).</w:t>
      </w:r>
    </w:p>
    <w:p w:rsidR="008D72F2" w:rsidRPr="009D1CFD" w:rsidRDefault="00953D6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9D1CFD">
        <w:rPr>
          <w:rFonts w:ascii="Times New Roman" w:eastAsia="Times New Roman" w:hAnsi="Times New Roman"/>
          <w:i/>
          <w:color w:val="000000"/>
          <w:sz w:val="24"/>
          <w:lang w:val="ru-RU"/>
        </w:rPr>
        <w:t>Музыкальные инструменты. Флейта.</w:t>
      </w:r>
    </w:p>
    <w:p w:rsidR="008D72F2" w:rsidRPr="009D1CFD" w:rsidRDefault="00953D61">
      <w:pPr>
        <w:tabs>
          <w:tab w:val="left" w:pos="180"/>
        </w:tabs>
        <w:autoSpaceDE w:val="0"/>
        <w:autoSpaceDN w:val="0"/>
        <w:spacing w:before="72" w:after="0" w:line="262" w:lineRule="auto"/>
        <w:ind w:right="864"/>
        <w:rPr>
          <w:lang w:val="ru-RU"/>
        </w:rPr>
      </w:pPr>
      <w:r w:rsidRPr="009D1CFD">
        <w:rPr>
          <w:lang w:val="ru-RU"/>
        </w:rPr>
        <w:tab/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Предки современной флейты. Легенда о нимфе </w:t>
      </w:r>
      <w:proofErr w:type="spellStart"/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>Сиринкс</w:t>
      </w:r>
      <w:proofErr w:type="spellEnd"/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>. Музыка для флейты соло, флейты в сопровождении фортепиано, оркестра.</w:t>
      </w:r>
    </w:p>
    <w:p w:rsidR="008D72F2" w:rsidRPr="009D1CFD" w:rsidRDefault="00953D6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9D1CFD">
        <w:rPr>
          <w:rFonts w:ascii="Times New Roman" w:eastAsia="Times New Roman" w:hAnsi="Times New Roman"/>
          <w:i/>
          <w:color w:val="000000"/>
          <w:sz w:val="24"/>
          <w:lang w:val="ru-RU"/>
        </w:rPr>
        <w:t>Музыкальные инструменты. Скрипка, виолончель</w:t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8D72F2" w:rsidRPr="009D1CFD" w:rsidRDefault="00953D61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9D1CFD">
        <w:rPr>
          <w:lang w:val="ru-RU"/>
        </w:rPr>
        <w:tab/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>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8D72F2" w:rsidRPr="009D1CFD" w:rsidRDefault="00953D61">
      <w:pPr>
        <w:autoSpaceDE w:val="0"/>
        <w:autoSpaceDN w:val="0"/>
        <w:spacing w:before="190" w:after="0" w:line="262" w:lineRule="auto"/>
        <w:ind w:left="180" w:right="6480"/>
        <w:rPr>
          <w:lang w:val="ru-RU"/>
        </w:rPr>
      </w:pPr>
      <w:r w:rsidRPr="009D1CF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Модуль "ДУХОВНАЯ МУЗЫКА" </w:t>
      </w:r>
      <w:r w:rsidRPr="009D1CFD">
        <w:rPr>
          <w:lang w:val="ru-RU"/>
        </w:rPr>
        <w:br/>
      </w:r>
      <w:r w:rsidRPr="009D1CFD">
        <w:rPr>
          <w:rFonts w:ascii="Times New Roman" w:eastAsia="Times New Roman" w:hAnsi="Times New Roman"/>
          <w:i/>
          <w:color w:val="000000"/>
          <w:sz w:val="24"/>
          <w:lang w:val="ru-RU"/>
        </w:rPr>
        <w:t>Песни верующих.</w:t>
      </w:r>
    </w:p>
    <w:p w:rsidR="008D72F2" w:rsidRPr="009D1CFD" w:rsidRDefault="00953D61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9D1CFD">
        <w:rPr>
          <w:lang w:val="ru-RU"/>
        </w:rPr>
        <w:tab/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>Молитва, хорал, песнопение, духовный стих. Образы духовной музыки в творчестве композиторов-классиков.</w:t>
      </w:r>
    </w:p>
    <w:p w:rsidR="008D72F2" w:rsidRPr="009D1CFD" w:rsidRDefault="00953D61">
      <w:pPr>
        <w:autoSpaceDE w:val="0"/>
        <w:autoSpaceDN w:val="0"/>
        <w:spacing w:before="190" w:after="0" w:line="262" w:lineRule="auto"/>
        <w:ind w:left="180" w:right="5904"/>
        <w:rPr>
          <w:lang w:val="ru-RU"/>
        </w:rPr>
      </w:pPr>
      <w:r w:rsidRPr="009D1CF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Модуль "МУЗЫКА НАРОДОВ МИРА" </w:t>
      </w:r>
      <w:r w:rsidRPr="009D1CFD">
        <w:rPr>
          <w:lang w:val="ru-RU"/>
        </w:rPr>
        <w:br/>
      </w:r>
      <w:r w:rsidRPr="009D1CFD">
        <w:rPr>
          <w:rFonts w:ascii="Times New Roman" w:eastAsia="Times New Roman" w:hAnsi="Times New Roman"/>
          <w:i/>
          <w:color w:val="000000"/>
          <w:sz w:val="24"/>
          <w:lang w:val="ru-RU"/>
        </w:rPr>
        <w:t>Музыка наших соседей.</w:t>
      </w:r>
    </w:p>
    <w:p w:rsidR="008D72F2" w:rsidRPr="009D1CFD" w:rsidRDefault="00953D61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9D1CFD">
        <w:rPr>
          <w:lang w:val="ru-RU"/>
        </w:rPr>
        <w:tab/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>Фольклор и музыкальные традиции Белоруссии, Украины, Прибалтики (песни, танцы, обычаи, музыкальные инструменты).</w:t>
      </w:r>
    </w:p>
    <w:p w:rsidR="008D72F2" w:rsidRPr="009D1CFD" w:rsidRDefault="00953D61">
      <w:pPr>
        <w:autoSpaceDE w:val="0"/>
        <w:autoSpaceDN w:val="0"/>
        <w:spacing w:before="190" w:after="0" w:line="262" w:lineRule="auto"/>
        <w:ind w:left="180" w:right="5904"/>
        <w:rPr>
          <w:lang w:val="ru-RU"/>
        </w:rPr>
      </w:pPr>
      <w:r w:rsidRPr="009D1CF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Модуль "МУЗЫКА ТЕАТРА И КИНО" </w:t>
      </w:r>
      <w:r w:rsidRPr="009D1CFD">
        <w:rPr>
          <w:lang w:val="ru-RU"/>
        </w:rPr>
        <w:br/>
      </w:r>
      <w:r w:rsidRPr="009D1CFD">
        <w:rPr>
          <w:rFonts w:ascii="Times New Roman" w:eastAsia="Times New Roman" w:hAnsi="Times New Roman"/>
          <w:i/>
          <w:color w:val="000000"/>
          <w:sz w:val="24"/>
          <w:lang w:val="ru-RU"/>
        </w:rPr>
        <w:t>Музыкальная сказка на сцене, на экране.</w:t>
      </w:r>
    </w:p>
    <w:p w:rsidR="008D72F2" w:rsidRPr="009D1CFD" w:rsidRDefault="00953D6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>Характеры персонажей, отражённые в музыке. Тембр голоса. Соло. Хор, ансамбль.</w:t>
      </w:r>
    </w:p>
    <w:p w:rsidR="008D72F2" w:rsidRPr="009D1CFD" w:rsidRDefault="008D72F2">
      <w:pPr>
        <w:rPr>
          <w:lang w:val="ru-RU"/>
        </w:rPr>
        <w:sectPr w:rsidR="008D72F2" w:rsidRPr="009D1CFD">
          <w:pgSz w:w="11900" w:h="16840"/>
          <w:pgMar w:top="298" w:right="778" w:bottom="1440" w:left="666" w:header="720" w:footer="720" w:gutter="0"/>
          <w:cols w:space="720" w:equalWidth="0">
            <w:col w:w="10456" w:space="0"/>
          </w:cols>
          <w:docGrid w:linePitch="360"/>
        </w:sectPr>
      </w:pPr>
    </w:p>
    <w:p w:rsidR="008D72F2" w:rsidRPr="009D1CFD" w:rsidRDefault="008D72F2">
      <w:pPr>
        <w:autoSpaceDE w:val="0"/>
        <w:autoSpaceDN w:val="0"/>
        <w:spacing w:after="78" w:line="220" w:lineRule="exact"/>
        <w:rPr>
          <w:lang w:val="ru-RU"/>
        </w:rPr>
      </w:pPr>
    </w:p>
    <w:p w:rsidR="008D72F2" w:rsidRPr="009D1CFD" w:rsidRDefault="00953D61">
      <w:pPr>
        <w:autoSpaceDE w:val="0"/>
        <w:autoSpaceDN w:val="0"/>
        <w:spacing w:after="0" w:line="230" w:lineRule="auto"/>
        <w:rPr>
          <w:lang w:val="ru-RU"/>
        </w:rPr>
      </w:pPr>
      <w:r w:rsidRPr="009D1CFD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:rsidR="008D72F2" w:rsidRPr="009D1CFD" w:rsidRDefault="00953D61">
      <w:pPr>
        <w:tabs>
          <w:tab w:val="left" w:pos="180"/>
        </w:tabs>
        <w:autoSpaceDE w:val="0"/>
        <w:autoSpaceDN w:val="0"/>
        <w:spacing w:before="346" w:after="0" w:line="262" w:lineRule="auto"/>
        <w:ind w:right="288"/>
        <w:rPr>
          <w:lang w:val="ru-RU"/>
        </w:rPr>
      </w:pPr>
      <w:r w:rsidRPr="009D1CFD">
        <w:rPr>
          <w:lang w:val="ru-RU"/>
        </w:rPr>
        <w:tab/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>Специфика эстетического содержания предмета «Музыка» обусловливает тесное взаимодействие, смысловое единство трёх групп результатов: личностных, метапредметных и предметных.</w:t>
      </w:r>
    </w:p>
    <w:p w:rsidR="008D72F2" w:rsidRPr="009D1CFD" w:rsidRDefault="00953D61">
      <w:pPr>
        <w:autoSpaceDE w:val="0"/>
        <w:autoSpaceDN w:val="0"/>
        <w:spacing w:before="262" w:after="0" w:line="230" w:lineRule="auto"/>
        <w:rPr>
          <w:lang w:val="ru-RU"/>
        </w:rPr>
      </w:pPr>
      <w:r w:rsidRPr="009D1CFD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8D72F2" w:rsidRPr="009D1CFD" w:rsidRDefault="00953D61">
      <w:pPr>
        <w:tabs>
          <w:tab w:val="left" w:pos="180"/>
        </w:tabs>
        <w:autoSpaceDE w:val="0"/>
        <w:autoSpaceDN w:val="0"/>
        <w:spacing w:before="166" w:after="0" w:line="286" w:lineRule="auto"/>
        <w:rPr>
          <w:lang w:val="ru-RU"/>
        </w:rPr>
      </w:pPr>
      <w:r w:rsidRPr="009D1CFD">
        <w:rPr>
          <w:lang w:val="ru-RU"/>
        </w:rPr>
        <w:tab/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 xml:space="preserve">Личностные результаты освоения рабочей программы по музыке для начального общего </w:t>
      </w:r>
      <w:r w:rsidRPr="009D1CFD">
        <w:rPr>
          <w:lang w:val="ru-RU"/>
        </w:rPr>
        <w:br/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 xml:space="preserve">образования достигаются во взаимодействии учебной и воспитательной работы, урочной и </w:t>
      </w:r>
      <w:r w:rsidRPr="009D1CFD">
        <w:rPr>
          <w:lang w:val="ru-RU"/>
        </w:rPr>
        <w:br/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 xml:space="preserve">внеурочной деятельности. Они должны отражать готовность обучающихся руководствоваться системой позитивных ценностных ориентаций, в том числе в части: </w:t>
      </w:r>
      <w:r w:rsidRPr="009D1CFD">
        <w:rPr>
          <w:lang w:val="ru-RU"/>
        </w:rPr>
        <w:br/>
      </w:r>
      <w:r w:rsidRPr="009D1CFD">
        <w:rPr>
          <w:lang w:val="ru-RU"/>
        </w:rPr>
        <w:tab/>
      </w:r>
      <w:r w:rsidRPr="009D1CFD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Гражданско-патриотического воспитания: </w:t>
      </w:r>
      <w:r w:rsidRPr="009D1CFD">
        <w:rPr>
          <w:lang w:val="ru-RU"/>
        </w:rPr>
        <w:br/>
      </w:r>
      <w:r w:rsidRPr="009D1CFD">
        <w:rPr>
          <w:lang w:val="ru-RU"/>
        </w:rPr>
        <w:tab/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осознание российской гражданской идентичности; знание Гимна России и традиций его </w:t>
      </w:r>
      <w:r w:rsidRPr="009D1CFD">
        <w:rPr>
          <w:lang w:val="ru-RU"/>
        </w:rPr>
        <w:br/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>исполнения, уважение музыкальных символов и традиций республик Российской Федерации; проявление интереса к освоению музыкальных традиций своего края, музыкальной культуры народов России; уважение к достижениям отечественных мастеров культуры; стремление участвовать в творческой жизни своей школы, города, республики.</w:t>
      </w:r>
    </w:p>
    <w:p w:rsidR="008D72F2" w:rsidRPr="009D1CFD" w:rsidRDefault="00953D61">
      <w:pPr>
        <w:tabs>
          <w:tab w:val="left" w:pos="180"/>
        </w:tabs>
        <w:autoSpaceDE w:val="0"/>
        <w:autoSpaceDN w:val="0"/>
        <w:spacing w:before="70" w:after="0"/>
        <w:ind w:right="1152"/>
        <w:rPr>
          <w:lang w:val="ru-RU"/>
        </w:rPr>
      </w:pPr>
      <w:r w:rsidRPr="009D1CFD">
        <w:rPr>
          <w:lang w:val="ru-RU"/>
        </w:rPr>
        <w:tab/>
      </w:r>
      <w:r w:rsidRPr="009D1CFD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Духовно-нравственного воспитания: </w:t>
      </w:r>
      <w:r w:rsidRPr="009D1CFD">
        <w:rPr>
          <w:lang w:val="ru-RU"/>
        </w:rPr>
        <w:br/>
      </w:r>
      <w:r w:rsidRPr="009D1CFD">
        <w:rPr>
          <w:lang w:val="ru-RU"/>
        </w:rPr>
        <w:tab/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>признание индивидуальности каждого человека; проявление сопереживания, уважения и доброжелательности; 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8D72F2" w:rsidRPr="009D1CFD" w:rsidRDefault="00953D61">
      <w:pPr>
        <w:tabs>
          <w:tab w:val="left" w:pos="180"/>
        </w:tabs>
        <w:autoSpaceDE w:val="0"/>
        <w:autoSpaceDN w:val="0"/>
        <w:spacing w:before="70" w:after="0"/>
        <w:ind w:right="432"/>
        <w:rPr>
          <w:lang w:val="ru-RU"/>
        </w:rPr>
      </w:pPr>
      <w:r w:rsidRPr="009D1CFD">
        <w:rPr>
          <w:lang w:val="ru-RU"/>
        </w:rPr>
        <w:tab/>
      </w:r>
      <w:r w:rsidRPr="009D1CFD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Эстетического воспитания: </w:t>
      </w:r>
      <w:r w:rsidRPr="009D1CFD">
        <w:rPr>
          <w:lang w:val="ru-RU"/>
        </w:rPr>
        <w:br/>
      </w:r>
      <w:r w:rsidRPr="009D1CFD">
        <w:rPr>
          <w:lang w:val="ru-RU"/>
        </w:rPr>
        <w:tab/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>восприимчивость к различным видам искусства, музыкальным традициям и творчеству своего и других народов; умение видеть прекрасное в жизни, наслаждаться красотой; стремление к самовыражению в разных видах искусства.</w:t>
      </w:r>
    </w:p>
    <w:p w:rsidR="008D72F2" w:rsidRPr="009D1CFD" w:rsidRDefault="00953D61">
      <w:pPr>
        <w:tabs>
          <w:tab w:val="left" w:pos="180"/>
        </w:tabs>
        <w:autoSpaceDE w:val="0"/>
        <w:autoSpaceDN w:val="0"/>
        <w:spacing w:before="70" w:after="0"/>
        <w:rPr>
          <w:lang w:val="ru-RU"/>
        </w:rPr>
      </w:pPr>
      <w:r w:rsidRPr="009D1CFD">
        <w:rPr>
          <w:lang w:val="ru-RU"/>
        </w:rPr>
        <w:tab/>
      </w:r>
      <w:r w:rsidRPr="009D1CFD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Ценности научного познания: </w:t>
      </w:r>
      <w:r w:rsidRPr="009D1CFD">
        <w:rPr>
          <w:lang w:val="ru-RU"/>
        </w:rPr>
        <w:br/>
      </w:r>
      <w:r w:rsidRPr="009D1CFD">
        <w:rPr>
          <w:lang w:val="ru-RU"/>
        </w:rPr>
        <w:tab/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>первоначальные представления о единстве и особенностях художественной и научной картины мира; познавательные интересы, активность, инициативность, любознательность и самостоятельность в познании.</w:t>
      </w:r>
    </w:p>
    <w:p w:rsidR="008D72F2" w:rsidRPr="009D1CFD" w:rsidRDefault="00953D61">
      <w:pPr>
        <w:tabs>
          <w:tab w:val="left" w:pos="180"/>
        </w:tabs>
        <w:autoSpaceDE w:val="0"/>
        <w:autoSpaceDN w:val="0"/>
        <w:spacing w:before="70" w:after="0" w:line="281" w:lineRule="auto"/>
        <w:rPr>
          <w:lang w:val="ru-RU"/>
        </w:rPr>
      </w:pPr>
      <w:r w:rsidRPr="009D1CFD">
        <w:rPr>
          <w:lang w:val="ru-RU"/>
        </w:rPr>
        <w:tab/>
      </w:r>
      <w:r w:rsidRPr="009D1CFD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Физического воспитания, формирования культуры здоровья и эмоционального благополучия: </w:t>
      </w:r>
      <w:r w:rsidRPr="009D1CFD">
        <w:rPr>
          <w:lang w:val="ru-RU"/>
        </w:rPr>
        <w:tab/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>соблюдение правил здорового и безопасного (для себя и других людей) образа жизни в окружающей среде; 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 профилактика умственного и физического утомления с использованием возможностей музыкотерапии.</w:t>
      </w:r>
    </w:p>
    <w:p w:rsidR="008D72F2" w:rsidRPr="009D1CFD" w:rsidRDefault="00953D61">
      <w:pPr>
        <w:tabs>
          <w:tab w:val="left" w:pos="180"/>
        </w:tabs>
        <w:autoSpaceDE w:val="0"/>
        <w:autoSpaceDN w:val="0"/>
        <w:spacing w:before="72" w:after="0"/>
        <w:ind w:right="288"/>
        <w:rPr>
          <w:lang w:val="ru-RU"/>
        </w:rPr>
      </w:pPr>
      <w:r w:rsidRPr="009D1CFD">
        <w:rPr>
          <w:lang w:val="ru-RU"/>
        </w:rPr>
        <w:tab/>
      </w:r>
      <w:r w:rsidRPr="009D1CFD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Трудового воспитания: </w:t>
      </w:r>
      <w:r w:rsidRPr="009D1CFD">
        <w:rPr>
          <w:lang w:val="ru-RU"/>
        </w:rPr>
        <w:br/>
      </w:r>
      <w:r w:rsidRPr="009D1CFD">
        <w:rPr>
          <w:lang w:val="ru-RU"/>
        </w:rPr>
        <w:tab/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>установка на посильное активное участие в практической деятельности; трудолюбие в учёбе, настойчивость в достижении поставленных целей; интерес к практическому изучению профессий в сфере культуры и искусства; уважение к труду и результатам трудовой деятельности.</w:t>
      </w:r>
    </w:p>
    <w:p w:rsidR="008D72F2" w:rsidRPr="009D1CFD" w:rsidRDefault="00953D61">
      <w:pPr>
        <w:autoSpaceDE w:val="0"/>
        <w:autoSpaceDN w:val="0"/>
        <w:spacing w:before="70" w:after="0" w:line="262" w:lineRule="auto"/>
        <w:ind w:left="180" w:right="2592"/>
        <w:rPr>
          <w:lang w:val="ru-RU"/>
        </w:rPr>
      </w:pPr>
      <w:r w:rsidRPr="009D1CFD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Экологического воспитания: </w:t>
      </w:r>
      <w:r w:rsidRPr="009D1CFD">
        <w:rPr>
          <w:lang w:val="ru-RU"/>
        </w:rPr>
        <w:br/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>бережное отношение к природе; неприятие действий, приносящих ей вред.</w:t>
      </w:r>
    </w:p>
    <w:p w:rsidR="008D72F2" w:rsidRPr="009D1CFD" w:rsidRDefault="00953D61">
      <w:pPr>
        <w:autoSpaceDE w:val="0"/>
        <w:autoSpaceDN w:val="0"/>
        <w:spacing w:before="262" w:after="0" w:line="230" w:lineRule="auto"/>
        <w:rPr>
          <w:lang w:val="ru-RU"/>
        </w:rPr>
      </w:pPr>
      <w:r w:rsidRPr="009D1CFD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8D72F2" w:rsidRPr="009D1CFD" w:rsidRDefault="00953D61">
      <w:pPr>
        <w:tabs>
          <w:tab w:val="left" w:pos="180"/>
        </w:tabs>
        <w:autoSpaceDE w:val="0"/>
        <w:autoSpaceDN w:val="0"/>
        <w:spacing w:before="166" w:after="0" w:line="271" w:lineRule="auto"/>
        <w:ind w:right="288"/>
        <w:rPr>
          <w:lang w:val="ru-RU"/>
        </w:rPr>
      </w:pPr>
      <w:r w:rsidRPr="009D1CFD">
        <w:rPr>
          <w:lang w:val="ru-RU"/>
        </w:rPr>
        <w:tab/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 xml:space="preserve">Метапредметные результаты освоения основной образовательной программы, формируемые при изучении предмета «Музыка»: </w:t>
      </w:r>
      <w:r w:rsidRPr="009D1CFD">
        <w:rPr>
          <w:lang w:val="ru-RU"/>
        </w:rPr>
        <w:br/>
      </w:r>
      <w:r w:rsidRPr="009D1CFD">
        <w:rPr>
          <w:lang w:val="ru-RU"/>
        </w:rPr>
        <w:tab/>
      </w:r>
      <w:r w:rsidRPr="009D1CFD">
        <w:rPr>
          <w:rFonts w:ascii="Times New Roman" w:eastAsia="Times New Roman" w:hAnsi="Times New Roman"/>
          <w:b/>
          <w:color w:val="000000"/>
          <w:sz w:val="24"/>
          <w:lang w:val="ru-RU"/>
        </w:rPr>
        <w:t>1. Овладение универсальными познавательными действиями.</w:t>
      </w:r>
    </w:p>
    <w:p w:rsidR="008D72F2" w:rsidRPr="009D1CFD" w:rsidRDefault="00953D61">
      <w:pPr>
        <w:tabs>
          <w:tab w:val="left" w:pos="180"/>
        </w:tabs>
        <w:autoSpaceDE w:val="0"/>
        <w:autoSpaceDN w:val="0"/>
        <w:spacing w:before="70" w:after="0" w:line="271" w:lineRule="auto"/>
        <w:ind w:right="144"/>
        <w:rPr>
          <w:lang w:val="ru-RU"/>
        </w:rPr>
      </w:pPr>
      <w:r w:rsidRPr="009D1CFD">
        <w:rPr>
          <w:lang w:val="ru-RU"/>
        </w:rPr>
        <w:tab/>
      </w:r>
      <w:r w:rsidRPr="009D1CFD">
        <w:rPr>
          <w:rFonts w:ascii="Times New Roman" w:eastAsia="Times New Roman" w:hAnsi="Times New Roman"/>
          <w:i/>
          <w:color w:val="000000"/>
          <w:sz w:val="24"/>
          <w:lang w:val="ru-RU"/>
        </w:rPr>
        <w:t>Базовые логические действия:</w:t>
      </w:r>
      <w:r w:rsidRPr="009D1CFD">
        <w:rPr>
          <w:lang w:val="ru-RU"/>
        </w:rPr>
        <w:br/>
      </w:r>
      <w:r w:rsidRPr="009D1CFD">
        <w:rPr>
          <w:lang w:val="ru-RU"/>
        </w:rPr>
        <w:tab/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>- сравнивать музыкальные звуки, звуковые сочетания, произведения, жанры; устанавливать основания для сравнения, объединять элементы музыкального звучания по определённому признаку;</w:t>
      </w:r>
    </w:p>
    <w:p w:rsidR="008D72F2" w:rsidRPr="009D1CFD" w:rsidRDefault="008D72F2">
      <w:pPr>
        <w:rPr>
          <w:lang w:val="ru-RU"/>
        </w:rPr>
        <w:sectPr w:rsidR="008D72F2" w:rsidRPr="009D1CFD">
          <w:pgSz w:w="11900" w:h="16840"/>
          <w:pgMar w:top="298" w:right="650" w:bottom="33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8D72F2" w:rsidRPr="009D1CFD" w:rsidRDefault="008D72F2">
      <w:pPr>
        <w:autoSpaceDE w:val="0"/>
        <w:autoSpaceDN w:val="0"/>
        <w:spacing w:after="78" w:line="220" w:lineRule="exact"/>
        <w:rPr>
          <w:lang w:val="ru-RU"/>
        </w:rPr>
      </w:pPr>
    </w:p>
    <w:p w:rsidR="008D72F2" w:rsidRPr="009D1CFD" w:rsidRDefault="00953D61">
      <w:pPr>
        <w:tabs>
          <w:tab w:val="left" w:pos="180"/>
        </w:tabs>
        <w:autoSpaceDE w:val="0"/>
        <w:autoSpaceDN w:val="0"/>
        <w:spacing w:after="0" w:line="286" w:lineRule="auto"/>
        <w:rPr>
          <w:lang w:val="ru-RU"/>
        </w:rPr>
      </w:pPr>
      <w:r w:rsidRPr="009D1CFD">
        <w:rPr>
          <w:lang w:val="ru-RU"/>
        </w:rPr>
        <w:tab/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>- 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 и др.);</w:t>
      </w:r>
      <w:r w:rsidRPr="009D1CFD">
        <w:rPr>
          <w:lang w:val="ru-RU"/>
        </w:rPr>
        <w:br/>
      </w:r>
      <w:r w:rsidRPr="009D1CFD">
        <w:rPr>
          <w:lang w:val="ru-RU"/>
        </w:rPr>
        <w:tab/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>- 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  <w:r w:rsidRPr="009D1CFD">
        <w:rPr>
          <w:lang w:val="ru-RU"/>
        </w:rPr>
        <w:br/>
      </w:r>
      <w:r w:rsidRPr="009D1CFD">
        <w:rPr>
          <w:lang w:val="ru-RU"/>
        </w:rPr>
        <w:tab/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>- 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  <w:r w:rsidRPr="009D1CFD">
        <w:rPr>
          <w:lang w:val="ru-RU"/>
        </w:rPr>
        <w:br/>
      </w:r>
      <w:r w:rsidRPr="009D1CFD">
        <w:rPr>
          <w:lang w:val="ru-RU"/>
        </w:rPr>
        <w:tab/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>- устанавливать причинно-следственные связи в ситуациях музыкального восприятия и исполнения, делать выводы.</w:t>
      </w:r>
    </w:p>
    <w:p w:rsidR="008D72F2" w:rsidRPr="009D1CFD" w:rsidRDefault="00953D61">
      <w:pPr>
        <w:tabs>
          <w:tab w:val="left" w:pos="180"/>
        </w:tabs>
        <w:autoSpaceDE w:val="0"/>
        <w:autoSpaceDN w:val="0"/>
        <w:spacing w:before="72" w:after="0" w:line="288" w:lineRule="auto"/>
        <w:rPr>
          <w:lang w:val="ru-RU"/>
        </w:rPr>
      </w:pPr>
      <w:r w:rsidRPr="009D1CFD">
        <w:rPr>
          <w:lang w:val="ru-RU"/>
        </w:rPr>
        <w:tab/>
      </w:r>
      <w:r w:rsidRPr="009D1CF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Базовые исследовательские действия: </w:t>
      </w:r>
      <w:r w:rsidRPr="009D1CFD">
        <w:rPr>
          <w:lang w:val="ru-RU"/>
        </w:rPr>
        <w:br/>
      </w:r>
      <w:r w:rsidRPr="009D1CFD">
        <w:rPr>
          <w:lang w:val="ru-RU"/>
        </w:rPr>
        <w:tab/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</w:t>
      </w:r>
      <w:r w:rsidRPr="009D1CFD">
        <w:rPr>
          <w:lang w:val="ru-RU"/>
        </w:rPr>
        <w:br/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исполнительских навыков; </w:t>
      </w:r>
      <w:r w:rsidRPr="009D1CFD">
        <w:rPr>
          <w:lang w:val="ru-RU"/>
        </w:rPr>
        <w:br/>
      </w:r>
      <w:r w:rsidRPr="009D1CFD">
        <w:rPr>
          <w:lang w:val="ru-RU"/>
        </w:rPr>
        <w:tab/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 xml:space="preserve"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</w:t>
      </w:r>
      <w:proofErr w:type="spellStart"/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>музицирования</w:t>
      </w:r>
      <w:proofErr w:type="spellEnd"/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 xml:space="preserve">; </w:t>
      </w:r>
      <w:r w:rsidRPr="009D1CFD">
        <w:rPr>
          <w:lang w:val="ru-RU"/>
        </w:rPr>
        <w:br/>
      </w:r>
      <w:r w:rsidRPr="009D1CFD">
        <w:rPr>
          <w:lang w:val="ru-RU"/>
        </w:rPr>
        <w:tab/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 xml:space="preserve">сравнивать несколько вариантов решения творческой, исполнительской задачи, выбирать наиболее подходящий (на основе предложенных критериев); </w:t>
      </w:r>
      <w:r w:rsidRPr="009D1CFD">
        <w:rPr>
          <w:lang w:val="ru-RU"/>
        </w:rPr>
        <w:br/>
      </w:r>
      <w:r w:rsidRPr="009D1CFD">
        <w:rPr>
          <w:lang w:val="ru-RU"/>
        </w:rPr>
        <w:tab/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 xml:space="preserve"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— целое, </w:t>
      </w:r>
      <w:r w:rsidRPr="009D1CFD">
        <w:rPr>
          <w:lang w:val="ru-RU"/>
        </w:rPr>
        <w:br/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 xml:space="preserve">причина — следствие); </w:t>
      </w:r>
      <w:r w:rsidRPr="009D1CFD">
        <w:rPr>
          <w:lang w:val="ru-RU"/>
        </w:rPr>
        <w:br/>
      </w:r>
      <w:r w:rsidRPr="009D1CFD">
        <w:rPr>
          <w:lang w:val="ru-RU"/>
        </w:rPr>
        <w:tab/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</w:t>
      </w:r>
      <w:r w:rsidRPr="009D1CFD">
        <w:rPr>
          <w:lang w:val="ru-RU"/>
        </w:rPr>
        <w:br/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 xml:space="preserve">классификации, сравнения, исследования); </w:t>
      </w:r>
      <w:r w:rsidRPr="009D1CFD">
        <w:rPr>
          <w:lang w:val="ru-RU"/>
        </w:rPr>
        <w:br/>
      </w:r>
      <w:r w:rsidRPr="009D1CFD">
        <w:rPr>
          <w:lang w:val="ru-RU"/>
        </w:rPr>
        <w:tab/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8D72F2" w:rsidRPr="009D1CFD" w:rsidRDefault="00953D61">
      <w:pPr>
        <w:tabs>
          <w:tab w:val="left" w:pos="180"/>
        </w:tabs>
        <w:autoSpaceDE w:val="0"/>
        <w:autoSpaceDN w:val="0"/>
        <w:spacing w:before="70" w:after="0" w:line="288" w:lineRule="auto"/>
        <w:rPr>
          <w:lang w:val="ru-RU"/>
        </w:rPr>
      </w:pPr>
      <w:r w:rsidRPr="009D1CFD">
        <w:rPr>
          <w:lang w:val="ru-RU"/>
        </w:rPr>
        <w:tab/>
      </w:r>
      <w:r w:rsidRPr="009D1CF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Работа с информацией: </w:t>
      </w:r>
      <w:r w:rsidRPr="009D1CFD">
        <w:rPr>
          <w:lang w:val="ru-RU"/>
        </w:rPr>
        <w:br/>
      </w:r>
      <w:r w:rsidRPr="009D1CFD">
        <w:rPr>
          <w:lang w:val="ru-RU"/>
        </w:rPr>
        <w:tab/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 xml:space="preserve">выбирать источник получения информации; </w:t>
      </w:r>
      <w:r w:rsidRPr="009D1CFD">
        <w:rPr>
          <w:lang w:val="ru-RU"/>
        </w:rPr>
        <w:br/>
      </w:r>
      <w:r w:rsidRPr="009D1CFD">
        <w:rPr>
          <w:lang w:val="ru-RU"/>
        </w:rPr>
        <w:tab/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 xml:space="preserve">согласно заданному алгоритму находить в предложенном источнике информацию, представленную в явном виде; </w:t>
      </w:r>
      <w:r w:rsidRPr="009D1CFD">
        <w:rPr>
          <w:lang w:val="ru-RU"/>
        </w:rPr>
        <w:br/>
      </w:r>
      <w:r w:rsidRPr="009D1CFD">
        <w:rPr>
          <w:lang w:val="ru-RU"/>
        </w:rPr>
        <w:tab/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 xml:space="preserve">распознавать достоверную и недостоверную информацию самостоятельно или на основании предложенного учителем способа её проверки; </w:t>
      </w:r>
      <w:r w:rsidRPr="009D1CFD">
        <w:rPr>
          <w:lang w:val="ru-RU"/>
        </w:rPr>
        <w:br/>
      </w:r>
      <w:r w:rsidRPr="009D1CFD">
        <w:rPr>
          <w:lang w:val="ru-RU"/>
        </w:rPr>
        <w:tab/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 xml:space="preserve">соблюдать с помощью взрослых (учителей, родителей (законных представителей) обучающихся) правила информационной безопасности при поиске информации в сети Интернет; </w:t>
      </w:r>
      <w:r w:rsidRPr="009D1CFD">
        <w:rPr>
          <w:lang w:val="ru-RU"/>
        </w:rPr>
        <w:br/>
      </w:r>
      <w:r w:rsidRPr="009D1CFD">
        <w:rPr>
          <w:lang w:val="ru-RU"/>
        </w:rPr>
        <w:tab/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 xml:space="preserve">анализировать текстовую, видео-, графическую, звуковую, информацию в соответствии с учебной задачей; </w:t>
      </w:r>
      <w:r w:rsidRPr="009D1CFD">
        <w:rPr>
          <w:lang w:val="ru-RU"/>
        </w:rPr>
        <w:br/>
      </w:r>
      <w:r w:rsidRPr="009D1CFD">
        <w:rPr>
          <w:lang w:val="ru-RU"/>
        </w:rPr>
        <w:tab/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 xml:space="preserve">анализировать музыкальные тексты (акустические и нотные) по предложенному учителем алгоритму; </w:t>
      </w:r>
      <w:r w:rsidRPr="009D1CFD">
        <w:rPr>
          <w:lang w:val="ru-RU"/>
        </w:rPr>
        <w:br/>
      </w:r>
      <w:r w:rsidRPr="009D1CFD">
        <w:rPr>
          <w:lang w:val="ru-RU"/>
        </w:rPr>
        <w:tab/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>самостоятельно создавать схемы, таблицы для представления информации.</w:t>
      </w:r>
    </w:p>
    <w:p w:rsidR="008D72F2" w:rsidRPr="009D1CFD" w:rsidRDefault="00953D61">
      <w:pPr>
        <w:tabs>
          <w:tab w:val="left" w:pos="180"/>
        </w:tabs>
        <w:autoSpaceDE w:val="0"/>
        <w:autoSpaceDN w:val="0"/>
        <w:spacing w:before="70" w:after="0" w:line="281" w:lineRule="auto"/>
        <w:ind w:right="144"/>
        <w:rPr>
          <w:lang w:val="ru-RU"/>
        </w:rPr>
      </w:pPr>
      <w:r w:rsidRPr="009D1CFD">
        <w:rPr>
          <w:lang w:val="ru-RU"/>
        </w:rPr>
        <w:tab/>
      </w:r>
      <w:r w:rsidRPr="009D1CF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2. Овладение универсальными коммуникативными действиями </w:t>
      </w:r>
      <w:r w:rsidRPr="009D1CFD">
        <w:rPr>
          <w:lang w:val="ru-RU"/>
        </w:rPr>
        <w:br/>
      </w:r>
      <w:r w:rsidRPr="009D1CFD">
        <w:rPr>
          <w:lang w:val="ru-RU"/>
        </w:rPr>
        <w:tab/>
      </w:r>
      <w:r w:rsidRPr="009D1CF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Невербальная коммуникация: </w:t>
      </w:r>
      <w:r w:rsidRPr="009D1CFD">
        <w:rPr>
          <w:lang w:val="ru-RU"/>
        </w:rPr>
        <w:br/>
      </w:r>
      <w:r w:rsidRPr="009D1CFD">
        <w:rPr>
          <w:lang w:val="ru-RU"/>
        </w:rPr>
        <w:tab/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 xml:space="preserve">воспринимать музыку как специфическую форму общения людей, стремиться понять </w:t>
      </w:r>
      <w:r w:rsidRPr="009D1CFD">
        <w:rPr>
          <w:lang w:val="ru-RU"/>
        </w:rPr>
        <w:br/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 xml:space="preserve">эмоционально-образное содержание музыкального высказывания; </w:t>
      </w:r>
      <w:r w:rsidRPr="009D1CFD">
        <w:rPr>
          <w:lang w:val="ru-RU"/>
        </w:rPr>
        <w:br/>
      </w:r>
      <w:r w:rsidRPr="009D1CFD">
        <w:rPr>
          <w:lang w:val="ru-RU"/>
        </w:rPr>
        <w:tab/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 xml:space="preserve">выступать перед публикой в качестве исполнителя музыки (соло или в коллективе); </w:t>
      </w:r>
      <w:r w:rsidRPr="009D1CFD">
        <w:rPr>
          <w:lang w:val="ru-RU"/>
        </w:rPr>
        <w:br/>
      </w:r>
      <w:r w:rsidRPr="009D1CFD">
        <w:rPr>
          <w:lang w:val="ru-RU"/>
        </w:rPr>
        <w:tab/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>передавать в собственном исполнении музыки художественное содержание, выражать настроение,</w:t>
      </w:r>
    </w:p>
    <w:p w:rsidR="008D72F2" w:rsidRPr="009D1CFD" w:rsidRDefault="008D72F2">
      <w:pPr>
        <w:rPr>
          <w:lang w:val="ru-RU"/>
        </w:rPr>
        <w:sectPr w:rsidR="008D72F2" w:rsidRPr="009D1CFD">
          <w:pgSz w:w="11900" w:h="16840"/>
          <w:pgMar w:top="298" w:right="720" w:bottom="428" w:left="666" w:header="720" w:footer="720" w:gutter="0"/>
          <w:cols w:space="720" w:equalWidth="0">
            <w:col w:w="10514" w:space="0"/>
          </w:cols>
          <w:docGrid w:linePitch="360"/>
        </w:sectPr>
      </w:pPr>
    </w:p>
    <w:p w:rsidR="008D72F2" w:rsidRPr="009D1CFD" w:rsidRDefault="008D72F2">
      <w:pPr>
        <w:autoSpaceDE w:val="0"/>
        <w:autoSpaceDN w:val="0"/>
        <w:spacing w:after="66" w:line="220" w:lineRule="exact"/>
        <w:rPr>
          <w:lang w:val="ru-RU"/>
        </w:rPr>
      </w:pPr>
    </w:p>
    <w:p w:rsidR="008D72F2" w:rsidRPr="009D1CFD" w:rsidRDefault="00953D61">
      <w:pPr>
        <w:tabs>
          <w:tab w:val="left" w:pos="180"/>
        </w:tabs>
        <w:autoSpaceDE w:val="0"/>
        <w:autoSpaceDN w:val="0"/>
        <w:spacing w:after="0" w:line="271" w:lineRule="auto"/>
        <w:rPr>
          <w:lang w:val="ru-RU"/>
        </w:rPr>
      </w:pP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 xml:space="preserve">чувства, личное отношение к исполняемому произведению; </w:t>
      </w:r>
      <w:r w:rsidRPr="009D1CFD">
        <w:rPr>
          <w:lang w:val="ru-RU"/>
        </w:rPr>
        <w:br/>
      </w:r>
      <w:r w:rsidRPr="009D1CFD">
        <w:rPr>
          <w:lang w:val="ru-RU"/>
        </w:rPr>
        <w:tab/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8D72F2" w:rsidRPr="009D1CFD" w:rsidRDefault="00953D61">
      <w:pPr>
        <w:tabs>
          <w:tab w:val="left" w:pos="180"/>
        </w:tabs>
        <w:autoSpaceDE w:val="0"/>
        <w:autoSpaceDN w:val="0"/>
        <w:spacing w:before="70" w:after="0" w:line="286" w:lineRule="auto"/>
        <w:ind w:right="144"/>
        <w:rPr>
          <w:lang w:val="ru-RU"/>
        </w:rPr>
      </w:pPr>
      <w:r w:rsidRPr="009D1CFD">
        <w:rPr>
          <w:lang w:val="ru-RU"/>
        </w:rPr>
        <w:tab/>
      </w:r>
      <w:r w:rsidRPr="009D1CF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Вербальная коммуникация: </w:t>
      </w:r>
      <w:r w:rsidRPr="009D1CFD">
        <w:rPr>
          <w:lang w:val="ru-RU"/>
        </w:rPr>
        <w:br/>
      </w:r>
      <w:r w:rsidRPr="009D1CFD">
        <w:rPr>
          <w:lang w:val="ru-RU"/>
        </w:rPr>
        <w:tab/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 xml:space="preserve">воспринимать и формулировать суждения, выражать эмоции в соответствии с целями и условиями общения в знакомой среде; </w:t>
      </w:r>
      <w:r w:rsidRPr="009D1CFD">
        <w:rPr>
          <w:lang w:val="ru-RU"/>
        </w:rPr>
        <w:br/>
      </w:r>
      <w:r w:rsidRPr="009D1CFD">
        <w:rPr>
          <w:lang w:val="ru-RU"/>
        </w:rPr>
        <w:tab/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 xml:space="preserve">проявлять уважительное отношение к собеседнику, соблюдать правила ведения диалога и дискуссии; </w:t>
      </w:r>
      <w:r w:rsidRPr="009D1CFD">
        <w:rPr>
          <w:lang w:val="ru-RU"/>
        </w:rPr>
        <w:br/>
      </w:r>
      <w:r w:rsidRPr="009D1CFD">
        <w:rPr>
          <w:lang w:val="ru-RU"/>
        </w:rPr>
        <w:tab/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 xml:space="preserve">признавать возможность существования разных точек зрения; </w:t>
      </w:r>
      <w:r w:rsidRPr="009D1CFD">
        <w:rPr>
          <w:lang w:val="ru-RU"/>
        </w:rPr>
        <w:br/>
      </w:r>
      <w:r w:rsidRPr="009D1CFD">
        <w:rPr>
          <w:lang w:val="ru-RU"/>
        </w:rPr>
        <w:tab/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 xml:space="preserve">корректно и аргументированно высказывать своё мнение; </w:t>
      </w:r>
      <w:r w:rsidRPr="009D1CFD">
        <w:rPr>
          <w:lang w:val="ru-RU"/>
        </w:rPr>
        <w:br/>
      </w:r>
      <w:r w:rsidRPr="009D1CFD">
        <w:rPr>
          <w:lang w:val="ru-RU"/>
        </w:rPr>
        <w:tab/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 xml:space="preserve">строить речевое высказывание в соответствии с поставленной задачей; </w:t>
      </w:r>
      <w:r w:rsidRPr="009D1CFD">
        <w:rPr>
          <w:lang w:val="ru-RU"/>
        </w:rPr>
        <w:br/>
      </w:r>
      <w:r w:rsidRPr="009D1CFD">
        <w:rPr>
          <w:lang w:val="ru-RU"/>
        </w:rPr>
        <w:tab/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 xml:space="preserve">создавать устные и письменные тексты (описание, рассуждение, повествование); </w:t>
      </w:r>
      <w:r w:rsidRPr="009D1CFD">
        <w:rPr>
          <w:lang w:val="ru-RU"/>
        </w:rPr>
        <w:br/>
      </w:r>
      <w:r w:rsidRPr="009D1CFD">
        <w:rPr>
          <w:lang w:val="ru-RU"/>
        </w:rPr>
        <w:tab/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 xml:space="preserve">готовить небольшие публичные выступления; </w:t>
      </w:r>
      <w:r w:rsidRPr="009D1CFD">
        <w:rPr>
          <w:lang w:val="ru-RU"/>
        </w:rPr>
        <w:br/>
      </w:r>
      <w:r w:rsidRPr="009D1CFD">
        <w:rPr>
          <w:lang w:val="ru-RU"/>
        </w:rPr>
        <w:tab/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>подбирать иллюстративный материал (рисунки, фото, плакаты) к тексту выступления.</w:t>
      </w:r>
    </w:p>
    <w:p w:rsidR="008D72F2" w:rsidRPr="009D1CFD" w:rsidRDefault="00953D61">
      <w:pPr>
        <w:tabs>
          <w:tab w:val="left" w:pos="180"/>
        </w:tabs>
        <w:autoSpaceDE w:val="0"/>
        <w:autoSpaceDN w:val="0"/>
        <w:spacing w:before="70" w:after="0" w:line="288" w:lineRule="auto"/>
        <w:ind w:right="144"/>
        <w:rPr>
          <w:lang w:val="ru-RU"/>
        </w:rPr>
      </w:pPr>
      <w:r w:rsidRPr="009D1CFD">
        <w:rPr>
          <w:lang w:val="ru-RU"/>
        </w:rPr>
        <w:tab/>
      </w:r>
      <w:r w:rsidRPr="009D1CF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Совместная деятельность (сотрудничество): </w:t>
      </w:r>
      <w:r w:rsidRPr="009D1CFD">
        <w:rPr>
          <w:lang w:val="ru-RU"/>
        </w:rPr>
        <w:br/>
      </w:r>
      <w:r w:rsidRPr="009D1CFD">
        <w:rPr>
          <w:lang w:val="ru-RU"/>
        </w:rPr>
        <w:tab/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 xml:space="preserve">стремиться к объединению усилий, эмоциональной </w:t>
      </w:r>
      <w:proofErr w:type="spellStart"/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>эмпатии</w:t>
      </w:r>
      <w:proofErr w:type="spellEnd"/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 xml:space="preserve"> в ситуациях совместного восприятия, исполнения музыки; </w:t>
      </w:r>
      <w:r w:rsidRPr="009D1CFD">
        <w:rPr>
          <w:lang w:val="ru-RU"/>
        </w:rPr>
        <w:br/>
      </w:r>
      <w:r w:rsidRPr="009D1CFD">
        <w:rPr>
          <w:lang w:val="ru-RU"/>
        </w:rPr>
        <w:tab/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 xml:space="preserve">переключаться между различными формами коллективной, групповой и индивидуальной работы при решении конкретной проблемы, выбирать наиболее эффективные формы взаимодействия при решении поставленной задачи; </w:t>
      </w:r>
      <w:r w:rsidRPr="009D1CFD">
        <w:rPr>
          <w:lang w:val="ru-RU"/>
        </w:rPr>
        <w:br/>
      </w:r>
      <w:r w:rsidRPr="009D1CFD">
        <w:rPr>
          <w:lang w:val="ru-RU"/>
        </w:rPr>
        <w:tab/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 </w:t>
      </w:r>
      <w:r w:rsidRPr="009D1CFD">
        <w:rPr>
          <w:lang w:val="ru-RU"/>
        </w:rPr>
        <w:br/>
      </w:r>
      <w:r w:rsidRPr="009D1CFD">
        <w:rPr>
          <w:lang w:val="ru-RU"/>
        </w:rPr>
        <w:tab/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 xml:space="preserve"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 </w:t>
      </w:r>
      <w:r w:rsidRPr="009D1CFD">
        <w:rPr>
          <w:lang w:val="ru-RU"/>
        </w:rPr>
        <w:br/>
      </w:r>
      <w:r w:rsidRPr="009D1CFD">
        <w:rPr>
          <w:lang w:val="ru-RU"/>
        </w:rPr>
        <w:tab/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 xml:space="preserve">ответственно выполнять свою часть работы; оценивать свой вклад в общий результат; </w:t>
      </w:r>
      <w:r w:rsidRPr="009D1CFD">
        <w:rPr>
          <w:lang w:val="ru-RU"/>
        </w:rPr>
        <w:br/>
      </w:r>
      <w:r w:rsidRPr="009D1CFD">
        <w:rPr>
          <w:lang w:val="ru-RU"/>
        </w:rPr>
        <w:tab/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>выполнять совместные проектные, творческие задания с опорой на предложенные образцы.</w:t>
      </w:r>
    </w:p>
    <w:p w:rsidR="008D72F2" w:rsidRPr="009D1CFD" w:rsidRDefault="00953D61">
      <w:pPr>
        <w:autoSpaceDE w:val="0"/>
        <w:autoSpaceDN w:val="0"/>
        <w:spacing w:before="70" w:after="0"/>
        <w:ind w:left="180" w:right="2304"/>
        <w:rPr>
          <w:lang w:val="ru-RU"/>
        </w:rPr>
      </w:pPr>
      <w:r w:rsidRPr="009D1CF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3. Овладение универсальными регулятивными действиями </w:t>
      </w:r>
      <w:r w:rsidRPr="009D1CFD">
        <w:rPr>
          <w:lang w:val="ru-RU"/>
        </w:rPr>
        <w:br/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 xml:space="preserve">Самоорганизация: </w:t>
      </w:r>
      <w:r w:rsidRPr="009D1CFD">
        <w:rPr>
          <w:lang w:val="ru-RU"/>
        </w:rPr>
        <w:br/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>планировать действия по решению учебной задачи для получения результата; выстраивать последовательность выбранных действий.</w:t>
      </w:r>
    </w:p>
    <w:p w:rsidR="008D72F2" w:rsidRPr="009D1CFD" w:rsidRDefault="00953D61">
      <w:pPr>
        <w:autoSpaceDE w:val="0"/>
        <w:autoSpaceDN w:val="0"/>
        <w:spacing w:before="72" w:after="0" w:line="271" w:lineRule="auto"/>
        <w:ind w:left="180" w:right="3600"/>
        <w:rPr>
          <w:lang w:val="ru-RU"/>
        </w:rPr>
      </w:pP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 xml:space="preserve">Самоконтроль: </w:t>
      </w:r>
      <w:r w:rsidRPr="009D1CFD">
        <w:rPr>
          <w:lang w:val="ru-RU"/>
        </w:rPr>
        <w:br/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>устанавливать причины успеха/неудач учебной деятельности; корректировать свои учебные действия для преодоления ошибок.</w:t>
      </w:r>
    </w:p>
    <w:p w:rsidR="008D72F2" w:rsidRPr="009D1CFD" w:rsidRDefault="00953D61">
      <w:pPr>
        <w:autoSpaceDE w:val="0"/>
        <w:autoSpaceDN w:val="0"/>
        <w:spacing w:before="70" w:after="0"/>
        <w:ind w:firstLine="180"/>
        <w:rPr>
          <w:lang w:val="ru-RU"/>
        </w:rPr>
      </w:pP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 д.).</w:t>
      </w:r>
    </w:p>
    <w:p w:rsidR="008D72F2" w:rsidRPr="009D1CFD" w:rsidRDefault="00953D61">
      <w:pPr>
        <w:autoSpaceDE w:val="0"/>
        <w:autoSpaceDN w:val="0"/>
        <w:spacing w:before="262" w:after="0" w:line="230" w:lineRule="auto"/>
        <w:rPr>
          <w:lang w:val="ru-RU"/>
        </w:rPr>
      </w:pPr>
      <w:r w:rsidRPr="009D1CFD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8D72F2" w:rsidRPr="009D1CFD" w:rsidRDefault="00953D61">
      <w:pPr>
        <w:autoSpaceDE w:val="0"/>
        <w:autoSpaceDN w:val="0"/>
        <w:spacing w:before="166" w:after="0"/>
        <w:ind w:right="144" w:firstLine="180"/>
        <w:rPr>
          <w:lang w:val="ru-RU"/>
        </w:rPr>
      </w:pP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8D72F2" w:rsidRPr="009D1CFD" w:rsidRDefault="00953D61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>Обучающиеся, освоившие основную образовательную программу по предмету «Музыка»:</w:t>
      </w:r>
    </w:p>
    <w:p w:rsidR="008D72F2" w:rsidRPr="009D1CFD" w:rsidRDefault="008D72F2">
      <w:pPr>
        <w:rPr>
          <w:lang w:val="ru-RU"/>
        </w:rPr>
        <w:sectPr w:rsidR="008D72F2" w:rsidRPr="009D1CFD">
          <w:pgSz w:w="11900" w:h="16840"/>
          <w:pgMar w:top="286" w:right="674" w:bottom="402" w:left="666" w:header="720" w:footer="720" w:gutter="0"/>
          <w:cols w:space="720" w:equalWidth="0">
            <w:col w:w="10560" w:space="0"/>
          </w:cols>
          <w:docGrid w:linePitch="360"/>
        </w:sectPr>
      </w:pPr>
    </w:p>
    <w:p w:rsidR="008D72F2" w:rsidRPr="009D1CFD" w:rsidRDefault="008D72F2">
      <w:pPr>
        <w:autoSpaceDE w:val="0"/>
        <w:autoSpaceDN w:val="0"/>
        <w:spacing w:after="78" w:line="220" w:lineRule="exact"/>
        <w:rPr>
          <w:lang w:val="ru-RU"/>
        </w:rPr>
      </w:pPr>
    </w:p>
    <w:p w:rsidR="008D72F2" w:rsidRPr="009D1CFD" w:rsidRDefault="00953D61">
      <w:pPr>
        <w:tabs>
          <w:tab w:val="left" w:pos="180"/>
        </w:tabs>
        <w:autoSpaceDE w:val="0"/>
        <w:autoSpaceDN w:val="0"/>
        <w:spacing w:after="0" w:line="286" w:lineRule="auto"/>
        <w:rPr>
          <w:lang w:val="ru-RU"/>
        </w:rPr>
      </w:pPr>
      <w:r w:rsidRPr="009D1CFD">
        <w:rPr>
          <w:lang w:val="ru-RU"/>
        </w:rPr>
        <w:tab/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 xml:space="preserve">с интересом занимаются музыкой, любят петь, играть на доступных музыкальных инструментах, умеют слушать серьёзную музыку, знают правила поведения в театре, концертном зале; </w:t>
      </w:r>
      <w:r w:rsidRPr="009D1CFD">
        <w:rPr>
          <w:lang w:val="ru-RU"/>
        </w:rPr>
        <w:br/>
      </w:r>
      <w:r w:rsidRPr="009D1CFD">
        <w:rPr>
          <w:lang w:val="ru-RU"/>
        </w:rPr>
        <w:tab/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 xml:space="preserve">сознательно стремятся к развитию своих музыкальных способностей; </w:t>
      </w:r>
      <w:r w:rsidRPr="009D1CFD">
        <w:rPr>
          <w:lang w:val="ru-RU"/>
        </w:rPr>
        <w:br/>
      </w:r>
      <w:r w:rsidRPr="009D1CFD">
        <w:rPr>
          <w:lang w:val="ru-RU"/>
        </w:rPr>
        <w:tab/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 </w:t>
      </w:r>
      <w:r w:rsidRPr="009D1CFD">
        <w:rPr>
          <w:lang w:val="ru-RU"/>
        </w:rPr>
        <w:tab/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 xml:space="preserve">имеют опыт восприятия, исполнения музыки разных жанров, творческой деятельности в различных смежных видах искусства; </w:t>
      </w:r>
      <w:r w:rsidRPr="009D1CFD">
        <w:rPr>
          <w:lang w:val="ru-RU"/>
        </w:rPr>
        <w:br/>
      </w:r>
      <w:r w:rsidRPr="009D1CFD">
        <w:rPr>
          <w:lang w:val="ru-RU"/>
        </w:rPr>
        <w:tab/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 xml:space="preserve">с уважением относятся к достижениям отечественной музыкальной культуры; </w:t>
      </w:r>
      <w:r w:rsidRPr="009D1CFD">
        <w:rPr>
          <w:lang w:val="ru-RU"/>
        </w:rPr>
        <w:br/>
      </w:r>
      <w:r w:rsidRPr="009D1CFD">
        <w:rPr>
          <w:lang w:val="ru-RU"/>
        </w:rPr>
        <w:tab/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>стремятся к расширению своего музыкального кругозора.</w:t>
      </w:r>
    </w:p>
    <w:p w:rsidR="008D72F2" w:rsidRPr="009D1CFD" w:rsidRDefault="00953D61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9D1CFD">
        <w:rPr>
          <w:lang w:val="ru-RU"/>
        </w:rPr>
        <w:tab/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Предметные результаты, формируемые в ходе изучения предмета «Музыка», сгруппированы по учебным модулям и должны отражать </w:t>
      </w:r>
      <w:proofErr w:type="spellStart"/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>сформированность</w:t>
      </w:r>
      <w:proofErr w:type="spellEnd"/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 xml:space="preserve"> умений:</w:t>
      </w:r>
    </w:p>
    <w:p w:rsidR="008D72F2" w:rsidRPr="009D1CFD" w:rsidRDefault="00953D61">
      <w:pPr>
        <w:tabs>
          <w:tab w:val="left" w:pos="180"/>
        </w:tabs>
        <w:autoSpaceDE w:val="0"/>
        <w:autoSpaceDN w:val="0"/>
        <w:spacing w:before="192" w:after="0" w:line="286" w:lineRule="auto"/>
        <w:ind w:right="144"/>
        <w:rPr>
          <w:lang w:val="ru-RU"/>
        </w:rPr>
      </w:pPr>
      <w:r w:rsidRPr="009D1CFD">
        <w:rPr>
          <w:lang w:val="ru-RU"/>
        </w:rPr>
        <w:tab/>
      </w:r>
      <w:r w:rsidRPr="009D1CF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Модуль «Музыка в жизни человека»: </w:t>
      </w:r>
      <w:r w:rsidRPr="009D1CFD">
        <w:rPr>
          <w:lang w:val="ru-RU"/>
        </w:rPr>
        <w:br/>
      </w:r>
      <w:r w:rsidRPr="009D1CFD">
        <w:rPr>
          <w:lang w:val="ru-RU"/>
        </w:rPr>
        <w:tab/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исполнять Гимн Российской Федерации, Гимн своей республики, школы, исполнять песни, посвящённые Великой Отечественной войне, песни, воспевающие красоту родной природы, выражающие разнообразные эмоции, чувства и настроения; </w:t>
      </w:r>
      <w:r w:rsidRPr="009D1CFD">
        <w:rPr>
          <w:lang w:val="ru-RU"/>
        </w:rPr>
        <w:br/>
      </w:r>
      <w:r w:rsidRPr="009D1CFD">
        <w:rPr>
          <w:lang w:val="ru-RU"/>
        </w:rPr>
        <w:tab/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 xml:space="preserve">воспринимать музыкальное искусство как отражение многообразия жизни, различать обобщённые жанровые сферы: напевность (лирика), </w:t>
      </w:r>
      <w:proofErr w:type="spellStart"/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>танцевальность</w:t>
      </w:r>
      <w:proofErr w:type="spellEnd"/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 xml:space="preserve"> и </w:t>
      </w:r>
      <w:proofErr w:type="spellStart"/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>маршевость</w:t>
      </w:r>
      <w:proofErr w:type="spellEnd"/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 xml:space="preserve"> (связь с движением), </w:t>
      </w:r>
      <w:proofErr w:type="spellStart"/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>декламационность</w:t>
      </w:r>
      <w:proofErr w:type="spellEnd"/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 xml:space="preserve">, эпос (связь со словом); </w:t>
      </w:r>
      <w:r w:rsidRPr="009D1CFD">
        <w:rPr>
          <w:lang w:val="ru-RU"/>
        </w:rPr>
        <w:br/>
      </w:r>
      <w:r w:rsidRPr="009D1CFD">
        <w:rPr>
          <w:lang w:val="ru-RU"/>
        </w:rPr>
        <w:tab/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</w:t>
      </w:r>
      <w:r w:rsidRPr="009D1CFD">
        <w:rPr>
          <w:lang w:val="ru-RU"/>
        </w:rPr>
        <w:br/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>потребностей.</w:t>
      </w:r>
    </w:p>
    <w:p w:rsidR="008D72F2" w:rsidRPr="009D1CFD" w:rsidRDefault="00953D61">
      <w:pPr>
        <w:tabs>
          <w:tab w:val="left" w:pos="180"/>
        </w:tabs>
        <w:autoSpaceDE w:val="0"/>
        <w:autoSpaceDN w:val="0"/>
        <w:spacing w:before="190" w:after="0" w:line="288" w:lineRule="auto"/>
        <w:rPr>
          <w:lang w:val="ru-RU"/>
        </w:rPr>
      </w:pPr>
      <w:r w:rsidRPr="009D1CFD">
        <w:rPr>
          <w:lang w:val="ru-RU"/>
        </w:rPr>
        <w:tab/>
      </w:r>
      <w:r w:rsidRPr="009D1CF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Модуль  «Народная музыка России»: </w:t>
      </w:r>
      <w:r w:rsidRPr="009D1CFD">
        <w:rPr>
          <w:lang w:val="ru-RU"/>
        </w:rPr>
        <w:br/>
      </w:r>
      <w:r w:rsidRPr="009D1CFD">
        <w:rPr>
          <w:lang w:val="ru-RU"/>
        </w:rPr>
        <w:tab/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 xml:space="preserve"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 </w:t>
      </w:r>
      <w:r w:rsidRPr="009D1CFD">
        <w:rPr>
          <w:lang w:val="ru-RU"/>
        </w:rPr>
        <w:br/>
      </w:r>
      <w:r w:rsidRPr="009D1CFD">
        <w:rPr>
          <w:lang w:val="ru-RU"/>
        </w:rPr>
        <w:tab/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 xml:space="preserve">определять на слух и называть знакомые народные музыкальные инструменты; </w:t>
      </w:r>
      <w:r w:rsidRPr="009D1CFD">
        <w:rPr>
          <w:lang w:val="ru-RU"/>
        </w:rPr>
        <w:br/>
      </w:r>
      <w:r w:rsidRPr="009D1CFD">
        <w:rPr>
          <w:lang w:val="ru-RU"/>
        </w:rPr>
        <w:tab/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 xml:space="preserve">группировать народные музыкальные инструменты по принципу </w:t>
      </w:r>
      <w:proofErr w:type="spellStart"/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>звукоизвлечения</w:t>
      </w:r>
      <w:proofErr w:type="spellEnd"/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 xml:space="preserve">: духовые, ударные, струнные; </w:t>
      </w:r>
      <w:r w:rsidRPr="009D1CFD">
        <w:rPr>
          <w:lang w:val="ru-RU"/>
        </w:rPr>
        <w:br/>
      </w:r>
      <w:r w:rsidRPr="009D1CFD">
        <w:rPr>
          <w:lang w:val="ru-RU"/>
        </w:rPr>
        <w:tab/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 xml:space="preserve">определять принадлежность музыкальных произведений и их фрагментов к композиторскому или народному творчеству; </w:t>
      </w:r>
      <w:r w:rsidRPr="009D1CFD">
        <w:rPr>
          <w:lang w:val="ru-RU"/>
        </w:rPr>
        <w:br/>
      </w:r>
      <w:r w:rsidRPr="009D1CFD">
        <w:rPr>
          <w:lang w:val="ru-RU"/>
        </w:rPr>
        <w:tab/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различать манеру пения, инструментального исполнения, типы солистов и коллективов — народных и академических; </w:t>
      </w:r>
      <w:r w:rsidRPr="009D1CFD">
        <w:rPr>
          <w:lang w:val="ru-RU"/>
        </w:rPr>
        <w:br/>
      </w:r>
      <w:r w:rsidRPr="009D1CFD">
        <w:rPr>
          <w:lang w:val="ru-RU"/>
        </w:rPr>
        <w:tab/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 xml:space="preserve">создавать ритмический аккомпанемент на ударных инструментах при исполнении народной песни; </w:t>
      </w:r>
      <w:r w:rsidRPr="009D1CFD">
        <w:rPr>
          <w:lang w:val="ru-RU"/>
        </w:rPr>
        <w:tab/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исполнять народные произведения различных жанров с сопровождением и без сопровождения; </w:t>
      </w:r>
      <w:r w:rsidRPr="009D1CFD">
        <w:rPr>
          <w:lang w:val="ru-RU"/>
        </w:rPr>
        <w:tab/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>участвовать в коллективной игре/импровизации (вокальной, инструментальной, танцевальной) на основе освоенных фольклорных жанров.</w:t>
      </w:r>
    </w:p>
    <w:p w:rsidR="008D72F2" w:rsidRPr="009D1CFD" w:rsidRDefault="00953D61">
      <w:pPr>
        <w:tabs>
          <w:tab w:val="left" w:pos="180"/>
        </w:tabs>
        <w:autoSpaceDE w:val="0"/>
        <w:autoSpaceDN w:val="0"/>
        <w:spacing w:before="190" w:after="0" w:line="286" w:lineRule="auto"/>
        <w:ind w:right="288"/>
        <w:rPr>
          <w:lang w:val="ru-RU"/>
        </w:rPr>
      </w:pPr>
      <w:r w:rsidRPr="009D1CFD">
        <w:rPr>
          <w:lang w:val="ru-RU"/>
        </w:rPr>
        <w:tab/>
      </w:r>
      <w:r w:rsidRPr="009D1CF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Модуль  «Музыкальная грамота»: </w:t>
      </w:r>
      <w:r w:rsidRPr="009D1CFD">
        <w:rPr>
          <w:lang w:val="ru-RU"/>
        </w:rPr>
        <w:br/>
      </w:r>
      <w:r w:rsidRPr="009D1CFD">
        <w:rPr>
          <w:lang w:val="ru-RU"/>
        </w:rPr>
        <w:tab/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 xml:space="preserve">классифицировать звуки: шумовые и музыкальные, длинные, короткие, тихие, громкие, низкие, высокие; </w:t>
      </w:r>
      <w:r w:rsidRPr="009D1CFD">
        <w:rPr>
          <w:lang w:val="ru-RU"/>
        </w:rPr>
        <w:br/>
      </w:r>
      <w:r w:rsidRPr="009D1CFD">
        <w:rPr>
          <w:lang w:val="ru-RU"/>
        </w:rPr>
        <w:tab/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различать элементы музыкального языка (темп, тембр, регистр, динамика, ритм, мелодия, аккомпанемент и др.), уметь объяснить значение соответствующих терминов; </w:t>
      </w:r>
      <w:r w:rsidRPr="009D1CFD">
        <w:rPr>
          <w:lang w:val="ru-RU"/>
        </w:rPr>
        <w:br/>
      </w:r>
      <w:r w:rsidRPr="009D1CFD">
        <w:rPr>
          <w:lang w:val="ru-RU"/>
        </w:rPr>
        <w:tab/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различать изобразительные и выразительные интонации, находить признаки сходства и различия музыкальных и речевых интонаций; </w:t>
      </w:r>
      <w:r w:rsidRPr="009D1CFD">
        <w:rPr>
          <w:lang w:val="ru-RU"/>
        </w:rPr>
        <w:br/>
      </w:r>
      <w:r w:rsidRPr="009D1CFD">
        <w:rPr>
          <w:lang w:val="ru-RU"/>
        </w:rPr>
        <w:tab/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различать на слух принципы развития: повтор, контраст, варьирование; </w:t>
      </w:r>
      <w:r w:rsidRPr="009D1CFD">
        <w:rPr>
          <w:lang w:val="ru-RU"/>
        </w:rPr>
        <w:br/>
      </w:r>
      <w:r w:rsidRPr="009D1CFD">
        <w:rPr>
          <w:lang w:val="ru-RU"/>
        </w:rPr>
        <w:tab/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>понимать значение термина «музыкальная форма», определять на слух простые музыкальные формы — двухчастную, трёхчастную и трёхчастную репризную, рондо, вариации;</w:t>
      </w:r>
    </w:p>
    <w:p w:rsidR="008D72F2" w:rsidRPr="009D1CFD" w:rsidRDefault="008D72F2">
      <w:pPr>
        <w:rPr>
          <w:lang w:val="ru-RU"/>
        </w:rPr>
        <w:sectPr w:rsidR="008D72F2" w:rsidRPr="009D1CFD">
          <w:pgSz w:w="11900" w:h="16840"/>
          <w:pgMar w:top="298" w:right="662" w:bottom="416" w:left="666" w:header="720" w:footer="720" w:gutter="0"/>
          <w:cols w:space="720" w:equalWidth="0">
            <w:col w:w="10572" w:space="0"/>
          </w:cols>
          <w:docGrid w:linePitch="360"/>
        </w:sectPr>
      </w:pPr>
    </w:p>
    <w:p w:rsidR="008D72F2" w:rsidRPr="009D1CFD" w:rsidRDefault="008D72F2">
      <w:pPr>
        <w:autoSpaceDE w:val="0"/>
        <w:autoSpaceDN w:val="0"/>
        <w:spacing w:after="78" w:line="220" w:lineRule="exact"/>
        <w:rPr>
          <w:lang w:val="ru-RU"/>
        </w:rPr>
      </w:pPr>
    </w:p>
    <w:p w:rsidR="008D72F2" w:rsidRPr="009D1CFD" w:rsidRDefault="00953D61">
      <w:pPr>
        <w:autoSpaceDE w:val="0"/>
        <w:autoSpaceDN w:val="0"/>
        <w:spacing w:after="0" w:line="271" w:lineRule="auto"/>
        <w:ind w:left="180" w:right="3312"/>
        <w:rPr>
          <w:lang w:val="ru-RU"/>
        </w:rPr>
      </w:pP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 xml:space="preserve">ориентироваться в нотной записи в пределах певческого диапазона; исполнять и создавать различные ритмические рисунки; </w:t>
      </w:r>
      <w:r w:rsidRPr="009D1CFD">
        <w:rPr>
          <w:lang w:val="ru-RU"/>
        </w:rPr>
        <w:br/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>исполнять песни с простым мелодическим рисунком.</w:t>
      </w:r>
    </w:p>
    <w:p w:rsidR="008D72F2" w:rsidRPr="009D1CFD" w:rsidRDefault="00953D61">
      <w:pPr>
        <w:tabs>
          <w:tab w:val="left" w:pos="180"/>
        </w:tabs>
        <w:autoSpaceDE w:val="0"/>
        <w:autoSpaceDN w:val="0"/>
        <w:spacing w:before="190" w:after="0" w:line="288" w:lineRule="auto"/>
        <w:rPr>
          <w:lang w:val="ru-RU"/>
        </w:rPr>
      </w:pPr>
      <w:r w:rsidRPr="009D1CFD">
        <w:rPr>
          <w:lang w:val="ru-RU"/>
        </w:rPr>
        <w:tab/>
      </w:r>
      <w:r w:rsidRPr="009D1CF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Модуль «Классическая музыка»: </w:t>
      </w:r>
      <w:r w:rsidRPr="009D1CFD">
        <w:rPr>
          <w:lang w:val="ru-RU"/>
        </w:rPr>
        <w:br/>
      </w:r>
      <w:r w:rsidRPr="009D1CFD">
        <w:rPr>
          <w:lang w:val="ru-RU"/>
        </w:rPr>
        <w:tab/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различать на слух произведения классической музыки, называть автора и произведение, </w:t>
      </w:r>
      <w:r w:rsidRPr="009D1CFD">
        <w:rPr>
          <w:lang w:val="ru-RU"/>
        </w:rPr>
        <w:br/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исполнительский состав; </w:t>
      </w:r>
      <w:r w:rsidRPr="009D1CFD">
        <w:rPr>
          <w:lang w:val="ru-RU"/>
        </w:rPr>
        <w:br/>
      </w:r>
      <w:r w:rsidRPr="009D1CFD">
        <w:rPr>
          <w:lang w:val="ru-RU"/>
        </w:rPr>
        <w:tab/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 </w:t>
      </w:r>
      <w:r w:rsidRPr="009D1CFD">
        <w:rPr>
          <w:lang w:val="ru-RU"/>
        </w:rPr>
        <w:br/>
      </w:r>
      <w:r w:rsidRPr="009D1CFD">
        <w:rPr>
          <w:lang w:val="ru-RU"/>
        </w:rPr>
        <w:tab/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различать концертные жанры по особенностям исполнения (камерные и симфонические, вокальные и инструментальные), знать их разновидности, приводить примеры; </w:t>
      </w:r>
      <w:r w:rsidRPr="009D1CFD">
        <w:rPr>
          <w:lang w:val="ru-RU"/>
        </w:rPr>
        <w:br/>
      </w:r>
      <w:r w:rsidRPr="009D1CFD">
        <w:rPr>
          <w:lang w:val="ru-RU"/>
        </w:rPr>
        <w:tab/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исполнять (в том числе фрагментарно, отдельными темами) сочинения композиторов-классиков; </w:t>
      </w:r>
      <w:r w:rsidRPr="009D1CFD">
        <w:rPr>
          <w:lang w:val="ru-RU"/>
        </w:rPr>
        <w:tab/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 xml:space="preserve"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 </w:t>
      </w:r>
      <w:r w:rsidRPr="009D1CFD">
        <w:rPr>
          <w:lang w:val="ru-RU"/>
        </w:rPr>
        <w:br/>
      </w:r>
      <w:r w:rsidRPr="009D1CFD">
        <w:rPr>
          <w:lang w:val="ru-RU"/>
        </w:rPr>
        <w:tab/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 xml:space="preserve">характеризовать выразительные средства, использованные композитором для создания </w:t>
      </w:r>
      <w:r w:rsidRPr="009D1CFD">
        <w:rPr>
          <w:lang w:val="ru-RU"/>
        </w:rPr>
        <w:br/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 xml:space="preserve">музыкального образа; </w:t>
      </w:r>
      <w:r w:rsidRPr="009D1CFD">
        <w:rPr>
          <w:lang w:val="ru-RU"/>
        </w:rPr>
        <w:br/>
      </w:r>
      <w:r w:rsidRPr="009D1CFD">
        <w:rPr>
          <w:lang w:val="ru-RU"/>
        </w:rPr>
        <w:tab/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8D72F2" w:rsidRPr="009D1CFD" w:rsidRDefault="00953D61">
      <w:pPr>
        <w:tabs>
          <w:tab w:val="left" w:pos="180"/>
        </w:tabs>
        <w:autoSpaceDE w:val="0"/>
        <w:autoSpaceDN w:val="0"/>
        <w:spacing w:before="190" w:after="0" w:line="281" w:lineRule="auto"/>
        <w:rPr>
          <w:lang w:val="ru-RU"/>
        </w:rPr>
      </w:pPr>
      <w:r w:rsidRPr="009D1CFD">
        <w:rPr>
          <w:lang w:val="ru-RU"/>
        </w:rPr>
        <w:tab/>
      </w:r>
      <w:r w:rsidRPr="009D1CF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Модуль «Духовная музыка»: </w:t>
      </w:r>
      <w:r w:rsidRPr="009D1CFD">
        <w:rPr>
          <w:lang w:val="ru-RU"/>
        </w:rPr>
        <w:br/>
      </w:r>
      <w:r w:rsidRPr="009D1CFD">
        <w:rPr>
          <w:lang w:val="ru-RU"/>
        </w:rPr>
        <w:tab/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 xml:space="preserve">определять характер, настроение музыкальных произведений духовной музыки, характеризовать её жизненное предназначение; </w:t>
      </w:r>
      <w:r w:rsidRPr="009D1CFD">
        <w:rPr>
          <w:lang w:val="ru-RU"/>
        </w:rPr>
        <w:br/>
      </w:r>
      <w:r w:rsidRPr="009D1CFD">
        <w:rPr>
          <w:lang w:val="ru-RU"/>
        </w:rPr>
        <w:tab/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исполнять доступные образцы духовной музыки; </w:t>
      </w:r>
      <w:r w:rsidRPr="009D1CFD">
        <w:rPr>
          <w:lang w:val="ru-RU"/>
        </w:rPr>
        <w:br/>
      </w:r>
      <w:r w:rsidRPr="009D1CFD">
        <w:rPr>
          <w:lang w:val="ru-RU"/>
        </w:rPr>
        <w:tab/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>уметь 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8D72F2" w:rsidRPr="009D1CFD" w:rsidRDefault="00953D61">
      <w:pPr>
        <w:tabs>
          <w:tab w:val="left" w:pos="180"/>
        </w:tabs>
        <w:autoSpaceDE w:val="0"/>
        <w:autoSpaceDN w:val="0"/>
        <w:spacing w:before="190" w:after="0" w:line="286" w:lineRule="auto"/>
        <w:rPr>
          <w:lang w:val="ru-RU"/>
        </w:rPr>
      </w:pPr>
      <w:r w:rsidRPr="009D1CFD">
        <w:rPr>
          <w:lang w:val="ru-RU"/>
        </w:rPr>
        <w:tab/>
      </w:r>
      <w:r w:rsidRPr="009D1CF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Модуль «Музыка народов мира»: </w:t>
      </w:r>
      <w:r w:rsidRPr="009D1CFD">
        <w:rPr>
          <w:lang w:val="ru-RU"/>
        </w:rPr>
        <w:br/>
      </w:r>
      <w:r w:rsidRPr="009D1CFD">
        <w:rPr>
          <w:lang w:val="ru-RU"/>
        </w:rPr>
        <w:tab/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различать на слух и исполнять произведения народной и композиторской музыки других стран; </w:t>
      </w:r>
      <w:r w:rsidRPr="009D1CFD">
        <w:rPr>
          <w:lang w:val="ru-RU"/>
        </w:rPr>
        <w:tab/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 xml:space="preserve">определять на слух принадлежность народных музыкальных инструментов к группам духовых, струнных, ударно-шумовых инструментов; </w:t>
      </w:r>
      <w:r w:rsidRPr="009D1CFD">
        <w:rPr>
          <w:lang w:val="ru-RU"/>
        </w:rPr>
        <w:br/>
      </w:r>
      <w:r w:rsidRPr="009D1CFD">
        <w:rPr>
          <w:lang w:val="ru-RU"/>
        </w:rPr>
        <w:tab/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 </w:t>
      </w:r>
      <w:r w:rsidRPr="009D1CFD">
        <w:rPr>
          <w:lang w:val="ru-RU"/>
        </w:rPr>
        <w:tab/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8D72F2" w:rsidRPr="009D1CFD" w:rsidRDefault="00953D61">
      <w:pPr>
        <w:tabs>
          <w:tab w:val="left" w:pos="180"/>
        </w:tabs>
        <w:autoSpaceDE w:val="0"/>
        <w:autoSpaceDN w:val="0"/>
        <w:spacing w:before="192" w:after="0" w:line="286" w:lineRule="auto"/>
        <w:rPr>
          <w:lang w:val="ru-RU"/>
        </w:rPr>
      </w:pPr>
      <w:r w:rsidRPr="009D1CFD">
        <w:rPr>
          <w:lang w:val="ru-RU"/>
        </w:rPr>
        <w:tab/>
      </w:r>
      <w:r w:rsidRPr="009D1CF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Модуль «Музыка театра и кино»: </w:t>
      </w:r>
      <w:r w:rsidRPr="009D1CFD">
        <w:rPr>
          <w:lang w:val="ru-RU"/>
        </w:rPr>
        <w:br/>
      </w:r>
      <w:r w:rsidRPr="009D1CFD">
        <w:rPr>
          <w:lang w:val="ru-RU"/>
        </w:rPr>
        <w:tab/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 xml:space="preserve">определять и называть особенности музыкально-сценических жанров (опера, балет, оперетта, мюзикл); </w:t>
      </w:r>
      <w:r w:rsidRPr="009D1CFD">
        <w:rPr>
          <w:lang w:val="ru-RU"/>
        </w:rPr>
        <w:br/>
      </w:r>
      <w:r w:rsidRPr="009D1CFD">
        <w:rPr>
          <w:lang w:val="ru-RU"/>
        </w:rPr>
        <w:tab/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различать отдельные номера музыкального спектакля (ария, хор, увертюра и т. д.), узнавать на слух и называть освоенные музыкальные произведения (фрагменты) и их авторов; </w:t>
      </w:r>
      <w:r w:rsidRPr="009D1CFD">
        <w:rPr>
          <w:lang w:val="ru-RU"/>
        </w:rPr>
        <w:br/>
      </w:r>
      <w:r w:rsidRPr="009D1CFD">
        <w:rPr>
          <w:lang w:val="ru-RU"/>
        </w:rPr>
        <w:tab/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уметь определять их на слух; </w:t>
      </w:r>
      <w:r w:rsidRPr="009D1CFD">
        <w:rPr>
          <w:lang w:val="ru-RU"/>
        </w:rPr>
        <w:br/>
      </w:r>
      <w:r w:rsidRPr="009D1CFD">
        <w:rPr>
          <w:lang w:val="ru-RU"/>
        </w:rPr>
        <w:tab/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др.</w:t>
      </w:r>
    </w:p>
    <w:p w:rsidR="008D72F2" w:rsidRPr="009D1CFD" w:rsidRDefault="008D72F2">
      <w:pPr>
        <w:rPr>
          <w:lang w:val="ru-RU"/>
        </w:rPr>
        <w:sectPr w:rsidR="008D72F2" w:rsidRPr="009D1CFD">
          <w:pgSz w:w="11900" w:h="16840"/>
          <w:pgMar w:top="298" w:right="666" w:bottom="1028" w:left="666" w:header="720" w:footer="720" w:gutter="0"/>
          <w:cols w:space="720" w:equalWidth="0">
            <w:col w:w="10568" w:space="0"/>
          </w:cols>
          <w:docGrid w:linePitch="360"/>
        </w:sectPr>
      </w:pPr>
    </w:p>
    <w:p w:rsidR="008D72F2" w:rsidRPr="009D1CFD" w:rsidRDefault="008D72F2">
      <w:pPr>
        <w:autoSpaceDE w:val="0"/>
        <w:autoSpaceDN w:val="0"/>
        <w:spacing w:after="64" w:line="220" w:lineRule="exact"/>
        <w:rPr>
          <w:lang w:val="ru-RU"/>
        </w:rPr>
      </w:pPr>
    </w:p>
    <w:p w:rsidR="008D72F2" w:rsidRDefault="00953D61">
      <w:pPr>
        <w:autoSpaceDE w:val="0"/>
        <w:autoSpaceDN w:val="0"/>
        <w:spacing w:after="258" w:line="233" w:lineRule="auto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ТЕМАТИЧЕСКОЕ ПЛАНИРОВАНИЕ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1274"/>
        <w:gridCol w:w="528"/>
        <w:gridCol w:w="1104"/>
        <w:gridCol w:w="1140"/>
        <w:gridCol w:w="1766"/>
        <w:gridCol w:w="1296"/>
        <w:gridCol w:w="1262"/>
        <w:gridCol w:w="864"/>
        <w:gridCol w:w="3338"/>
        <w:gridCol w:w="1080"/>
        <w:gridCol w:w="1382"/>
      </w:tblGrid>
      <w:tr w:rsidR="008D72F2">
        <w:trPr>
          <w:trHeight w:hRule="exact" w:val="348"/>
        </w:trPr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8" w:after="0" w:line="245" w:lineRule="auto"/>
              <w:ind w:right="144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1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D72F2" w:rsidRPr="009D1CFD" w:rsidRDefault="00953D61">
            <w:pPr>
              <w:autoSpaceDE w:val="0"/>
              <w:autoSpaceDN w:val="0"/>
              <w:spacing w:before="78" w:after="0" w:line="247" w:lineRule="auto"/>
              <w:ind w:left="72" w:right="142"/>
              <w:jc w:val="both"/>
              <w:rPr>
                <w:lang w:val="ru-RU"/>
              </w:rPr>
            </w:pPr>
            <w:r w:rsidRPr="009D1CFD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2772" w:type="dxa"/>
            <w:gridSpan w:val="3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 часов</w:t>
            </w:r>
          </w:p>
        </w:tc>
        <w:tc>
          <w:tcPr>
            <w:tcW w:w="43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Репертуар </w:t>
            </w:r>
          </w:p>
        </w:tc>
        <w:tc>
          <w:tcPr>
            <w:tcW w:w="8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изучения</w:t>
            </w:r>
          </w:p>
        </w:tc>
        <w:tc>
          <w:tcPr>
            <w:tcW w:w="33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 деятельности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8" w:after="0" w:line="247" w:lineRule="auto"/>
              <w:ind w:left="72" w:right="288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Виды,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формы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контроля</w:t>
            </w:r>
          </w:p>
        </w:tc>
        <w:tc>
          <w:tcPr>
            <w:tcW w:w="13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8" w:after="0" w:line="25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Электронные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(цифровые)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образовательные ресурсы</w:t>
            </w:r>
          </w:p>
        </w:tc>
      </w:tr>
      <w:tr w:rsidR="008D72F2">
        <w:trPr>
          <w:trHeight w:hRule="exact" w:val="576"/>
        </w:trPr>
        <w:tc>
          <w:tcPr>
            <w:tcW w:w="12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2F2" w:rsidRDefault="008D72F2"/>
        </w:tc>
        <w:tc>
          <w:tcPr>
            <w:tcW w:w="12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8D72F2" w:rsidRDefault="008D72F2"/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 работы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 работы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для слушания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для пения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для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музицирования</w:t>
            </w:r>
          </w:p>
        </w:tc>
        <w:tc>
          <w:tcPr>
            <w:tcW w:w="12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2F2" w:rsidRDefault="008D72F2"/>
        </w:tc>
        <w:tc>
          <w:tcPr>
            <w:tcW w:w="12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2F2" w:rsidRDefault="008D72F2"/>
        </w:tc>
        <w:tc>
          <w:tcPr>
            <w:tcW w:w="12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2F2" w:rsidRDefault="008D72F2"/>
        </w:tc>
        <w:tc>
          <w:tcPr>
            <w:tcW w:w="12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2F2" w:rsidRDefault="008D72F2"/>
        </w:tc>
      </w:tr>
      <w:tr w:rsidR="008D72F2" w:rsidRPr="00183123">
        <w:trPr>
          <w:trHeight w:hRule="exact" w:val="348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Pr="009D1CFD" w:rsidRDefault="00953D61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Модуль 1. </w:t>
            </w:r>
            <w:r w:rsidRPr="009D1CFD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Музыка в жизни человека</w:t>
            </w:r>
          </w:p>
        </w:tc>
      </w:tr>
      <w:tr w:rsidR="008D72F2">
        <w:trPr>
          <w:trHeight w:hRule="exact" w:val="926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127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6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Красота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 вдохновение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8D72F2"/>
        </w:tc>
        <w:tc>
          <w:tcPr>
            <w:tcW w:w="11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8D72F2"/>
        </w:tc>
        <w:tc>
          <w:tcPr>
            <w:tcW w:w="176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Pr="009D1CFD" w:rsidRDefault="00953D61">
            <w:pPr>
              <w:autoSpaceDE w:val="0"/>
              <w:autoSpaceDN w:val="0"/>
              <w:spacing w:before="76" w:after="0" w:line="245" w:lineRule="auto"/>
              <w:ind w:left="72" w:right="432"/>
              <w:rPr>
                <w:lang w:val="ru-RU"/>
              </w:rPr>
            </w:pPr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П.И. Чайковский "Вальс цветов"</w:t>
            </w:r>
          </w:p>
        </w:tc>
        <w:tc>
          <w:tcPr>
            <w:tcW w:w="129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Pr="009D1CFD" w:rsidRDefault="00953D61">
            <w:pPr>
              <w:autoSpaceDE w:val="0"/>
              <w:autoSpaceDN w:val="0"/>
              <w:spacing w:before="76" w:after="0" w:line="230" w:lineRule="auto"/>
              <w:ind w:left="72"/>
              <w:rPr>
                <w:lang w:val="ru-RU"/>
              </w:rPr>
            </w:pPr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Д.Б.</w:t>
            </w:r>
          </w:p>
          <w:p w:rsidR="008D72F2" w:rsidRPr="009D1CFD" w:rsidRDefault="00953D61">
            <w:pPr>
              <w:autoSpaceDE w:val="0"/>
              <w:autoSpaceDN w:val="0"/>
              <w:spacing w:before="20" w:after="0" w:line="245" w:lineRule="auto"/>
              <w:ind w:left="72"/>
              <w:rPr>
                <w:lang w:val="ru-RU"/>
              </w:rPr>
            </w:pPr>
            <w:proofErr w:type="spellStart"/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Кабалевский</w:t>
            </w:r>
            <w:proofErr w:type="spellEnd"/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9D1CFD">
              <w:rPr>
                <w:lang w:val="ru-RU"/>
              </w:rPr>
              <w:br/>
            </w:r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"Песня о школе"</w:t>
            </w:r>
          </w:p>
        </w:tc>
        <w:tc>
          <w:tcPr>
            <w:tcW w:w="126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6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Пластическое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интонирование</w:t>
            </w:r>
            <w:proofErr w:type="spellEnd"/>
          </w:p>
        </w:tc>
        <w:tc>
          <w:tcPr>
            <w:tcW w:w="8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01.09.2022 08.09.2022</w:t>
            </w:r>
          </w:p>
        </w:tc>
        <w:tc>
          <w:tcPr>
            <w:tcW w:w="333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Pr="009D1CFD" w:rsidRDefault="00953D61">
            <w:pPr>
              <w:autoSpaceDE w:val="0"/>
              <w:autoSpaceDN w:val="0"/>
              <w:spacing w:before="76" w:after="0" w:line="250" w:lineRule="auto"/>
              <w:ind w:left="72" w:right="288"/>
              <w:rPr>
                <w:lang w:val="ru-RU"/>
              </w:rPr>
            </w:pPr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Диалог с учителем о значении красоты и вдохновения в жизни человека.; </w:t>
            </w:r>
            <w:r w:rsidRPr="009D1CFD">
              <w:rPr>
                <w:lang w:val="ru-RU"/>
              </w:rPr>
              <w:br/>
            </w:r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Слушание музыки, концентрация на её восприятии, своём внутреннем состоянии.;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138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www.urokicd.ru</w:t>
            </w:r>
          </w:p>
        </w:tc>
      </w:tr>
      <w:tr w:rsidR="008D72F2">
        <w:trPr>
          <w:trHeight w:hRule="exact" w:val="130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1.2.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6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Музыкальные пейзажи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8D72F2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8D72F2"/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Pr="009D1CFD" w:rsidRDefault="00953D61">
            <w:pPr>
              <w:autoSpaceDE w:val="0"/>
              <w:autoSpaceDN w:val="0"/>
              <w:spacing w:before="76" w:after="0" w:line="250" w:lineRule="auto"/>
              <w:ind w:left="72" w:right="546"/>
              <w:jc w:val="both"/>
              <w:rPr>
                <w:lang w:val="ru-RU"/>
              </w:rPr>
            </w:pPr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П.И. Чайковский "Времена года" -"Осень"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Pr="009D1CFD" w:rsidRDefault="00953D61">
            <w:pPr>
              <w:autoSpaceDE w:val="0"/>
              <w:autoSpaceDN w:val="0"/>
              <w:spacing w:before="76" w:after="0" w:line="250" w:lineRule="auto"/>
              <w:ind w:left="72" w:right="288"/>
              <w:rPr>
                <w:lang w:val="ru-RU"/>
              </w:rPr>
            </w:pPr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Л. </w:t>
            </w:r>
            <w:proofErr w:type="spellStart"/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Цаллагова</w:t>
            </w:r>
            <w:proofErr w:type="spellEnd"/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"Песни об </w:t>
            </w:r>
            <w:r w:rsidRPr="009D1CFD">
              <w:rPr>
                <w:lang w:val="ru-RU"/>
              </w:rPr>
              <w:br/>
            </w:r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осени", О.</w:t>
            </w:r>
          </w:p>
          <w:p w:rsidR="008D72F2" w:rsidRDefault="00953D61">
            <w:pPr>
              <w:autoSpaceDE w:val="0"/>
              <w:autoSpaceDN w:val="0"/>
              <w:spacing w:before="18" w:after="0" w:line="250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Амбалова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"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Счастливая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песенка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"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6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Пластическое интонирование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15.09.2022 22.09.2022</w:t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Pr="009D1CFD" w:rsidRDefault="00953D61">
            <w:pPr>
              <w:autoSpaceDE w:val="0"/>
              <w:autoSpaceDN w:val="0"/>
              <w:spacing w:before="76" w:after="0" w:line="252" w:lineRule="auto"/>
              <w:ind w:left="72"/>
              <w:rPr>
                <w:lang w:val="ru-RU"/>
              </w:rPr>
            </w:pPr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Разучивание, одухотворенное исполнение песен о природе, её красоте.; </w:t>
            </w:r>
            <w:r w:rsidRPr="009D1CFD">
              <w:rPr>
                <w:lang w:val="ru-RU"/>
              </w:rPr>
              <w:br/>
            </w:r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Рисование «услышанных» пейзажей и/или абстрактная живопись — передача настроения цветом, точками, линиями.;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www.urokicd.ru</w:t>
            </w:r>
          </w:p>
        </w:tc>
      </w:tr>
      <w:tr w:rsidR="008D72F2">
        <w:trPr>
          <w:trHeight w:hRule="exact" w:val="348"/>
        </w:trPr>
        <w:tc>
          <w:tcPr>
            <w:tcW w:w="1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323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8D72F2"/>
        </w:tc>
      </w:tr>
      <w:tr w:rsidR="008D72F2">
        <w:trPr>
          <w:trHeight w:hRule="exact" w:val="348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Модуль 2.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Народная музыка России</w:t>
            </w:r>
          </w:p>
        </w:tc>
      </w:tr>
      <w:tr w:rsidR="008D72F2">
        <w:trPr>
          <w:trHeight w:hRule="exact" w:val="92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Русский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фольклор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8D72F2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8D72F2"/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Pr="009D1CFD" w:rsidRDefault="00953D61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proofErr w:type="spellStart"/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р.н.п</w:t>
            </w:r>
            <w:proofErr w:type="spellEnd"/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 "Во поле березка стояла", "Калинка"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Pr="009D1CFD" w:rsidRDefault="00953D61">
            <w:pPr>
              <w:autoSpaceDE w:val="0"/>
              <w:autoSpaceDN w:val="0"/>
              <w:spacing w:before="78" w:after="0" w:line="250" w:lineRule="auto"/>
              <w:ind w:left="72"/>
              <w:rPr>
                <w:lang w:val="ru-RU"/>
              </w:rPr>
            </w:pPr>
            <w:proofErr w:type="spellStart"/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р.н.п</w:t>
            </w:r>
            <w:proofErr w:type="spellEnd"/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. "Во поле </w:t>
            </w:r>
            <w:r w:rsidRPr="009D1CFD">
              <w:rPr>
                <w:lang w:val="ru-RU"/>
              </w:rPr>
              <w:br/>
            </w:r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березка стояла", "Калинка", </w:t>
            </w:r>
            <w:r w:rsidRPr="009D1CFD">
              <w:rPr>
                <w:lang w:val="ru-RU"/>
              </w:rPr>
              <w:br/>
            </w:r>
            <w:proofErr w:type="spellStart"/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потешка</w:t>
            </w:r>
            <w:proofErr w:type="spellEnd"/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"Зайка"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8" w:after="0" w:line="245" w:lineRule="auto"/>
              <w:ind w:right="432"/>
              <w:jc w:val="center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Движение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хоровода</w:t>
            </w:r>
            <w:proofErr w:type="spellEnd"/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29.09.2022 06.10.2022</w:t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Pr="009D1CFD" w:rsidRDefault="00953D61">
            <w:pPr>
              <w:autoSpaceDE w:val="0"/>
              <w:autoSpaceDN w:val="0"/>
              <w:spacing w:before="78" w:after="0" w:line="250" w:lineRule="auto"/>
              <w:ind w:left="72" w:right="288"/>
              <w:rPr>
                <w:lang w:val="ru-RU"/>
              </w:rPr>
            </w:pPr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Разучивание, исполнение русских народных песен разных жанров.; </w:t>
            </w:r>
            <w:r w:rsidRPr="009D1CFD">
              <w:rPr>
                <w:lang w:val="ru-RU"/>
              </w:rPr>
              <w:br/>
            </w:r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Участие в коллективной традиционной </w:t>
            </w:r>
            <w:r w:rsidRPr="009D1CFD">
              <w:rPr>
                <w:lang w:val="ru-RU"/>
              </w:rPr>
              <w:br/>
            </w:r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музыкальной игре.;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www.urokicd.ru</w:t>
            </w:r>
          </w:p>
        </w:tc>
      </w:tr>
      <w:tr w:rsidR="008D72F2">
        <w:trPr>
          <w:trHeight w:hRule="exact" w:val="130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2.2.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6" w:after="0" w:line="250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Русские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народные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музыкальные инструменты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8D72F2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8D72F2"/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Плясовые наигрыши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"Детские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частушки"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6" w:after="0" w:line="25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Игра на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музыкальных инструментах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13.10.2022 20.10.2022</w:t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Pr="009D1CFD" w:rsidRDefault="00953D61">
            <w:pPr>
              <w:autoSpaceDE w:val="0"/>
              <w:autoSpaceDN w:val="0"/>
              <w:spacing w:before="76" w:after="0" w:line="252" w:lineRule="auto"/>
              <w:ind w:left="72" w:right="144"/>
              <w:rPr>
                <w:lang w:val="ru-RU"/>
              </w:rPr>
            </w:pPr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Слушание фортепианных пьес композиторов, исполнение песен, в которых присутствуют </w:t>
            </w:r>
            <w:proofErr w:type="spellStart"/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звукоизобразительные</w:t>
            </w:r>
            <w:proofErr w:type="spellEnd"/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элементы, подражание голосам народных инструментов.; </w:t>
            </w:r>
            <w:r w:rsidRPr="009D1CFD">
              <w:rPr>
                <w:lang w:val="ru-RU"/>
              </w:rPr>
              <w:br/>
            </w:r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Просмотр видеофильма о русских </w:t>
            </w:r>
            <w:r w:rsidRPr="009D1CFD">
              <w:rPr>
                <w:lang w:val="ru-RU"/>
              </w:rPr>
              <w:br/>
            </w:r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музыкальных инструментах.;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www.urokicd.ru</w:t>
            </w:r>
          </w:p>
        </w:tc>
      </w:tr>
      <w:tr w:rsidR="008D72F2">
        <w:trPr>
          <w:trHeight w:hRule="exact" w:val="150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2.3.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Сказки, мифы и легенды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8D72F2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8D72F2"/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Pr="009D1CFD" w:rsidRDefault="00953D61">
            <w:pPr>
              <w:autoSpaceDE w:val="0"/>
              <w:autoSpaceDN w:val="0"/>
              <w:spacing w:before="76" w:after="0" w:line="252" w:lineRule="auto"/>
              <w:ind w:left="72"/>
              <w:rPr>
                <w:lang w:val="ru-RU"/>
              </w:rPr>
            </w:pPr>
            <w:proofErr w:type="spellStart"/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Н.А.Римский</w:t>
            </w:r>
            <w:proofErr w:type="spellEnd"/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- Корсаков Опера- сказка "Сказка о царе и </w:t>
            </w:r>
            <w:proofErr w:type="spellStart"/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Салтане</w:t>
            </w:r>
            <w:proofErr w:type="spellEnd"/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и сыне его </w:t>
            </w:r>
            <w:proofErr w:type="spellStart"/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Гвидоне</w:t>
            </w:r>
            <w:proofErr w:type="spellEnd"/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 - "Три </w:t>
            </w:r>
            <w:r w:rsidRPr="009D1CFD">
              <w:rPr>
                <w:lang w:val="ru-RU"/>
              </w:rPr>
              <w:br/>
            </w:r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чуда"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Pr="009D1CFD" w:rsidRDefault="00953D61">
            <w:pPr>
              <w:autoSpaceDE w:val="0"/>
              <w:autoSpaceDN w:val="0"/>
              <w:spacing w:before="76" w:after="0" w:line="245" w:lineRule="auto"/>
              <w:ind w:right="144"/>
              <w:jc w:val="center"/>
              <w:rPr>
                <w:lang w:val="ru-RU"/>
              </w:rPr>
            </w:pPr>
            <w:proofErr w:type="spellStart"/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р.н.п."Во</w:t>
            </w:r>
            <w:proofErr w:type="spellEnd"/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саду ли в огороде"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6" w:after="0" w:line="233" w:lineRule="auto"/>
              <w:jc w:val="center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Разыграй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сказку</w:t>
            </w:r>
            <w:proofErr w:type="spellEnd"/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27.10.2022 10.11.2022</w:t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Pr="009D1CFD" w:rsidRDefault="00953D61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Знакомство с манерой </w:t>
            </w:r>
            <w:proofErr w:type="spellStart"/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сказывания</w:t>
            </w:r>
            <w:proofErr w:type="spellEnd"/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нараспев. Слушание сказок, былин, эпических сказаний, рассказываемых нараспев.; </w:t>
            </w:r>
            <w:r w:rsidRPr="009D1CFD">
              <w:rPr>
                <w:lang w:val="ru-RU"/>
              </w:rPr>
              <w:br/>
            </w:r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Создание иллюстраций к прослушанным </w:t>
            </w:r>
            <w:r w:rsidRPr="009D1CFD">
              <w:rPr>
                <w:lang w:val="ru-RU"/>
              </w:rPr>
              <w:br/>
            </w:r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музыкальным и литературным произведениям.; Просмотр фильмов, мультфильмов, созданных на основе былин, сказаний.;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www.urokicd.ru</w:t>
            </w:r>
          </w:p>
        </w:tc>
      </w:tr>
      <w:tr w:rsidR="008D72F2">
        <w:trPr>
          <w:trHeight w:hRule="exact" w:val="350"/>
        </w:trPr>
        <w:tc>
          <w:tcPr>
            <w:tcW w:w="1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13232" w:type="dxa"/>
            <w:gridSpan w:val="9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8D72F2"/>
        </w:tc>
      </w:tr>
      <w:tr w:rsidR="008D72F2">
        <w:trPr>
          <w:trHeight w:hRule="exact" w:val="348"/>
        </w:trPr>
        <w:tc>
          <w:tcPr>
            <w:tcW w:w="15502" w:type="dxa"/>
            <w:gridSpan w:val="12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Модуль 3.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Музыкальная грамота</w:t>
            </w:r>
          </w:p>
        </w:tc>
      </w:tr>
      <w:tr w:rsidR="008D72F2">
        <w:trPr>
          <w:trHeight w:hRule="exact" w:val="128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Весь мир звучит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8D72F2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8D72F2"/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Звуки природы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6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Швейцарская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н.п. "Кукушка"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6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Пластическое интонирование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17.11.2022</w:t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Pr="009D1CFD" w:rsidRDefault="00953D61">
            <w:pPr>
              <w:autoSpaceDE w:val="0"/>
              <w:autoSpaceDN w:val="0"/>
              <w:spacing w:before="76" w:after="0" w:line="252" w:lineRule="auto"/>
              <w:ind w:left="72"/>
              <w:rPr>
                <w:lang w:val="ru-RU"/>
              </w:rPr>
            </w:pPr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Знакомство со звуками музыкальными и </w:t>
            </w:r>
            <w:r w:rsidRPr="009D1CFD">
              <w:rPr>
                <w:lang w:val="ru-RU"/>
              </w:rPr>
              <w:br/>
            </w:r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шумовыми. Различение, определение на слух звуков различного качества.; </w:t>
            </w:r>
            <w:r w:rsidRPr="009D1CFD">
              <w:rPr>
                <w:lang w:val="ru-RU"/>
              </w:rPr>
              <w:br/>
            </w:r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Игра — подражание звукам и голосам природы с использованием шумовых музыкальных </w:t>
            </w:r>
            <w:r w:rsidRPr="009D1CFD">
              <w:rPr>
                <w:lang w:val="ru-RU"/>
              </w:rPr>
              <w:br/>
            </w:r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инструментов, вокальной импровизации.;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www.urokicd.ru</w:t>
            </w:r>
          </w:p>
        </w:tc>
      </w:tr>
    </w:tbl>
    <w:p w:rsidR="008D72F2" w:rsidRDefault="008D72F2">
      <w:pPr>
        <w:autoSpaceDE w:val="0"/>
        <w:autoSpaceDN w:val="0"/>
        <w:spacing w:after="0" w:line="14" w:lineRule="exact"/>
      </w:pPr>
    </w:p>
    <w:p w:rsidR="008D72F2" w:rsidRDefault="008D72F2">
      <w:pPr>
        <w:sectPr w:rsidR="008D72F2">
          <w:pgSz w:w="16840" w:h="11900"/>
          <w:pgMar w:top="282" w:right="640" w:bottom="454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8D72F2" w:rsidRDefault="008D72F2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1274"/>
        <w:gridCol w:w="528"/>
        <w:gridCol w:w="1104"/>
        <w:gridCol w:w="1140"/>
        <w:gridCol w:w="1766"/>
        <w:gridCol w:w="1296"/>
        <w:gridCol w:w="1262"/>
        <w:gridCol w:w="864"/>
        <w:gridCol w:w="3338"/>
        <w:gridCol w:w="1080"/>
        <w:gridCol w:w="1382"/>
      </w:tblGrid>
      <w:tr w:rsidR="008D72F2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3.2.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Звукоряд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8D72F2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8D72F2"/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Pr="009D1CFD" w:rsidRDefault="00953D61">
            <w:pPr>
              <w:autoSpaceDE w:val="0"/>
              <w:autoSpaceDN w:val="0"/>
              <w:spacing w:before="78" w:after="0" w:line="245" w:lineRule="auto"/>
              <w:ind w:left="72" w:right="288"/>
              <w:rPr>
                <w:lang w:val="ru-RU"/>
              </w:rPr>
            </w:pPr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Д. </w:t>
            </w:r>
            <w:proofErr w:type="spellStart"/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Роджерс</w:t>
            </w:r>
            <w:proofErr w:type="spellEnd"/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"Звуки музыки" из мюзикла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Д. Роджерс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"Звуки музыки"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Ручные знаки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24.11.2022</w:t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Pr="009D1CFD" w:rsidRDefault="00953D61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Знакомство с элементами нотной записи.</w:t>
            </w:r>
          </w:p>
          <w:p w:rsidR="008D72F2" w:rsidRPr="009D1CFD" w:rsidRDefault="00953D61">
            <w:pPr>
              <w:autoSpaceDE w:val="0"/>
              <w:autoSpaceDN w:val="0"/>
              <w:spacing w:before="20" w:after="0" w:line="247" w:lineRule="auto"/>
              <w:ind w:left="72" w:right="144"/>
              <w:rPr>
                <w:lang w:val="ru-RU"/>
              </w:rPr>
            </w:pPr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Различение по нотной записи, определение на слух звукоряда в отличие от других </w:t>
            </w:r>
            <w:r w:rsidRPr="009D1CFD">
              <w:rPr>
                <w:lang w:val="ru-RU"/>
              </w:rPr>
              <w:br/>
            </w:r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последовательностей звуков.;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www.urokicd.ru</w:t>
            </w:r>
          </w:p>
        </w:tc>
      </w:tr>
      <w:tr w:rsidR="008D72F2">
        <w:trPr>
          <w:trHeight w:hRule="exact" w:val="161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3.3.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Ритм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8D72F2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8D72F2"/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Футбольный марш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Pr="009D1CFD" w:rsidRDefault="00953D61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Песня Д.</w:t>
            </w:r>
          </w:p>
          <w:p w:rsidR="008D72F2" w:rsidRPr="009D1CFD" w:rsidRDefault="00953D61">
            <w:pPr>
              <w:autoSpaceDE w:val="0"/>
              <w:autoSpaceDN w:val="0"/>
              <w:spacing w:before="20" w:after="0" w:line="250" w:lineRule="auto"/>
              <w:ind w:left="72"/>
              <w:rPr>
                <w:lang w:val="ru-RU"/>
              </w:rPr>
            </w:pPr>
            <w:proofErr w:type="spellStart"/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Кабалевского</w:t>
            </w:r>
            <w:proofErr w:type="spellEnd"/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9D1CFD">
              <w:rPr>
                <w:lang w:val="ru-RU"/>
              </w:rPr>
              <w:br/>
            </w:r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"Левой, правой", З. Хабалова </w:t>
            </w:r>
            <w:r w:rsidRPr="009D1CFD">
              <w:rPr>
                <w:lang w:val="ru-RU"/>
              </w:rPr>
              <w:br/>
            </w:r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"Мячик"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8" w:after="0" w:line="230" w:lineRule="auto"/>
              <w:jc w:val="center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Шаг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под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музыку</w:t>
            </w:r>
            <w:proofErr w:type="spellEnd"/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01.12.2022</w:t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Pr="009D1CFD" w:rsidRDefault="00953D61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Определение на слух, прослеживание по </w:t>
            </w:r>
            <w:r w:rsidRPr="009D1CFD">
              <w:rPr>
                <w:lang w:val="ru-RU"/>
              </w:rPr>
              <w:br/>
            </w:r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нотной записи ритмических рисунков, </w:t>
            </w:r>
            <w:r w:rsidRPr="009D1CFD">
              <w:rPr>
                <w:lang w:val="ru-RU"/>
              </w:rPr>
              <w:br/>
            </w:r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состоящих из различных длительностей и </w:t>
            </w:r>
            <w:r w:rsidRPr="009D1CFD">
              <w:rPr>
                <w:lang w:val="ru-RU"/>
              </w:rPr>
              <w:br/>
            </w:r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пауз.; </w:t>
            </w:r>
            <w:r w:rsidRPr="009D1CFD">
              <w:rPr>
                <w:lang w:val="ru-RU"/>
              </w:rPr>
              <w:br/>
            </w:r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Исполнение, импровизация с помощью </w:t>
            </w:r>
            <w:r w:rsidRPr="009D1CFD">
              <w:rPr>
                <w:lang w:val="ru-RU"/>
              </w:rPr>
              <w:br/>
            </w:r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звучащих жестов (хлопки, шлепки, притопы) и/или ударных инструментов простых ритмов.;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www.urokicd.ru</w:t>
            </w:r>
          </w:p>
        </w:tc>
      </w:tr>
      <w:tr w:rsidR="008D72F2">
        <w:trPr>
          <w:trHeight w:hRule="exact" w:val="207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3.4.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6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Ритмический рисунок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8D72F2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8D72F2"/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Pr="009D1CFD" w:rsidRDefault="00953D61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П. Чайковский "Марш деревянных </w:t>
            </w:r>
            <w:r w:rsidRPr="009D1CFD">
              <w:rPr>
                <w:lang w:val="ru-RU"/>
              </w:rPr>
              <w:br/>
            </w:r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солдатиков"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Pr="009D1CFD" w:rsidRDefault="00953D61">
            <w:pPr>
              <w:autoSpaceDE w:val="0"/>
              <w:autoSpaceDN w:val="0"/>
              <w:spacing w:before="76" w:after="0" w:line="245" w:lineRule="auto"/>
              <w:ind w:left="72" w:right="432"/>
              <w:rPr>
                <w:lang w:val="ru-RU"/>
              </w:rPr>
            </w:pPr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Пение со </w:t>
            </w:r>
            <w:r w:rsidRPr="009D1CFD">
              <w:rPr>
                <w:lang w:val="ru-RU"/>
              </w:rPr>
              <w:br/>
            </w:r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словами П.</w:t>
            </w:r>
          </w:p>
          <w:p w:rsidR="008D72F2" w:rsidRPr="009D1CFD" w:rsidRDefault="00953D61">
            <w:pPr>
              <w:autoSpaceDE w:val="0"/>
              <w:autoSpaceDN w:val="0"/>
              <w:spacing w:before="18" w:after="0" w:line="250" w:lineRule="auto"/>
              <w:ind w:left="72" w:right="288"/>
              <w:rPr>
                <w:lang w:val="ru-RU"/>
              </w:rPr>
            </w:pPr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Чайковского "Марш </w:t>
            </w:r>
            <w:r w:rsidRPr="009D1CFD">
              <w:rPr>
                <w:lang w:val="ru-RU"/>
              </w:rPr>
              <w:br/>
            </w:r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деревянных солдатиков"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Pr="009D1CFD" w:rsidRDefault="00953D61">
            <w:pPr>
              <w:autoSpaceDE w:val="0"/>
              <w:autoSpaceDN w:val="0"/>
              <w:spacing w:before="76" w:after="0" w:line="245" w:lineRule="auto"/>
              <w:ind w:left="72" w:right="144"/>
              <w:rPr>
                <w:lang w:val="ru-RU"/>
              </w:rPr>
            </w:pPr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Шаг и хлопки под музыку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08.12.2022</w:t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6" w:after="0" w:line="254" w:lineRule="auto"/>
              <w:ind w:left="72" w:right="432"/>
            </w:pPr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Определение на слух, прослеживание по нотной записи ритмических рисунков, состоящих из различных длительностей и пауз.; </w:t>
            </w:r>
            <w:r w:rsidRPr="009D1CFD">
              <w:rPr>
                <w:lang w:val="ru-RU"/>
              </w:rPr>
              <w:br/>
            </w:r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Игра «Ритмическое эхо», </w:t>
            </w:r>
            <w:proofErr w:type="spellStart"/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прохлопывание</w:t>
            </w:r>
            <w:proofErr w:type="spellEnd"/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ритма по ритмическим карточкам, </w:t>
            </w:r>
            <w:r w:rsidRPr="009D1CFD">
              <w:rPr>
                <w:lang w:val="ru-RU"/>
              </w:rPr>
              <w:br/>
            </w:r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проговаривание с использованием </w:t>
            </w:r>
            <w:r w:rsidRPr="009D1CFD">
              <w:rPr>
                <w:lang w:val="ru-RU"/>
              </w:rPr>
              <w:br/>
            </w:r>
            <w:proofErr w:type="spellStart"/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ритмослогов</w:t>
            </w:r>
            <w:proofErr w:type="spellEnd"/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Разучивание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исполнение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ударных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инструментах ритмической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партитуры.;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www.urokicd.ru</w:t>
            </w:r>
          </w:p>
        </w:tc>
      </w:tr>
      <w:tr w:rsidR="008D72F2">
        <w:trPr>
          <w:trHeight w:hRule="exact" w:val="348"/>
        </w:trPr>
        <w:tc>
          <w:tcPr>
            <w:tcW w:w="1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323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8D72F2"/>
        </w:tc>
      </w:tr>
      <w:tr w:rsidR="008D72F2">
        <w:trPr>
          <w:trHeight w:hRule="exact" w:val="348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Модуль 4.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Классическая музыка</w:t>
            </w:r>
          </w:p>
        </w:tc>
      </w:tr>
      <w:tr w:rsidR="008D72F2">
        <w:trPr>
          <w:trHeight w:hRule="exact" w:val="131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4.1.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Композиторы —детям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8D72F2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8D72F2"/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Pr="009D1CFD" w:rsidRDefault="00953D61">
            <w:pPr>
              <w:autoSpaceDE w:val="0"/>
              <w:autoSpaceDN w:val="0"/>
              <w:spacing w:before="78" w:after="0" w:line="245" w:lineRule="auto"/>
              <w:ind w:right="432"/>
              <w:jc w:val="center"/>
              <w:rPr>
                <w:lang w:val="ru-RU"/>
              </w:rPr>
            </w:pPr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П.И. Чайковский </w:t>
            </w:r>
            <w:r w:rsidRPr="009D1CFD">
              <w:rPr>
                <w:lang w:val="ru-RU"/>
              </w:rPr>
              <w:br/>
            </w:r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"Детский альбом"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Pr="009D1CFD" w:rsidRDefault="00953D61">
            <w:pPr>
              <w:autoSpaceDE w:val="0"/>
              <w:autoSpaceDN w:val="0"/>
              <w:spacing w:before="78" w:after="0" w:line="250" w:lineRule="auto"/>
              <w:ind w:left="72" w:right="68"/>
              <w:jc w:val="both"/>
              <w:rPr>
                <w:lang w:val="ru-RU"/>
              </w:rPr>
            </w:pPr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П.И. Чайковский "Неаполитанская песенка"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8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Пластическое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интонирование</w:t>
            </w:r>
            <w:proofErr w:type="spellEnd"/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15.12.2022 22.12.2022</w:t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8" w:after="0" w:line="250" w:lineRule="auto"/>
              <w:ind w:left="72" w:right="288"/>
            </w:pPr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Слушание музыки, определение основного характера, музыкально-выразительных средств, использованных композитором.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Подбор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эпитетов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иллюстраций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к музыке.</w:t>
            </w:r>
          </w:p>
          <w:p w:rsidR="008D72F2" w:rsidRDefault="00953D61">
            <w:pPr>
              <w:autoSpaceDE w:val="0"/>
              <w:autoSpaceDN w:val="0"/>
              <w:spacing w:before="18" w:after="0" w:line="245" w:lineRule="auto"/>
              <w:ind w:left="72" w:right="144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Определение жанра.;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Музыкальная викторина.;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www.urokicd.ru</w:t>
            </w:r>
          </w:p>
        </w:tc>
      </w:tr>
      <w:tr w:rsidR="008D72F2">
        <w:trPr>
          <w:trHeight w:hRule="exact" w:val="130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4.2.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Оркестр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8D72F2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8D72F2"/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Pr="009D1CFD" w:rsidRDefault="00953D61">
            <w:pPr>
              <w:autoSpaceDE w:val="0"/>
              <w:autoSpaceDN w:val="0"/>
              <w:spacing w:before="76" w:after="0" w:line="245" w:lineRule="auto"/>
              <w:ind w:left="72" w:right="288"/>
              <w:rPr>
                <w:lang w:val="ru-RU"/>
              </w:rPr>
            </w:pPr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Э. Григ "Пер </w:t>
            </w:r>
            <w:proofErr w:type="spellStart"/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Гюнт</w:t>
            </w:r>
            <w:proofErr w:type="spellEnd"/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", "Утро". </w:t>
            </w:r>
          </w:p>
          <w:p w:rsidR="008D72F2" w:rsidRPr="009D1CFD" w:rsidRDefault="00953D61">
            <w:pPr>
              <w:autoSpaceDE w:val="0"/>
              <w:autoSpaceDN w:val="0"/>
              <w:spacing w:before="20" w:after="0" w:line="245" w:lineRule="auto"/>
              <w:ind w:left="72"/>
              <w:rPr>
                <w:lang w:val="ru-RU"/>
              </w:rPr>
            </w:pPr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Н.А. Римский-Корсаков "</w:t>
            </w:r>
            <w:proofErr w:type="spellStart"/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Шехеразада</w:t>
            </w:r>
            <w:proofErr w:type="spellEnd"/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"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Pr="009D1CFD" w:rsidRDefault="00953D61">
            <w:pPr>
              <w:autoSpaceDE w:val="0"/>
              <w:autoSpaceDN w:val="0"/>
              <w:spacing w:before="76" w:after="0" w:line="250" w:lineRule="auto"/>
              <w:ind w:left="72" w:right="288"/>
              <w:rPr>
                <w:lang w:val="ru-RU"/>
              </w:rPr>
            </w:pPr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Филиппенко "Веселый </w:t>
            </w:r>
            <w:r w:rsidRPr="009D1CFD">
              <w:rPr>
                <w:lang w:val="ru-RU"/>
              </w:rPr>
              <w:br/>
            </w:r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музыкант".</w:t>
            </w:r>
          </w:p>
          <w:p w:rsidR="008D72F2" w:rsidRPr="009D1CFD" w:rsidRDefault="00953D61">
            <w:pPr>
              <w:autoSpaceDE w:val="0"/>
              <w:autoSpaceDN w:val="0"/>
              <w:spacing w:before="20" w:after="0" w:line="230" w:lineRule="auto"/>
              <w:ind w:left="72"/>
              <w:rPr>
                <w:lang w:val="ru-RU"/>
              </w:rPr>
            </w:pPr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Д.Б.</w:t>
            </w:r>
          </w:p>
          <w:p w:rsidR="008D72F2" w:rsidRDefault="00953D61">
            <w:pPr>
              <w:autoSpaceDE w:val="0"/>
              <w:autoSpaceDN w:val="0"/>
              <w:spacing w:before="20" w:after="0" w:line="245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Кабалевский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"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Дон-дон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"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6" w:after="0" w:line="25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Игра на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шумовых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инструментах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12.01.2023 19.01.2023</w:t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Pr="009D1CFD" w:rsidRDefault="00953D61">
            <w:pPr>
              <w:autoSpaceDE w:val="0"/>
              <w:autoSpaceDN w:val="0"/>
              <w:spacing w:before="76" w:after="0" w:line="252" w:lineRule="auto"/>
              <w:ind w:left="72" w:right="144"/>
              <w:rPr>
                <w:lang w:val="ru-RU"/>
              </w:rPr>
            </w:pPr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Слушание музыки в исполнении оркестра. Просмотр видеозаписи. Диалог с учителем о роли дирижёра.; </w:t>
            </w:r>
            <w:r w:rsidRPr="009D1CFD">
              <w:rPr>
                <w:lang w:val="ru-RU"/>
              </w:rPr>
              <w:br/>
            </w:r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Разучивание и исполнение песен </w:t>
            </w:r>
            <w:r w:rsidRPr="009D1CFD">
              <w:rPr>
                <w:lang w:val="ru-RU"/>
              </w:rPr>
              <w:br/>
            </w:r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соответствующей тематики.;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www.urokicd.ru</w:t>
            </w:r>
          </w:p>
        </w:tc>
      </w:tr>
      <w:tr w:rsidR="008D72F2">
        <w:trPr>
          <w:trHeight w:hRule="exact" w:val="131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4.3.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8" w:after="0" w:line="247" w:lineRule="auto"/>
              <w:ind w:left="72" w:right="252"/>
              <w:jc w:val="both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Музыкальные инструменты. Фортепиано.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8D72F2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8D72F2"/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Pr="009D1CFD" w:rsidRDefault="00953D61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Шуберт "Вальс" или </w:t>
            </w:r>
            <w:r w:rsidRPr="009D1CFD">
              <w:rPr>
                <w:lang w:val="ru-RU"/>
              </w:rPr>
              <w:br/>
            </w:r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любые пьесы для фоно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В. Шаинский "Улыбка"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Движения под музыку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26.01.2023 02.02.2023</w:t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Pr="009D1CFD" w:rsidRDefault="00953D61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Знакомство с многообразием красок </w:t>
            </w:r>
            <w:r w:rsidRPr="009D1CFD">
              <w:rPr>
                <w:lang w:val="ru-RU"/>
              </w:rPr>
              <w:br/>
            </w:r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фортепиано. Слушание фортепианных пьес в исполнении известных пианистов.;</w:t>
            </w:r>
            <w:r w:rsidRPr="009D1CFD">
              <w:rPr>
                <w:lang w:val="ru-RU"/>
              </w:rPr>
              <w:br/>
            </w:r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«Я — пианист» — игра — имитация </w:t>
            </w:r>
            <w:r w:rsidRPr="009D1CFD">
              <w:rPr>
                <w:lang w:val="ru-RU"/>
              </w:rPr>
              <w:br/>
            </w:r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исполнительских движений во время звучания музыки.;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www.urokicd.ru</w:t>
            </w:r>
          </w:p>
        </w:tc>
      </w:tr>
      <w:tr w:rsidR="008D72F2">
        <w:trPr>
          <w:trHeight w:hRule="exact" w:val="348"/>
        </w:trPr>
        <w:tc>
          <w:tcPr>
            <w:tcW w:w="1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1323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8D72F2"/>
        </w:tc>
      </w:tr>
      <w:tr w:rsidR="008D72F2">
        <w:trPr>
          <w:trHeight w:hRule="exact" w:val="328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Модуль 5.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Духовная музыка</w:t>
            </w:r>
          </w:p>
        </w:tc>
      </w:tr>
    </w:tbl>
    <w:p w:rsidR="008D72F2" w:rsidRDefault="008D72F2">
      <w:pPr>
        <w:autoSpaceDE w:val="0"/>
        <w:autoSpaceDN w:val="0"/>
        <w:spacing w:after="0" w:line="14" w:lineRule="exact"/>
      </w:pPr>
    </w:p>
    <w:p w:rsidR="008D72F2" w:rsidRDefault="008D72F2">
      <w:pPr>
        <w:sectPr w:rsidR="008D72F2">
          <w:pgSz w:w="16840" w:h="11900"/>
          <w:pgMar w:top="284" w:right="640" w:bottom="694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8D72F2" w:rsidRDefault="008D72F2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1274"/>
        <w:gridCol w:w="528"/>
        <w:gridCol w:w="1104"/>
        <w:gridCol w:w="1140"/>
        <w:gridCol w:w="1766"/>
        <w:gridCol w:w="1296"/>
        <w:gridCol w:w="1262"/>
        <w:gridCol w:w="864"/>
        <w:gridCol w:w="3338"/>
        <w:gridCol w:w="1080"/>
        <w:gridCol w:w="1382"/>
      </w:tblGrid>
      <w:tr w:rsidR="008D72F2">
        <w:trPr>
          <w:trHeight w:hRule="exact" w:val="150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5.1.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Песни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верующих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8D72F2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8D72F2"/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Pr="009D1CFD" w:rsidRDefault="00953D61">
            <w:pPr>
              <w:autoSpaceDE w:val="0"/>
              <w:autoSpaceDN w:val="0"/>
              <w:spacing w:before="78" w:after="0" w:line="247" w:lineRule="auto"/>
              <w:ind w:left="72" w:right="288"/>
              <w:rPr>
                <w:lang w:val="ru-RU"/>
              </w:rPr>
            </w:pPr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Разновидности </w:t>
            </w:r>
            <w:r w:rsidRPr="009D1CFD">
              <w:rPr>
                <w:lang w:val="ru-RU"/>
              </w:rPr>
              <w:br/>
            </w:r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колокольного звона (благовест и т.д.)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8" w:after="0" w:line="247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Песни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к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религиозным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праздникам</w:t>
            </w:r>
            <w:proofErr w:type="spellEnd"/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Pr="009D1CFD" w:rsidRDefault="00953D61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Сопровождение мелодий </w:t>
            </w:r>
            <w:r w:rsidRPr="009D1CFD">
              <w:rPr>
                <w:lang w:val="ru-RU"/>
              </w:rPr>
              <w:br/>
            </w:r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треугольником и </w:t>
            </w:r>
            <w:r w:rsidRPr="009D1CFD">
              <w:rPr>
                <w:lang w:val="ru-RU"/>
              </w:rPr>
              <w:br/>
            </w:r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колокольчиками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09.02.2023</w:t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Pr="009D1CFD" w:rsidRDefault="00953D61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Слушание, разучивание, исполнение </w:t>
            </w:r>
            <w:r w:rsidRPr="009D1CFD">
              <w:rPr>
                <w:lang w:val="ru-RU"/>
              </w:rPr>
              <w:br/>
            </w:r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вокальных произведений религиозного </w:t>
            </w:r>
            <w:r w:rsidRPr="009D1CFD">
              <w:rPr>
                <w:lang w:val="ru-RU"/>
              </w:rPr>
              <w:br/>
            </w:r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содержания. Диалог с учителем о характере музыки, манере исполнения, выразительных средствах.; </w:t>
            </w:r>
            <w:r w:rsidRPr="009D1CFD">
              <w:rPr>
                <w:lang w:val="ru-RU"/>
              </w:rPr>
              <w:br/>
            </w:r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Рисование по мотивам прослушанных </w:t>
            </w:r>
            <w:r w:rsidRPr="009D1CFD">
              <w:rPr>
                <w:lang w:val="ru-RU"/>
              </w:rPr>
              <w:br/>
            </w:r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музыкальных произведений;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www.urokicd.ru</w:t>
            </w:r>
          </w:p>
        </w:tc>
      </w:tr>
      <w:tr w:rsidR="008D72F2">
        <w:trPr>
          <w:trHeight w:hRule="exact" w:val="348"/>
        </w:trPr>
        <w:tc>
          <w:tcPr>
            <w:tcW w:w="1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323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8D72F2"/>
        </w:tc>
      </w:tr>
      <w:tr w:rsidR="008D72F2">
        <w:trPr>
          <w:trHeight w:hRule="exact" w:val="350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Модуль 6.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Народная музыка России</w:t>
            </w:r>
          </w:p>
        </w:tc>
      </w:tr>
      <w:tr w:rsidR="008D72F2">
        <w:trPr>
          <w:trHeight w:hRule="exact" w:val="169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6.1.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D72F2" w:rsidRPr="009D1CFD" w:rsidRDefault="00953D61">
            <w:pPr>
              <w:autoSpaceDE w:val="0"/>
              <w:autoSpaceDN w:val="0"/>
              <w:spacing w:before="76" w:after="0" w:line="245" w:lineRule="auto"/>
              <w:ind w:left="72"/>
              <w:rPr>
                <w:lang w:val="ru-RU"/>
              </w:rPr>
            </w:pPr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Край, в котором ты живёшь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8D72F2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8D72F2"/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Pr="009D1CFD" w:rsidRDefault="00953D61">
            <w:pPr>
              <w:autoSpaceDE w:val="0"/>
              <w:autoSpaceDN w:val="0"/>
              <w:spacing w:before="76" w:after="0" w:line="245" w:lineRule="auto"/>
              <w:ind w:left="72"/>
              <w:rPr>
                <w:lang w:val="ru-RU"/>
              </w:rPr>
            </w:pPr>
            <w:proofErr w:type="spellStart"/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Ю.Чичков</w:t>
            </w:r>
            <w:proofErr w:type="spellEnd"/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"Здравствуй, Родина моя", Д.Б.</w:t>
            </w:r>
          </w:p>
          <w:p w:rsidR="008D72F2" w:rsidRPr="009D1CFD" w:rsidRDefault="00953D61">
            <w:pPr>
              <w:autoSpaceDE w:val="0"/>
              <w:autoSpaceDN w:val="0"/>
              <w:spacing w:before="18" w:after="0" w:line="250" w:lineRule="auto"/>
              <w:ind w:left="72" w:right="144"/>
              <w:rPr>
                <w:lang w:val="ru-RU"/>
              </w:rPr>
            </w:pPr>
            <w:proofErr w:type="spellStart"/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Кабалевский</w:t>
            </w:r>
            <w:proofErr w:type="spellEnd"/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"Наш </w:t>
            </w:r>
            <w:r w:rsidRPr="009D1CFD">
              <w:rPr>
                <w:lang w:val="ru-RU"/>
              </w:rPr>
              <w:br/>
            </w:r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край", Г. Струве "Моя Россия", "Что мы </w:t>
            </w:r>
            <w:r w:rsidRPr="009D1CFD">
              <w:rPr>
                <w:lang w:val="ru-RU"/>
              </w:rPr>
              <w:br/>
            </w:r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Родиной зовём"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Pr="009D1CFD" w:rsidRDefault="00953D61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Д.Б.</w:t>
            </w:r>
          </w:p>
          <w:p w:rsidR="008D72F2" w:rsidRPr="009D1CFD" w:rsidRDefault="00953D61">
            <w:pPr>
              <w:autoSpaceDE w:val="0"/>
              <w:autoSpaceDN w:val="0"/>
              <w:spacing w:before="18" w:after="0" w:line="250" w:lineRule="auto"/>
              <w:ind w:left="72" w:right="144"/>
              <w:rPr>
                <w:lang w:val="ru-RU"/>
              </w:rPr>
            </w:pPr>
            <w:proofErr w:type="spellStart"/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Кабалевский</w:t>
            </w:r>
            <w:proofErr w:type="spellEnd"/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9D1CFD">
              <w:rPr>
                <w:lang w:val="ru-RU"/>
              </w:rPr>
              <w:br/>
            </w:r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"Наш край", </w:t>
            </w:r>
            <w:r w:rsidRPr="009D1CFD">
              <w:rPr>
                <w:lang w:val="ru-RU"/>
              </w:rPr>
              <w:br/>
            </w:r>
            <w:proofErr w:type="spellStart"/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Г.Струве</w:t>
            </w:r>
            <w:proofErr w:type="spellEnd"/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"Моя Россия"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Pr="009D1CFD" w:rsidRDefault="00953D61">
            <w:pPr>
              <w:autoSpaceDE w:val="0"/>
              <w:autoSpaceDN w:val="0"/>
              <w:spacing w:before="76" w:after="0" w:line="250" w:lineRule="auto"/>
              <w:ind w:left="72" w:right="288"/>
              <w:rPr>
                <w:lang w:val="ru-RU"/>
              </w:rPr>
            </w:pPr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Характерное движение </w:t>
            </w:r>
            <w:r w:rsidRPr="009D1CFD">
              <w:rPr>
                <w:lang w:val="ru-RU"/>
              </w:rPr>
              <w:br/>
            </w:r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танцев под </w:t>
            </w:r>
            <w:r w:rsidRPr="009D1CFD">
              <w:rPr>
                <w:lang w:val="ru-RU"/>
              </w:rPr>
              <w:br/>
            </w:r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музыку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02.03.2023</w:t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Pr="009D1CFD" w:rsidRDefault="00953D61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Разучивание, исполнение образцов </w:t>
            </w:r>
            <w:r w:rsidRPr="009D1CFD">
              <w:rPr>
                <w:lang w:val="ru-RU"/>
              </w:rPr>
              <w:br/>
            </w:r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традиционного фольклора своей местности, песен, посвящённых своей малой родине, песен композиторов-земляков.; </w:t>
            </w:r>
            <w:r w:rsidRPr="009D1CFD">
              <w:rPr>
                <w:lang w:val="ru-RU"/>
              </w:rPr>
              <w:br/>
            </w:r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Диалог с учителем о музыкальных традициях своего родного края.; </w:t>
            </w:r>
            <w:r w:rsidRPr="009D1CFD">
              <w:rPr>
                <w:lang w:val="ru-RU"/>
              </w:rPr>
              <w:br/>
            </w:r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Просмотр видеофильма о культуре родного края.;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www.urokicd.ru</w:t>
            </w:r>
          </w:p>
        </w:tc>
      </w:tr>
      <w:tr w:rsidR="008D72F2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6.2.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Русский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фольклор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8D72F2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8D72F2"/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Pr="009D1CFD" w:rsidRDefault="00953D61">
            <w:pPr>
              <w:autoSpaceDE w:val="0"/>
              <w:autoSpaceDN w:val="0"/>
              <w:spacing w:before="78" w:after="0" w:line="250" w:lineRule="auto"/>
              <w:ind w:left="72"/>
              <w:rPr>
                <w:lang w:val="ru-RU"/>
              </w:rPr>
            </w:pPr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Н.А. Римский-Корсаков "Заиграйте, мои </w:t>
            </w:r>
            <w:r w:rsidRPr="009D1CFD">
              <w:rPr>
                <w:lang w:val="ru-RU"/>
              </w:rPr>
              <w:br/>
            </w:r>
            <w:proofErr w:type="spellStart"/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гусельки</w:t>
            </w:r>
            <w:proofErr w:type="spellEnd"/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", </w:t>
            </w:r>
            <w:proofErr w:type="spellStart"/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р.н.п</w:t>
            </w:r>
            <w:proofErr w:type="spellEnd"/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. "Со </w:t>
            </w:r>
            <w:r w:rsidRPr="009D1CFD">
              <w:rPr>
                <w:lang w:val="ru-RU"/>
              </w:rPr>
              <w:br/>
            </w:r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вьюном я хочу"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Pr="009D1CFD" w:rsidRDefault="00953D61">
            <w:pPr>
              <w:autoSpaceDE w:val="0"/>
              <w:autoSpaceDN w:val="0"/>
              <w:spacing w:before="78" w:after="0" w:line="247" w:lineRule="auto"/>
              <w:ind w:left="72"/>
              <w:rPr>
                <w:lang w:val="ru-RU"/>
              </w:rPr>
            </w:pPr>
            <w:proofErr w:type="spellStart"/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р.н.п</w:t>
            </w:r>
            <w:proofErr w:type="spellEnd"/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. "Со </w:t>
            </w:r>
            <w:r w:rsidRPr="009D1CFD">
              <w:rPr>
                <w:lang w:val="ru-RU"/>
              </w:rPr>
              <w:br/>
            </w:r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вьюном я хожу", "Во-кузнице"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8" w:after="0" w:line="245" w:lineRule="auto"/>
              <w:ind w:right="432"/>
              <w:jc w:val="center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Движение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хороводом</w:t>
            </w:r>
            <w:proofErr w:type="spellEnd"/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09.03.2023</w:t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Pr="009D1CFD" w:rsidRDefault="00953D61">
            <w:pPr>
              <w:autoSpaceDE w:val="0"/>
              <w:autoSpaceDN w:val="0"/>
              <w:spacing w:before="78" w:after="0" w:line="250" w:lineRule="auto"/>
              <w:ind w:left="72" w:right="288"/>
              <w:rPr>
                <w:lang w:val="ru-RU"/>
              </w:rPr>
            </w:pPr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Разучивание, исполнение русских народных песен разных жанров.; </w:t>
            </w:r>
            <w:r w:rsidRPr="009D1CFD">
              <w:rPr>
                <w:lang w:val="ru-RU"/>
              </w:rPr>
              <w:br/>
            </w:r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Участие в коллективной традиционной </w:t>
            </w:r>
            <w:r w:rsidRPr="009D1CFD">
              <w:rPr>
                <w:lang w:val="ru-RU"/>
              </w:rPr>
              <w:br/>
            </w:r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музыкальной игре.;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www.urokicd.ru</w:t>
            </w:r>
          </w:p>
        </w:tc>
      </w:tr>
      <w:tr w:rsidR="008D72F2">
        <w:trPr>
          <w:trHeight w:hRule="exact" w:val="348"/>
        </w:trPr>
        <w:tc>
          <w:tcPr>
            <w:tcW w:w="1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323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8D72F2"/>
        </w:tc>
      </w:tr>
      <w:tr w:rsidR="008D72F2" w:rsidRPr="00183123">
        <w:trPr>
          <w:trHeight w:hRule="exact" w:val="350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Pr="009D1CFD" w:rsidRDefault="00953D61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Модуль 7. </w:t>
            </w:r>
            <w:r w:rsidRPr="009D1CFD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Музыка в жизни человека</w:t>
            </w:r>
          </w:p>
        </w:tc>
      </w:tr>
      <w:tr w:rsidR="008D72F2">
        <w:trPr>
          <w:trHeight w:hRule="exact" w:val="265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7.1.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6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Музыкальные пейзажи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8D72F2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8D72F2"/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Pr="009D1CFD" w:rsidRDefault="00953D61">
            <w:pPr>
              <w:autoSpaceDE w:val="0"/>
              <w:autoSpaceDN w:val="0"/>
              <w:spacing w:before="76" w:after="0" w:line="245" w:lineRule="auto"/>
              <w:ind w:left="72"/>
              <w:rPr>
                <w:lang w:val="ru-RU"/>
              </w:rPr>
            </w:pPr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Вивальди "Времена </w:t>
            </w:r>
            <w:r w:rsidRPr="009D1CFD">
              <w:rPr>
                <w:lang w:val="ru-RU"/>
              </w:rPr>
              <w:br/>
            </w:r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года" - "Зима", "Весна"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Pr="009D1CFD" w:rsidRDefault="00953D61">
            <w:pPr>
              <w:autoSpaceDE w:val="0"/>
              <w:autoSpaceDN w:val="0"/>
              <w:spacing w:before="76" w:after="0" w:line="245" w:lineRule="auto"/>
              <w:ind w:left="72"/>
              <w:rPr>
                <w:lang w:val="ru-RU"/>
              </w:rPr>
            </w:pPr>
            <w:proofErr w:type="spellStart"/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Г.Струве</w:t>
            </w:r>
            <w:proofErr w:type="spellEnd"/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"Белые снежинки", Л.</w:t>
            </w:r>
          </w:p>
          <w:p w:rsidR="008D72F2" w:rsidRDefault="00953D61">
            <w:pPr>
              <w:autoSpaceDE w:val="0"/>
              <w:autoSpaceDN w:val="0"/>
              <w:spacing w:before="1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Цаллагова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"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Зима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"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6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Пластическое интонирование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16.03.2023</w:t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Pr="009D1CFD" w:rsidRDefault="00953D61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Слушание произведений программной музыки, посвящённой образам природы. Подбор </w:t>
            </w:r>
            <w:r w:rsidRPr="009D1CFD">
              <w:rPr>
                <w:lang w:val="ru-RU"/>
              </w:rPr>
              <w:br/>
            </w:r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эпитетов для описания настроения, характера музыки. Сопоставление музыки </w:t>
            </w:r>
            <w:r w:rsidRPr="009D1CFD">
              <w:rPr>
                <w:lang w:val="ru-RU"/>
              </w:rPr>
              <w:br/>
            </w:r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 произведениями изобразительного </w:t>
            </w:r>
            <w:r w:rsidRPr="009D1CFD">
              <w:rPr>
                <w:lang w:val="ru-RU"/>
              </w:rPr>
              <w:br/>
            </w:r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искусства.; </w:t>
            </w:r>
            <w:r w:rsidRPr="009D1CFD">
              <w:rPr>
                <w:lang w:val="ru-RU"/>
              </w:rPr>
              <w:br/>
            </w:r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Двигательная импровизация, пластическое интонирование.; </w:t>
            </w:r>
            <w:r w:rsidRPr="009D1CFD">
              <w:rPr>
                <w:lang w:val="ru-RU"/>
              </w:rPr>
              <w:br/>
            </w:r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Разучивание, одухотворенное исполнение </w:t>
            </w:r>
            <w:r w:rsidRPr="009D1CFD">
              <w:rPr>
                <w:lang w:val="ru-RU"/>
              </w:rPr>
              <w:br/>
            </w:r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песен о природе, её красоте.; </w:t>
            </w:r>
            <w:r w:rsidRPr="009D1CFD">
              <w:rPr>
                <w:lang w:val="ru-RU"/>
              </w:rPr>
              <w:br/>
            </w:r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Рисование «услышанных» пейзажей и/или </w:t>
            </w:r>
            <w:r w:rsidRPr="009D1CFD">
              <w:rPr>
                <w:lang w:val="ru-RU"/>
              </w:rPr>
              <w:br/>
            </w:r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абстрактная живопись — передача настроения цветом, точками, линиями.;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www.urokicd.ru</w:t>
            </w:r>
          </w:p>
        </w:tc>
      </w:tr>
      <w:tr w:rsidR="008D72F2">
        <w:trPr>
          <w:trHeight w:hRule="exact" w:val="225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7.2.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Музыкальные портреты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8D72F2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8D72F2"/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Pr="009D1CFD" w:rsidRDefault="00953D61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М. Мусоргский </w:t>
            </w:r>
            <w:r w:rsidRPr="009D1CFD">
              <w:rPr>
                <w:lang w:val="ru-RU"/>
              </w:rPr>
              <w:br/>
            </w:r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"Картинки с выставки"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Pr="009D1CFD" w:rsidRDefault="00953D61">
            <w:pPr>
              <w:autoSpaceDE w:val="0"/>
              <w:autoSpaceDN w:val="0"/>
              <w:spacing w:before="78" w:after="0" w:line="245" w:lineRule="auto"/>
              <w:ind w:right="144"/>
              <w:jc w:val="center"/>
              <w:rPr>
                <w:lang w:val="ru-RU"/>
              </w:rPr>
            </w:pPr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В. </w:t>
            </w:r>
            <w:proofErr w:type="spellStart"/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Шаинский</w:t>
            </w:r>
            <w:proofErr w:type="spellEnd"/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9D1CFD">
              <w:rPr>
                <w:lang w:val="ru-RU"/>
              </w:rPr>
              <w:br/>
            </w:r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"Антошка", А.</w:t>
            </w:r>
          </w:p>
          <w:p w:rsidR="008D72F2" w:rsidRPr="009D1CFD" w:rsidRDefault="00953D61">
            <w:pPr>
              <w:autoSpaceDE w:val="0"/>
              <w:autoSpaceDN w:val="0"/>
              <w:spacing w:before="20" w:after="0" w:line="250" w:lineRule="auto"/>
              <w:ind w:left="72" w:right="144"/>
              <w:rPr>
                <w:lang w:val="ru-RU"/>
              </w:rPr>
            </w:pPr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Островский </w:t>
            </w:r>
            <w:r w:rsidRPr="009D1CFD">
              <w:rPr>
                <w:lang w:val="ru-RU"/>
              </w:rPr>
              <w:br/>
            </w:r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"Пусть всегда будет солнце"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8" w:after="0" w:line="230" w:lineRule="auto"/>
              <w:jc w:val="center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Разыграть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песни</w:t>
            </w:r>
            <w:proofErr w:type="spellEnd"/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23.03.2023</w:t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Pr="009D1CFD" w:rsidRDefault="00953D61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Слушание произведений вокальной, </w:t>
            </w:r>
            <w:r w:rsidRPr="009D1CFD">
              <w:rPr>
                <w:lang w:val="ru-RU"/>
              </w:rPr>
              <w:br/>
            </w:r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программной инструментальной музыки, </w:t>
            </w:r>
            <w:r w:rsidRPr="009D1CFD">
              <w:rPr>
                <w:lang w:val="ru-RU"/>
              </w:rPr>
              <w:br/>
            </w:r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посвящённой образам людей, сказочных </w:t>
            </w:r>
            <w:r w:rsidRPr="009D1CFD">
              <w:rPr>
                <w:lang w:val="ru-RU"/>
              </w:rPr>
              <w:br/>
            </w:r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персонажей. Подбор эпитетов для описания настроения, характера музыки. Сопоставление музыки с произведениями изобразительного искусства; </w:t>
            </w:r>
            <w:r w:rsidRPr="009D1CFD">
              <w:rPr>
                <w:lang w:val="ru-RU"/>
              </w:rPr>
              <w:br/>
            </w:r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Двигательная импровизация в образе героя музыкального произведения; </w:t>
            </w:r>
            <w:r w:rsidRPr="009D1CFD">
              <w:rPr>
                <w:lang w:val="ru-RU"/>
              </w:rPr>
              <w:br/>
            </w:r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Рисование, лепка героя музыкального </w:t>
            </w:r>
            <w:r w:rsidRPr="009D1CFD">
              <w:rPr>
                <w:lang w:val="ru-RU"/>
              </w:rPr>
              <w:br/>
            </w:r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произведения;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www.urokicd.ru</w:t>
            </w:r>
          </w:p>
        </w:tc>
      </w:tr>
    </w:tbl>
    <w:p w:rsidR="008D72F2" w:rsidRDefault="008D72F2">
      <w:pPr>
        <w:autoSpaceDE w:val="0"/>
        <w:autoSpaceDN w:val="0"/>
        <w:spacing w:after="0" w:line="14" w:lineRule="exact"/>
      </w:pPr>
    </w:p>
    <w:p w:rsidR="008D72F2" w:rsidRDefault="008D72F2">
      <w:pPr>
        <w:sectPr w:rsidR="008D72F2">
          <w:pgSz w:w="16840" w:h="11900"/>
          <w:pgMar w:top="284" w:right="640" w:bottom="442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8D72F2" w:rsidRDefault="008D72F2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1274"/>
        <w:gridCol w:w="528"/>
        <w:gridCol w:w="1104"/>
        <w:gridCol w:w="1140"/>
        <w:gridCol w:w="1766"/>
        <w:gridCol w:w="1296"/>
        <w:gridCol w:w="1262"/>
        <w:gridCol w:w="864"/>
        <w:gridCol w:w="3338"/>
        <w:gridCol w:w="1080"/>
        <w:gridCol w:w="1382"/>
      </w:tblGrid>
      <w:tr w:rsidR="008D72F2">
        <w:trPr>
          <w:trHeight w:hRule="exact" w:val="172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7.3.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D72F2" w:rsidRPr="009D1CFD" w:rsidRDefault="00953D61">
            <w:pPr>
              <w:autoSpaceDE w:val="0"/>
              <w:autoSpaceDN w:val="0"/>
              <w:spacing w:before="78" w:after="0" w:line="247" w:lineRule="auto"/>
              <w:ind w:left="72" w:right="288"/>
              <w:rPr>
                <w:lang w:val="ru-RU"/>
              </w:rPr>
            </w:pPr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Какой же </w:t>
            </w:r>
            <w:r w:rsidRPr="009D1CFD">
              <w:rPr>
                <w:lang w:val="ru-RU"/>
              </w:rPr>
              <w:br/>
            </w:r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праздник без музыки?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8D72F2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8D72F2"/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Pr="009D1CFD" w:rsidRDefault="00953D61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И. Дунаевский </w:t>
            </w:r>
            <w:r w:rsidRPr="009D1CFD">
              <w:rPr>
                <w:lang w:val="ru-RU"/>
              </w:rPr>
              <w:br/>
            </w:r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"Выходной марш", Р.</w:t>
            </w:r>
          </w:p>
          <w:p w:rsidR="008D72F2" w:rsidRDefault="00953D61">
            <w:pPr>
              <w:autoSpaceDE w:val="0"/>
              <w:autoSpaceDN w:val="0"/>
              <w:spacing w:before="20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Щедрин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"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Озорные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частушки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"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Pr="009D1CFD" w:rsidRDefault="00953D61">
            <w:pPr>
              <w:autoSpaceDE w:val="0"/>
              <w:autoSpaceDN w:val="0"/>
              <w:spacing w:before="78" w:after="0" w:line="247" w:lineRule="auto"/>
              <w:ind w:left="72" w:right="144"/>
              <w:rPr>
                <w:lang w:val="ru-RU"/>
              </w:rPr>
            </w:pPr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В. </w:t>
            </w:r>
            <w:proofErr w:type="spellStart"/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Шаинский</w:t>
            </w:r>
            <w:proofErr w:type="spellEnd"/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9D1CFD">
              <w:rPr>
                <w:lang w:val="ru-RU"/>
              </w:rPr>
              <w:br/>
            </w:r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"Вместе весело шагать", К.</w:t>
            </w:r>
          </w:p>
          <w:p w:rsidR="008D72F2" w:rsidRDefault="00953D61">
            <w:pPr>
              <w:autoSpaceDE w:val="0"/>
              <w:autoSpaceDN w:val="0"/>
              <w:spacing w:before="20" w:after="0" w:line="247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Певзнер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"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Оранжевая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песенка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"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Танцевальные движения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06.04.2023</w:t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Pr="009D1CFD" w:rsidRDefault="00953D61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Диалог с учителем о значении музыки на </w:t>
            </w:r>
            <w:r w:rsidRPr="009D1CFD">
              <w:rPr>
                <w:lang w:val="ru-RU"/>
              </w:rPr>
              <w:br/>
            </w:r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празднике; </w:t>
            </w:r>
            <w:r w:rsidRPr="009D1CFD">
              <w:rPr>
                <w:lang w:val="ru-RU"/>
              </w:rPr>
              <w:br/>
            </w:r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Слушание произведений торжественного, </w:t>
            </w:r>
            <w:r w:rsidRPr="009D1CFD">
              <w:rPr>
                <w:lang w:val="ru-RU"/>
              </w:rPr>
              <w:br/>
            </w:r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праздничного характера. «</w:t>
            </w:r>
            <w:proofErr w:type="spellStart"/>
            <w:proofErr w:type="gramStart"/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Дирижирование»фрагментами</w:t>
            </w:r>
            <w:proofErr w:type="spellEnd"/>
            <w:proofErr w:type="gramEnd"/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произведений. Конкурс на </w:t>
            </w:r>
            <w:r w:rsidRPr="009D1CFD">
              <w:rPr>
                <w:lang w:val="ru-RU"/>
              </w:rPr>
              <w:br/>
            </w:r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лучшего «дирижёра»; </w:t>
            </w:r>
            <w:r w:rsidRPr="009D1CFD">
              <w:rPr>
                <w:lang w:val="ru-RU"/>
              </w:rPr>
              <w:br/>
            </w:r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Разучивание и исполнение тематических песен к ближайшему празднику;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www.urokicd.ru</w:t>
            </w:r>
          </w:p>
        </w:tc>
      </w:tr>
      <w:tr w:rsidR="008D72F2">
        <w:trPr>
          <w:trHeight w:hRule="exact" w:val="188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7.4.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D72F2" w:rsidRPr="009D1CFD" w:rsidRDefault="00953D61">
            <w:pPr>
              <w:autoSpaceDE w:val="0"/>
              <w:autoSpaceDN w:val="0"/>
              <w:spacing w:before="78" w:after="0" w:line="250" w:lineRule="auto"/>
              <w:ind w:left="72" w:right="144"/>
              <w:rPr>
                <w:lang w:val="ru-RU"/>
              </w:rPr>
            </w:pPr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Музыка на </w:t>
            </w:r>
            <w:r w:rsidRPr="009D1CFD">
              <w:rPr>
                <w:lang w:val="ru-RU"/>
              </w:rPr>
              <w:br/>
            </w:r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войне, музыка о войне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8D72F2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8D72F2"/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Pr="009D1CFD" w:rsidRDefault="00953D61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"Бравые солдаты", М. </w:t>
            </w:r>
            <w:proofErr w:type="spellStart"/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Блантер</w:t>
            </w:r>
            <w:proofErr w:type="spellEnd"/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"Катюша"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Pr="009D1CFD" w:rsidRDefault="00953D61">
            <w:pPr>
              <w:autoSpaceDE w:val="0"/>
              <w:autoSpaceDN w:val="0"/>
              <w:spacing w:before="78" w:after="0" w:line="250" w:lineRule="auto"/>
              <w:ind w:left="72" w:right="432"/>
              <w:rPr>
                <w:lang w:val="ru-RU"/>
              </w:rPr>
            </w:pPr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М. </w:t>
            </w:r>
            <w:proofErr w:type="spellStart"/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Блантер</w:t>
            </w:r>
            <w:proofErr w:type="spellEnd"/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"Катюша", "Бравые </w:t>
            </w:r>
            <w:r w:rsidRPr="009D1CFD">
              <w:rPr>
                <w:lang w:val="ru-RU"/>
              </w:rPr>
              <w:br/>
            </w:r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солдаты"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Движение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марша</w:t>
            </w:r>
            <w:proofErr w:type="spellEnd"/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13.04.2023</w:t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Pr="009D1CFD" w:rsidRDefault="00953D61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Чтение учебных и художественных текстов, посвящённых военной музыке. Слушание, исполнение музыкальных произведений </w:t>
            </w:r>
            <w:r w:rsidRPr="009D1CFD">
              <w:rPr>
                <w:lang w:val="ru-RU"/>
              </w:rPr>
              <w:br/>
            </w:r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военной тематики. Знакомство с историей их сочинения и исполнения; </w:t>
            </w:r>
            <w:r w:rsidRPr="009D1CFD">
              <w:rPr>
                <w:lang w:val="ru-RU"/>
              </w:rPr>
              <w:br/>
            </w:r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Дискуссия в классе. Ответы на вопросы: какие чувства вызывает эта музыка, почему? Как влияет на наше восприятие информация о том, как и зачем она создавалась?;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www.urokicd.ru</w:t>
            </w:r>
          </w:p>
        </w:tc>
      </w:tr>
      <w:tr w:rsidR="008D72F2">
        <w:trPr>
          <w:trHeight w:hRule="exact" w:val="348"/>
        </w:trPr>
        <w:tc>
          <w:tcPr>
            <w:tcW w:w="1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323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8D72F2"/>
        </w:tc>
      </w:tr>
      <w:tr w:rsidR="008D72F2">
        <w:trPr>
          <w:trHeight w:hRule="exact" w:val="348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Модуль 8.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Музыкальная грамота</w:t>
            </w:r>
          </w:p>
        </w:tc>
      </w:tr>
      <w:tr w:rsidR="008D72F2">
        <w:trPr>
          <w:trHeight w:hRule="exact" w:val="169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8.1.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Высота звуков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8D72F2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8D72F2"/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Л. Бетховен "Веселая, грустная"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8" w:after="0" w:line="247" w:lineRule="auto"/>
              <w:ind w:left="72" w:right="364"/>
              <w:jc w:val="both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О. Амбалова "Счастливая песенка"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Pr="009D1CFD" w:rsidRDefault="00953D61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Определение </w:t>
            </w:r>
            <w:r w:rsidRPr="009D1CFD">
              <w:rPr>
                <w:lang w:val="ru-RU"/>
              </w:rPr>
              <w:br/>
            </w:r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высоты звуков при помощи </w:t>
            </w:r>
            <w:r w:rsidRPr="009D1CFD">
              <w:rPr>
                <w:lang w:val="ru-RU"/>
              </w:rPr>
              <w:br/>
            </w:r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пластики рук и ног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20.04.2023</w:t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Pr="009D1CFD" w:rsidRDefault="00953D61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Освоение понятий «выше-ниже». Определение на слух принадлежности звуков к одному из регистров. Прослеживание по нотной записи отдельных мотивов, фрагментов знакомых песен, вычленение знакомых нот, знаков </w:t>
            </w:r>
            <w:r w:rsidRPr="009D1CFD">
              <w:rPr>
                <w:lang w:val="ru-RU"/>
              </w:rPr>
              <w:br/>
            </w:r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альтерации.; </w:t>
            </w:r>
            <w:r w:rsidRPr="009D1CFD">
              <w:rPr>
                <w:lang w:val="ru-RU"/>
              </w:rPr>
              <w:br/>
            </w:r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Наблюдение за изменением музыкального образа при изменении регистра.;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www.urokicd.ru</w:t>
            </w:r>
          </w:p>
        </w:tc>
      </w:tr>
      <w:tr w:rsidR="008D72F2">
        <w:trPr>
          <w:trHeight w:hRule="exact" w:val="348"/>
        </w:trPr>
        <w:tc>
          <w:tcPr>
            <w:tcW w:w="1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323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8D72F2"/>
        </w:tc>
      </w:tr>
      <w:tr w:rsidR="008D72F2">
        <w:trPr>
          <w:trHeight w:hRule="exact" w:val="348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Модуль 9.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Музыка народов мира</w:t>
            </w:r>
          </w:p>
        </w:tc>
      </w:tr>
      <w:tr w:rsidR="008D72F2">
        <w:trPr>
          <w:trHeight w:hRule="exact" w:val="207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9.1.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6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Музыка наших соседей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8D72F2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8D72F2"/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Pr="009D1CFD" w:rsidRDefault="00953D61">
            <w:pPr>
              <w:autoSpaceDE w:val="0"/>
              <w:autoSpaceDN w:val="0"/>
              <w:spacing w:before="76" w:after="0" w:line="252" w:lineRule="auto"/>
              <w:ind w:left="72"/>
              <w:rPr>
                <w:lang w:val="ru-RU"/>
              </w:rPr>
            </w:pPr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П.И. Чайковский </w:t>
            </w:r>
            <w:r w:rsidRPr="009D1CFD">
              <w:rPr>
                <w:lang w:val="ru-RU"/>
              </w:rPr>
              <w:br/>
            </w:r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Концерт №1 для фор-но с оркестром (финал) </w:t>
            </w:r>
            <w:r w:rsidRPr="009D1CFD">
              <w:rPr>
                <w:lang w:val="ru-RU"/>
              </w:rPr>
              <w:br/>
            </w:r>
            <w:proofErr w:type="spellStart"/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Белор</w:t>
            </w:r>
            <w:proofErr w:type="spellEnd"/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Народная песня "Бульба"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Pr="009D1CFD" w:rsidRDefault="00953D61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"Веснянка"-</w:t>
            </w:r>
            <w:r w:rsidRPr="009D1CFD">
              <w:rPr>
                <w:lang w:val="ru-RU"/>
              </w:rPr>
              <w:br/>
            </w:r>
            <w:proofErr w:type="spellStart"/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укр.н.п</w:t>
            </w:r>
            <w:proofErr w:type="spellEnd"/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., </w:t>
            </w:r>
            <w:r w:rsidRPr="009D1CFD">
              <w:rPr>
                <w:lang w:val="ru-RU"/>
              </w:rPr>
              <w:br/>
            </w:r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"</w:t>
            </w:r>
            <w:proofErr w:type="spellStart"/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Перепелочка</w:t>
            </w:r>
            <w:proofErr w:type="spellEnd"/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"-</w:t>
            </w:r>
            <w:proofErr w:type="spellStart"/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белор</w:t>
            </w:r>
            <w:proofErr w:type="spellEnd"/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. </w:t>
            </w:r>
            <w:proofErr w:type="spellStart"/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н.п</w:t>
            </w:r>
            <w:proofErr w:type="spellEnd"/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6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Пластическое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интонирование</w:t>
            </w:r>
            <w:proofErr w:type="spellEnd"/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27.04.2023</w:t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Pr="009D1CFD" w:rsidRDefault="00953D61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Знакомство с особенностями музыкального фольклора народов других стран. Определение характерных черт, типичных элементов </w:t>
            </w:r>
            <w:r w:rsidRPr="009D1CFD">
              <w:rPr>
                <w:lang w:val="ru-RU"/>
              </w:rPr>
              <w:br/>
            </w:r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музыкального языка (ритм, лад, интонации).; Знакомство с внешним видом, особенностями исполнения и звучания народных </w:t>
            </w:r>
            <w:r w:rsidRPr="009D1CFD">
              <w:rPr>
                <w:lang w:val="ru-RU"/>
              </w:rPr>
              <w:br/>
            </w:r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инструментов.; </w:t>
            </w:r>
            <w:r w:rsidRPr="009D1CFD">
              <w:rPr>
                <w:lang w:val="ru-RU"/>
              </w:rPr>
              <w:br/>
            </w:r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Определение на слух тембров инструментов.; Классификация на группы духовых, ударных, струнных.;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www.urokicd.ru</w:t>
            </w:r>
          </w:p>
        </w:tc>
      </w:tr>
      <w:tr w:rsidR="008D72F2">
        <w:trPr>
          <w:trHeight w:hRule="exact" w:val="350"/>
        </w:trPr>
        <w:tc>
          <w:tcPr>
            <w:tcW w:w="1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323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8D72F2"/>
        </w:tc>
      </w:tr>
      <w:tr w:rsidR="008D72F2">
        <w:trPr>
          <w:trHeight w:hRule="exact" w:val="328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Модуль 10.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Классическая музыка</w:t>
            </w:r>
          </w:p>
        </w:tc>
      </w:tr>
    </w:tbl>
    <w:p w:rsidR="008D72F2" w:rsidRDefault="008D72F2">
      <w:pPr>
        <w:autoSpaceDE w:val="0"/>
        <w:autoSpaceDN w:val="0"/>
        <w:spacing w:after="0" w:line="14" w:lineRule="exact"/>
      </w:pPr>
    </w:p>
    <w:p w:rsidR="008D72F2" w:rsidRDefault="008D72F2">
      <w:pPr>
        <w:sectPr w:rsidR="008D72F2">
          <w:pgSz w:w="16840" w:h="11900"/>
          <w:pgMar w:top="284" w:right="640" w:bottom="922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8D72F2" w:rsidRDefault="008D72F2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1274"/>
        <w:gridCol w:w="528"/>
        <w:gridCol w:w="1104"/>
        <w:gridCol w:w="1140"/>
        <w:gridCol w:w="1766"/>
        <w:gridCol w:w="1296"/>
        <w:gridCol w:w="1262"/>
        <w:gridCol w:w="864"/>
        <w:gridCol w:w="3338"/>
        <w:gridCol w:w="1080"/>
        <w:gridCol w:w="1382"/>
      </w:tblGrid>
      <w:tr w:rsidR="008D72F2">
        <w:trPr>
          <w:trHeight w:hRule="exact" w:val="130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10.1.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Композиторы -детям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8D72F2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8D72F2"/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Pr="009D1CFD" w:rsidRDefault="00953D61">
            <w:pPr>
              <w:autoSpaceDE w:val="0"/>
              <w:autoSpaceDN w:val="0"/>
              <w:spacing w:before="78" w:after="0" w:line="245" w:lineRule="auto"/>
              <w:ind w:left="72" w:right="432"/>
              <w:rPr>
                <w:lang w:val="ru-RU"/>
              </w:rPr>
            </w:pPr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С.В. Прокофьев </w:t>
            </w:r>
            <w:r w:rsidRPr="009D1CFD">
              <w:rPr>
                <w:lang w:val="ru-RU"/>
              </w:rPr>
              <w:br/>
            </w:r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"Детский альбом"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Pr="009D1CFD" w:rsidRDefault="00953D61">
            <w:pPr>
              <w:autoSpaceDE w:val="0"/>
              <w:autoSpaceDN w:val="0"/>
              <w:spacing w:before="78" w:after="0" w:line="250" w:lineRule="auto"/>
              <w:ind w:left="72" w:right="144"/>
              <w:rPr>
                <w:lang w:val="ru-RU"/>
              </w:rPr>
            </w:pPr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В. </w:t>
            </w:r>
            <w:proofErr w:type="spellStart"/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Шаинский</w:t>
            </w:r>
            <w:proofErr w:type="spellEnd"/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9D1CFD">
              <w:rPr>
                <w:lang w:val="ru-RU"/>
              </w:rPr>
              <w:br/>
            </w:r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"</w:t>
            </w:r>
            <w:proofErr w:type="spellStart"/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Чунга</w:t>
            </w:r>
            <w:proofErr w:type="spellEnd"/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- </w:t>
            </w:r>
            <w:proofErr w:type="spellStart"/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чанга</w:t>
            </w:r>
            <w:proofErr w:type="spellEnd"/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", З. Хабалова </w:t>
            </w:r>
            <w:r w:rsidRPr="009D1CFD">
              <w:rPr>
                <w:lang w:val="ru-RU"/>
              </w:rPr>
              <w:br/>
            </w:r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"Зверушки".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8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Пластическое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интонирование</w:t>
            </w:r>
            <w:proofErr w:type="spellEnd"/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04.05.2023</w:t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8" w:after="0" w:line="250" w:lineRule="auto"/>
              <w:ind w:left="72" w:right="288"/>
            </w:pPr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Слушание музыки, определение основного характера, музыкально-выразительных средств, использованных композитором.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Подбор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эпитетов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иллюстраций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к музыке.</w:t>
            </w:r>
          </w:p>
          <w:p w:rsidR="008D72F2" w:rsidRDefault="00953D61">
            <w:pPr>
              <w:autoSpaceDE w:val="0"/>
              <w:autoSpaceDN w:val="0"/>
              <w:spacing w:before="20" w:after="0" w:line="245" w:lineRule="auto"/>
              <w:ind w:left="72" w:right="144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Определение жанра.;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Музыкальная викторина.;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www.urokicd.ru</w:t>
            </w:r>
          </w:p>
        </w:tc>
      </w:tr>
      <w:tr w:rsidR="008D72F2">
        <w:trPr>
          <w:trHeight w:hRule="exact" w:val="131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10.2.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8" w:after="0" w:line="247" w:lineRule="auto"/>
              <w:ind w:left="72" w:right="252"/>
              <w:jc w:val="both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Музыкальные инструменты. Фортепиано.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8D72F2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8D72F2"/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Pr="009D1CFD" w:rsidRDefault="00953D61">
            <w:pPr>
              <w:autoSpaceDE w:val="0"/>
              <w:autoSpaceDN w:val="0"/>
              <w:spacing w:before="78" w:after="0" w:line="247" w:lineRule="auto"/>
              <w:ind w:left="72"/>
              <w:rPr>
                <w:lang w:val="ru-RU"/>
              </w:rPr>
            </w:pPr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К. Сен-Санс "Карнавал животных"-</w:t>
            </w:r>
            <w:r w:rsidRPr="009D1CFD">
              <w:rPr>
                <w:lang w:val="ru-RU"/>
              </w:rPr>
              <w:br/>
            </w:r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"Антилопа"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З. Хабалова "Зверушки"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Пластическое интонирование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11.05.2023</w:t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Pr="009D1CFD" w:rsidRDefault="00953D61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Знакомство с многообразием красок </w:t>
            </w:r>
            <w:r w:rsidRPr="009D1CFD">
              <w:rPr>
                <w:lang w:val="ru-RU"/>
              </w:rPr>
              <w:br/>
            </w:r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фортепиано. Слушание фортепианных пьес в исполнении известных пианистов.;</w:t>
            </w:r>
            <w:r w:rsidRPr="009D1CFD">
              <w:rPr>
                <w:lang w:val="ru-RU"/>
              </w:rPr>
              <w:br/>
            </w:r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«Я — пианист» — игра — имитация </w:t>
            </w:r>
            <w:r w:rsidRPr="009D1CFD">
              <w:rPr>
                <w:lang w:val="ru-RU"/>
              </w:rPr>
              <w:br/>
            </w:r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исполнительских движений во время звучания музыки.;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www.urokicd.ru</w:t>
            </w:r>
          </w:p>
        </w:tc>
      </w:tr>
      <w:tr w:rsidR="008D72F2">
        <w:trPr>
          <w:trHeight w:hRule="exact" w:val="111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10.3.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6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Музыкальные инструменты.</w:t>
            </w:r>
          </w:p>
          <w:p w:rsidR="008D72F2" w:rsidRDefault="00953D61">
            <w:pPr>
              <w:autoSpaceDE w:val="0"/>
              <w:autoSpaceDN w:val="0"/>
              <w:spacing w:before="1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Скрипка,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виолончель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8D72F2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8D72F2"/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Pr="009D1CFD" w:rsidRDefault="00953D61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К. Сен-Санс "Карнавал животных"</w:t>
            </w:r>
            <w:r w:rsidRPr="009D1CFD">
              <w:rPr>
                <w:lang w:val="ru-RU"/>
              </w:rPr>
              <w:br/>
            </w:r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- "Куры и петухи" и </w:t>
            </w:r>
            <w:r w:rsidRPr="009D1CFD">
              <w:rPr>
                <w:lang w:val="ru-RU"/>
              </w:rPr>
              <w:br/>
            </w:r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"Лебедь"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Pr="009D1CFD" w:rsidRDefault="00953D61">
            <w:pPr>
              <w:autoSpaceDE w:val="0"/>
              <w:autoSpaceDN w:val="0"/>
              <w:spacing w:before="76" w:after="0" w:line="250" w:lineRule="auto"/>
              <w:ind w:left="72" w:right="432"/>
              <w:rPr>
                <w:lang w:val="ru-RU"/>
              </w:rPr>
            </w:pPr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Р. </w:t>
            </w:r>
            <w:proofErr w:type="spellStart"/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Паулс</w:t>
            </w:r>
            <w:proofErr w:type="spellEnd"/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9D1CFD">
              <w:rPr>
                <w:lang w:val="ru-RU"/>
              </w:rPr>
              <w:br/>
            </w:r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"Мальчик и сверчок".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6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Пластическое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интонирование</w:t>
            </w:r>
            <w:proofErr w:type="spellEnd"/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18.05.2023</w:t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Pr="009D1CFD" w:rsidRDefault="00953D61">
            <w:pPr>
              <w:autoSpaceDE w:val="0"/>
              <w:autoSpaceDN w:val="0"/>
              <w:spacing w:before="76" w:after="0" w:line="252" w:lineRule="auto"/>
              <w:ind w:left="72"/>
              <w:rPr>
                <w:lang w:val="ru-RU"/>
              </w:rPr>
            </w:pPr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Игра-имитация исполнительских движений во время звучания музыки.; </w:t>
            </w:r>
            <w:r w:rsidRPr="009D1CFD">
              <w:rPr>
                <w:lang w:val="ru-RU"/>
              </w:rPr>
              <w:br/>
            </w:r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Музыкальная викторина на знание конкретных произведений и их авторов, определения </w:t>
            </w:r>
            <w:r w:rsidRPr="009D1CFD">
              <w:rPr>
                <w:lang w:val="ru-RU"/>
              </w:rPr>
              <w:br/>
            </w:r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тембров звучащих инструментов.;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www.urokicd.ru</w:t>
            </w:r>
          </w:p>
        </w:tc>
      </w:tr>
      <w:tr w:rsidR="008D72F2">
        <w:trPr>
          <w:trHeight w:hRule="exact" w:val="348"/>
        </w:trPr>
        <w:tc>
          <w:tcPr>
            <w:tcW w:w="1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323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8D72F2"/>
        </w:tc>
      </w:tr>
      <w:tr w:rsidR="008D72F2" w:rsidRPr="00183123">
        <w:trPr>
          <w:trHeight w:hRule="exact" w:val="348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Pr="009D1CFD" w:rsidRDefault="00953D61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Модуль 11. </w:t>
            </w:r>
            <w:r w:rsidRPr="009D1CFD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Музыка театра и кино</w:t>
            </w:r>
          </w:p>
        </w:tc>
      </w:tr>
      <w:tr w:rsidR="008D72F2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11.1.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D72F2" w:rsidRPr="009D1CFD" w:rsidRDefault="00953D61">
            <w:pPr>
              <w:autoSpaceDE w:val="0"/>
              <w:autoSpaceDN w:val="0"/>
              <w:spacing w:before="78" w:after="0" w:line="247" w:lineRule="auto"/>
              <w:ind w:left="72"/>
              <w:rPr>
                <w:lang w:val="ru-RU"/>
              </w:rPr>
            </w:pPr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Музыкальная </w:t>
            </w:r>
            <w:r w:rsidRPr="009D1CFD">
              <w:rPr>
                <w:lang w:val="ru-RU"/>
              </w:rPr>
              <w:br/>
            </w:r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сказка на сцене, на экране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8D72F2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8D72F2"/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Pr="009D1CFD" w:rsidRDefault="00953D61">
            <w:pPr>
              <w:autoSpaceDE w:val="0"/>
              <w:autoSpaceDN w:val="0"/>
              <w:spacing w:before="78" w:after="0" w:line="245" w:lineRule="auto"/>
              <w:ind w:left="72" w:right="288"/>
              <w:rPr>
                <w:lang w:val="ru-RU"/>
              </w:rPr>
            </w:pPr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М. Коваль "Волк и семеро козлят"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8" w:after="0" w:line="245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Разучивание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арий</w:t>
            </w:r>
            <w:proofErr w:type="spellEnd"/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Пластическое интонирование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25.05.2023</w:t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Pr="009D1CFD" w:rsidRDefault="00953D61">
            <w:pPr>
              <w:autoSpaceDE w:val="0"/>
              <w:autoSpaceDN w:val="0"/>
              <w:spacing w:before="78" w:after="0" w:line="250" w:lineRule="auto"/>
              <w:ind w:left="72" w:right="144"/>
              <w:rPr>
                <w:lang w:val="ru-RU"/>
              </w:rPr>
            </w:pPr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Разучивание, исполнение отдельных номеров из детской оперы, музыкальной сказки.; </w:t>
            </w:r>
            <w:r w:rsidRPr="009D1CFD">
              <w:rPr>
                <w:lang w:val="ru-RU"/>
              </w:rPr>
              <w:br/>
            </w:r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Постановка детской музыкальной сказки, спектакль для родителей.;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www.urokicd.ru</w:t>
            </w:r>
          </w:p>
        </w:tc>
      </w:tr>
      <w:tr w:rsidR="008D72F2">
        <w:trPr>
          <w:trHeight w:hRule="exact" w:val="350"/>
        </w:trPr>
        <w:tc>
          <w:tcPr>
            <w:tcW w:w="1742" w:type="dxa"/>
            <w:gridSpan w:val="2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3232" w:type="dxa"/>
            <w:gridSpan w:val="9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8D72F2"/>
        </w:tc>
      </w:tr>
      <w:tr w:rsidR="008D72F2">
        <w:trPr>
          <w:trHeight w:hRule="exact" w:val="904"/>
        </w:trPr>
        <w:tc>
          <w:tcPr>
            <w:tcW w:w="1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D72F2" w:rsidRPr="009D1CFD" w:rsidRDefault="00953D61">
            <w:pPr>
              <w:autoSpaceDE w:val="0"/>
              <w:autoSpaceDN w:val="0"/>
              <w:spacing w:before="76" w:after="0" w:line="250" w:lineRule="auto"/>
              <w:ind w:left="72" w:right="576"/>
              <w:rPr>
                <w:lang w:val="ru-RU"/>
              </w:rPr>
            </w:pPr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ОБЩЕЕ </w:t>
            </w:r>
            <w:r w:rsidRPr="009D1CFD">
              <w:rPr>
                <w:lang w:val="ru-RU"/>
              </w:rPr>
              <w:br/>
            </w:r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КОЛИЧЕСТВО ЧАСОВ ПО </w:t>
            </w:r>
            <w:r w:rsidRPr="009D1CFD">
              <w:rPr>
                <w:lang w:val="ru-RU"/>
              </w:rPr>
              <w:br/>
            </w:r>
            <w:r w:rsidRPr="009D1CF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098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8D72F2"/>
        </w:tc>
      </w:tr>
    </w:tbl>
    <w:p w:rsidR="008D72F2" w:rsidRDefault="008D72F2">
      <w:pPr>
        <w:autoSpaceDE w:val="0"/>
        <w:autoSpaceDN w:val="0"/>
        <w:spacing w:after="0" w:line="14" w:lineRule="exact"/>
      </w:pPr>
    </w:p>
    <w:p w:rsidR="008D72F2" w:rsidRDefault="008D72F2">
      <w:pPr>
        <w:sectPr w:rsidR="008D72F2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8D72F2" w:rsidRDefault="008D72F2">
      <w:pPr>
        <w:autoSpaceDE w:val="0"/>
        <w:autoSpaceDN w:val="0"/>
        <w:spacing w:after="78" w:line="220" w:lineRule="exact"/>
      </w:pPr>
    </w:p>
    <w:tbl>
      <w:tblPr>
        <w:tblStyle w:val="aff0"/>
        <w:tblW w:w="439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1"/>
        <w:gridCol w:w="4741"/>
      </w:tblGrid>
      <w:tr w:rsidR="009D1CFD" w:rsidRPr="00F5616B" w:rsidTr="008F1EC9">
        <w:trPr>
          <w:jc w:val="center"/>
        </w:trPr>
        <w:tc>
          <w:tcPr>
            <w:tcW w:w="2500" w:type="pct"/>
          </w:tcPr>
          <w:p w:rsidR="009D1CFD" w:rsidRDefault="009D1CFD" w:rsidP="008F1EC9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РАССМОТРЕНА И ПРИНЯТА</w:t>
            </w:r>
          </w:p>
          <w:p w:rsidR="009D1CFD" w:rsidRPr="00F5616B" w:rsidRDefault="009D1CFD" w:rsidP="008F1EC9">
            <w:pPr>
              <w:autoSpaceDE w:val="0"/>
              <w:autoSpaceDN w:val="0"/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F561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Протокол заседания № 1</w:t>
            </w:r>
          </w:p>
          <w:p w:rsidR="009D1CFD" w:rsidRPr="00F5616B" w:rsidRDefault="009D1CFD" w:rsidP="008F1EC9">
            <w:pPr>
              <w:autoSpaceDE w:val="0"/>
              <w:autoSpaceDN w:val="0"/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F561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МО МБОУ СОШ № 61</w:t>
            </w:r>
          </w:p>
          <w:p w:rsidR="009D1CFD" w:rsidRPr="00F5616B" w:rsidRDefault="009D1CFD" w:rsidP="008F1EC9">
            <w:pPr>
              <w:autoSpaceDE w:val="0"/>
              <w:autoSpaceDN w:val="0"/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</w:t>
            </w:r>
            <w:r w:rsidRPr="00F561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 30.08.2022 г.</w:t>
            </w:r>
          </w:p>
          <w:p w:rsidR="009D1CFD" w:rsidRPr="00F5616B" w:rsidRDefault="009D1CFD" w:rsidP="008F1EC9">
            <w:pPr>
              <w:autoSpaceDE w:val="0"/>
              <w:autoSpaceDN w:val="0"/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F561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Руководитель МО</w:t>
            </w:r>
          </w:p>
          <w:p w:rsidR="009D1CFD" w:rsidRPr="00F5616B" w:rsidRDefault="009D1CFD" w:rsidP="008F1EC9">
            <w:pPr>
              <w:autoSpaceDE w:val="0"/>
              <w:autoSpaceDN w:val="0"/>
              <w:spacing w:line="276" w:lineRule="auto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 w:rsidRPr="00F561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_______________ Н.А.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561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Берестовская </w:t>
            </w:r>
          </w:p>
        </w:tc>
        <w:tc>
          <w:tcPr>
            <w:tcW w:w="2500" w:type="pct"/>
          </w:tcPr>
          <w:p w:rsidR="009D1CFD" w:rsidRDefault="009D1CFD" w:rsidP="008F1EC9">
            <w:pPr>
              <w:autoSpaceDE w:val="0"/>
              <w:autoSpaceDN w:val="0"/>
              <w:spacing w:after="320" w:line="23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СОГЛАСОВАНО</w:t>
            </w:r>
          </w:p>
          <w:p w:rsidR="009D1CFD" w:rsidRPr="00F5616B" w:rsidRDefault="009D1CFD" w:rsidP="008F1EC9">
            <w:pPr>
              <w:autoSpaceDE w:val="0"/>
              <w:autoSpaceDN w:val="0"/>
              <w:spacing w:line="276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F561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Заместитель директора по УВР</w:t>
            </w:r>
          </w:p>
          <w:p w:rsidR="009D1CFD" w:rsidRPr="00F5616B" w:rsidRDefault="009D1CFD" w:rsidP="008F1EC9">
            <w:pPr>
              <w:autoSpaceDE w:val="0"/>
              <w:autoSpaceDN w:val="0"/>
              <w:spacing w:line="276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F561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____________ Н.Н. Кипоть</w:t>
            </w:r>
          </w:p>
          <w:p w:rsidR="009D1CFD" w:rsidRPr="00F5616B" w:rsidRDefault="009D1CFD" w:rsidP="008F1EC9">
            <w:pPr>
              <w:autoSpaceDE w:val="0"/>
              <w:autoSpaceDN w:val="0"/>
              <w:spacing w:line="276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 w:rsidRPr="00F561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От 31.08.2022 г.</w:t>
            </w:r>
          </w:p>
        </w:tc>
      </w:tr>
    </w:tbl>
    <w:p w:rsidR="009D1CFD" w:rsidRDefault="009D1CFD">
      <w:pPr>
        <w:autoSpaceDE w:val="0"/>
        <w:autoSpaceDN w:val="0"/>
        <w:spacing w:after="320"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:rsidR="008D72F2" w:rsidRDefault="00953D61">
      <w:pPr>
        <w:autoSpaceDE w:val="0"/>
        <w:autoSpaceDN w:val="0"/>
        <w:spacing w:after="32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ПОУРОЧНОЕ ПЛАНИРОВАНИЕ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3216"/>
        <w:gridCol w:w="734"/>
        <w:gridCol w:w="1620"/>
        <w:gridCol w:w="1668"/>
        <w:gridCol w:w="1236"/>
        <w:gridCol w:w="1574"/>
      </w:tblGrid>
      <w:tr w:rsidR="008D72F2">
        <w:trPr>
          <w:trHeight w:hRule="exact" w:val="492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п/п</w:t>
            </w:r>
          </w:p>
        </w:tc>
        <w:tc>
          <w:tcPr>
            <w:tcW w:w="32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Тема урока</w:t>
            </w:r>
          </w:p>
        </w:tc>
        <w:tc>
          <w:tcPr>
            <w:tcW w:w="40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изучения</w:t>
            </w:r>
          </w:p>
        </w:tc>
        <w:tc>
          <w:tcPr>
            <w:tcW w:w="15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98" w:after="0" w:line="271" w:lineRule="auto"/>
              <w:ind w:left="72" w:right="43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Виды,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формы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контроля</w:t>
            </w:r>
          </w:p>
        </w:tc>
      </w:tr>
      <w:tr w:rsidR="008D72F2" w:rsidTr="009D1CFD">
        <w:trPr>
          <w:trHeight w:hRule="exact" w:val="828"/>
        </w:trPr>
        <w:tc>
          <w:tcPr>
            <w:tcW w:w="5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2F2" w:rsidRDefault="008D72F2"/>
        </w:tc>
        <w:tc>
          <w:tcPr>
            <w:tcW w:w="32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2F2" w:rsidRDefault="008D72F2"/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всего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контрольные работы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практические работы</w:t>
            </w:r>
          </w:p>
        </w:tc>
        <w:tc>
          <w:tcPr>
            <w:tcW w:w="1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2F2" w:rsidRDefault="008D72F2"/>
        </w:tc>
        <w:tc>
          <w:tcPr>
            <w:tcW w:w="15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2F2" w:rsidRDefault="008D72F2"/>
        </w:tc>
      </w:tr>
      <w:tr w:rsidR="008D72F2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Pr="009D1CFD" w:rsidRDefault="00953D61">
            <w:pPr>
              <w:autoSpaceDE w:val="0"/>
              <w:autoSpaceDN w:val="0"/>
              <w:spacing w:before="98" w:after="0" w:line="271" w:lineRule="auto"/>
              <w:ind w:left="72" w:right="720"/>
              <w:rPr>
                <w:lang w:val="ru-RU"/>
              </w:rPr>
            </w:pPr>
            <w:r w:rsidRPr="009D1CF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Стремление человека к красоте. Музыкальное вдохновение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8D72F2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8D72F2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01.09.2022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8D72F2">
        <w:trPr>
          <w:trHeight w:hRule="exact" w:val="83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Образы природы в музыке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8D72F2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8D72F2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08.09.2022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100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8D72F2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100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Многообразие русского фольклора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8D72F2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8D72F2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15.09.2022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100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8D72F2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Народные музыкальные инструменты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8D72F2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8D72F2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22.09.2022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8D72F2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Pr="009D1CFD" w:rsidRDefault="00953D61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9D1CF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Русские народные сказания и былины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8D72F2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8D72F2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29.09.2022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8D72F2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Повсюду слышны звуки музыки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8D72F2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8D72F2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06.10.2022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8D72F2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98" w:after="0" w:line="262" w:lineRule="auto"/>
              <w:ind w:left="72" w:right="86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Знакомство с нотной грамотой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8D72F2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8D72F2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13.10.2022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8D72F2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Pr="009D1CFD" w:rsidRDefault="00953D61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9D1CF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Звуки длинные и короткие. Что такое ритм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8D72F2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8D72F2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20.10.2022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8D72F2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Великие композиторы нашей Родины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8D72F2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8D72F2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27.10.2022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8D72F2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Песня как музыкальный жанр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8D72F2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8D72F2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10.11.2022 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98" w:after="0" w:line="262" w:lineRule="auto"/>
              <w:ind w:right="576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8D72F2">
        <w:trPr>
          <w:trHeight w:hRule="exact" w:val="83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Марш как музыкальный жанр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100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8D72F2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8D72F2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17.11.2022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100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8D72F2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8D72F2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8D72F2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24.11.2022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8D72F2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13.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Музыкальные инструменты. Флейта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8D72F2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8D72F2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01.12.2022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8D72F2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Молитва, хорал, песнопение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8D72F2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8D72F2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08.12.2022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8D72F2">
        <w:trPr>
          <w:trHeight w:hRule="exact" w:val="114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Pr="009D1CFD" w:rsidRDefault="00953D61">
            <w:pPr>
              <w:autoSpaceDE w:val="0"/>
              <w:autoSpaceDN w:val="0"/>
              <w:spacing w:before="98" w:after="0" w:line="271" w:lineRule="auto"/>
              <w:ind w:left="72" w:right="288"/>
              <w:rPr>
                <w:lang w:val="ru-RU"/>
              </w:rPr>
            </w:pPr>
            <w:r w:rsidRPr="009D1CF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Образы духовной музыки в творчестве русских </w:t>
            </w:r>
            <w:r w:rsidRPr="009D1CFD">
              <w:rPr>
                <w:lang w:val="ru-RU"/>
              </w:rPr>
              <w:br/>
            </w:r>
            <w:r w:rsidRPr="009D1CF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композиторов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8D72F2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8D72F2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15.12.2022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D1CFD">
        <w:trPr>
          <w:trHeight w:hRule="exact" w:val="114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1CFD" w:rsidRDefault="009D1CFD" w:rsidP="009D1CF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1CFD" w:rsidRPr="009D1CFD" w:rsidRDefault="009D1CFD" w:rsidP="009D1CFD">
            <w:pPr>
              <w:autoSpaceDE w:val="0"/>
              <w:autoSpaceDN w:val="0"/>
              <w:spacing w:before="98" w:after="0" w:line="262" w:lineRule="auto"/>
              <w:ind w:left="72" w:right="576"/>
              <w:rPr>
                <w:lang w:val="ru-RU"/>
              </w:rPr>
            </w:pPr>
            <w:r w:rsidRPr="009D1CF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Музыкальные традиции нашей малой Родины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1CFD" w:rsidRDefault="009D1CFD" w:rsidP="009D1CF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1CFD" w:rsidRDefault="009D1CFD" w:rsidP="009D1CFD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1CFD" w:rsidRDefault="009D1CFD" w:rsidP="009D1CFD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1CFD" w:rsidRDefault="009D1CFD" w:rsidP="009D1CF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22.12.2022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1CFD" w:rsidRDefault="009D1CFD" w:rsidP="009D1CFD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D1CFD">
        <w:trPr>
          <w:trHeight w:hRule="exact" w:val="114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1CFD" w:rsidRDefault="009D1CFD" w:rsidP="009D1CF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1CFD" w:rsidRDefault="009D1CFD" w:rsidP="009D1CFD">
            <w:pPr>
              <w:autoSpaceDE w:val="0"/>
              <w:autoSpaceDN w:val="0"/>
              <w:spacing w:before="98" w:after="0" w:line="262" w:lineRule="auto"/>
              <w:ind w:left="72" w:right="576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Народные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традиции</w:t>
            </w:r>
            <w:proofErr w:type="spellEnd"/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1CFD" w:rsidRDefault="009D1CFD" w:rsidP="009D1CF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1CFD" w:rsidRDefault="009D1CFD" w:rsidP="009D1CFD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1CFD" w:rsidRDefault="009D1CFD" w:rsidP="009D1CFD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1CFD" w:rsidRDefault="009D1CFD" w:rsidP="009D1CF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12.01.2023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1CFD" w:rsidRDefault="009D1CFD" w:rsidP="009D1CFD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D1CFD">
        <w:trPr>
          <w:trHeight w:hRule="exact" w:val="114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1CFD" w:rsidRDefault="009D1CFD" w:rsidP="009D1CF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1CFD" w:rsidRPr="009D1CFD" w:rsidRDefault="009D1CFD" w:rsidP="009D1CFD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9D1CF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Образы природы в романсах русских композиторов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1CFD" w:rsidRDefault="009D1CFD" w:rsidP="009D1CF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1CFD" w:rsidRDefault="009D1CFD" w:rsidP="009D1CFD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1CFD" w:rsidRDefault="009D1CFD" w:rsidP="009D1CFD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1CFD" w:rsidRDefault="009D1CFD" w:rsidP="009D1CF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19.01.2023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1CFD" w:rsidRDefault="009D1CFD" w:rsidP="009D1CFD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D1CFD">
        <w:trPr>
          <w:trHeight w:hRule="exact" w:val="114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1CFD" w:rsidRDefault="009D1CFD" w:rsidP="009D1CF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1CFD" w:rsidRDefault="009D1CFD" w:rsidP="009D1CFD">
            <w:pPr>
              <w:autoSpaceDE w:val="0"/>
              <w:autoSpaceDN w:val="0"/>
              <w:spacing w:before="98" w:after="0" w:line="262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живописные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полотна</w:t>
            </w:r>
            <w:proofErr w:type="spellEnd"/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1CFD" w:rsidRDefault="009D1CFD" w:rsidP="009D1CF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1CFD" w:rsidRDefault="009D1CFD" w:rsidP="009D1CFD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1CFD" w:rsidRDefault="009D1CFD" w:rsidP="009D1CFD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1CFD" w:rsidRDefault="009D1CFD" w:rsidP="009D1CF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26.01.2023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1CFD" w:rsidRDefault="009D1CFD" w:rsidP="009D1CFD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D1CFD">
        <w:trPr>
          <w:trHeight w:hRule="exact" w:val="114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1CFD" w:rsidRDefault="009D1CFD" w:rsidP="009D1CF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1CFD" w:rsidRDefault="009D1CFD" w:rsidP="009D1CFD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Музыкальный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портрет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1CFD" w:rsidRDefault="009D1CFD" w:rsidP="009D1CF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1CFD" w:rsidRDefault="009D1CFD" w:rsidP="009D1CFD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1CFD" w:rsidRDefault="009D1CFD" w:rsidP="009D1CFD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1CFD" w:rsidRDefault="009D1CFD" w:rsidP="009D1CF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02.02.2023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1CFD" w:rsidRDefault="009D1CFD" w:rsidP="009D1CFD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D1CFD">
        <w:trPr>
          <w:trHeight w:hRule="exact" w:val="114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1CFD" w:rsidRDefault="009D1CFD" w:rsidP="009D1CF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1CFD" w:rsidRDefault="009D1CFD" w:rsidP="009D1CFD">
            <w:pPr>
              <w:autoSpaceDE w:val="0"/>
              <w:autoSpaceDN w:val="0"/>
              <w:spacing w:before="98" w:after="0" w:line="262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Музыкальный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портрет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: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двигательная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импровизация</w:t>
            </w:r>
            <w:proofErr w:type="spellEnd"/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1CFD" w:rsidRDefault="009D1CFD" w:rsidP="009D1CF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1CFD" w:rsidRDefault="009D1CFD" w:rsidP="009D1CFD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1CFD" w:rsidRDefault="009D1CFD" w:rsidP="009D1CFD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1CFD" w:rsidRDefault="009D1CFD" w:rsidP="009D1CF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09.02.2023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1CFD" w:rsidRDefault="009D1CFD" w:rsidP="009D1CFD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D1CFD">
        <w:trPr>
          <w:trHeight w:hRule="exact" w:val="114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1CFD" w:rsidRDefault="009D1CFD" w:rsidP="009D1CF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1CFD" w:rsidRPr="009D1CFD" w:rsidRDefault="009D1CFD" w:rsidP="009D1CFD">
            <w:pPr>
              <w:autoSpaceDE w:val="0"/>
              <w:autoSpaceDN w:val="0"/>
              <w:spacing w:before="98" w:after="0" w:line="262" w:lineRule="auto"/>
              <w:ind w:left="72" w:right="720"/>
              <w:rPr>
                <w:lang w:val="ru-RU"/>
              </w:rPr>
            </w:pPr>
            <w:r w:rsidRPr="009D1CF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Какой же праздник без музыки?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1CFD" w:rsidRDefault="009D1CFD" w:rsidP="009D1CF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1CFD" w:rsidRDefault="009D1CFD" w:rsidP="009D1CFD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1CFD" w:rsidRDefault="009D1CFD" w:rsidP="009D1CFD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1CFD" w:rsidRDefault="009D1CFD" w:rsidP="009D1CF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02.03.2023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1CFD" w:rsidRDefault="009D1CFD" w:rsidP="009D1CFD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D1CFD">
        <w:trPr>
          <w:trHeight w:hRule="exact" w:val="114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1CFD" w:rsidRDefault="009D1CFD" w:rsidP="009D1CF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1CFD" w:rsidRPr="009D1CFD" w:rsidRDefault="009D1CFD" w:rsidP="009D1CFD">
            <w:pPr>
              <w:autoSpaceDE w:val="0"/>
              <w:autoSpaceDN w:val="0"/>
              <w:spacing w:before="98" w:after="0" w:line="262" w:lineRule="auto"/>
              <w:ind w:left="72" w:right="720"/>
              <w:rPr>
                <w:lang w:val="ru-RU"/>
              </w:rPr>
            </w:pPr>
            <w:r w:rsidRPr="009D1CF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Какой же праздник без музыки?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1CFD" w:rsidRDefault="009D1CFD" w:rsidP="009D1CF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1CFD" w:rsidRDefault="009D1CFD" w:rsidP="009D1CFD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1CFD" w:rsidRDefault="009D1CFD" w:rsidP="009D1CFD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1CFD" w:rsidRDefault="009D1CFD" w:rsidP="009D1CF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09.03.2023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1CFD" w:rsidRDefault="009D1CFD" w:rsidP="009D1CFD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D1CFD">
        <w:trPr>
          <w:trHeight w:hRule="exact" w:val="114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1CFD" w:rsidRDefault="009D1CFD" w:rsidP="009D1CF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1CFD" w:rsidRDefault="009D1CFD" w:rsidP="009D1CFD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войне</w:t>
            </w:r>
            <w:proofErr w:type="spellEnd"/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1CFD" w:rsidRDefault="009D1CFD" w:rsidP="009D1CF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1CFD" w:rsidRDefault="009D1CFD" w:rsidP="009D1CFD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1CFD" w:rsidRDefault="009D1CFD" w:rsidP="009D1CFD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1CFD" w:rsidRDefault="009D1CFD" w:rsidP="009D1CF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16.03.2023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1CFD" w:rsidRDefault="009D1CFD" w:rsidP="009D1CFD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D1CFD">
        <w:trPr>
          <w:trHeight w:hRule="exact" w:val="114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1CFD" w:rsidRDefault="009D1CFD" w:rsidP="009D1CF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1CFD" w:rsidRDefault="009D1CFD" w:rsidP="009D1CFD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Высота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звуков</w:t>
            </w:r>
            <w:proofErr w:type="spellEnd"/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1CFD" w:rsidRDefault="009D1CFD" w:rsidP="009D1CF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1CFD" w:rsidRDefault="009D1CFD" w:rsidP="009D1CFD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1CFD" w:rsidRDefault="009D1CFD" w:rsidP="009D1CFD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1CFD" w:rsidRDefault="009D1CFD" w:rsidP="009D1CF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23.03.2023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1CFD" w:rsidRDefault="009D1CFD" w:rsidP="009D1CFD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D1CFD">
        <w:trPr>
          <w:trHeight w:hRule="exact" w:val="114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1CFD" w:rsidRDefault="009D1CFD" w:rsidP="009D1CF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1CFD" w:rsidRPr="009D1CFD" w:rsidRDefault="009D1CFD" w:rsidP="009D1CFD">
            <w:pPr>
              <w:autoSpaceDE w:val="0"/>
              <w:autoSpaceDN w:val="0"/>
              <w:spacing w:before="98" w:after="0" w:line="271" w:lineRule="auto"/>
              <w:ind w:left="72" w:right="576"/>
              <w:rPr>
                <w:lang w:val="ru-RU"/>
              </w:rPr>
            </w:pPr>
            <w:r w:rsidRPr="009D1CF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Музыкальные традиции наших соседей: песни и танцы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1CFD" w:rsidRDefault="009D1CFD" w:rsidP="009D1CF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1CFD" w:rsidRDefault="009D1CFD" w:rsidP="009D1CFD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1CFD" w:rsidRDefault="009D1CFD" w:rsidP="009D1CFD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1CFD" w:rsidRDefault="009D1CFD" w:rsidP="009D1CF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06.04.2023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1CFD" w:rsidRDefault="009D1CFD" w:rsidP="009D1CFD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</w:tbl>
    <w:p w:rsidR="008D72F2" w:rsidRDefault="008D72F2">
      <w:pPr>
        <w:autoSpaceDE w:val="0"/>
        <w:autoSpaceDN w:val="0"/>
        <w:spacing w:after="0" w:line="14" w:lineRule="exact"/>
      </w:pPr>
    </w:p>
    <w:p w:rsidR="008D72F2" w:rsidRDefault="008D72F2">
      <w:pPr>
        <w:sectPr w:rsidR="008D72F2">
          <w:pgSz w:w="11900" w:h="16840"/>
          <w:pgMar w:top="298" w:right="650" w:bottom="616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8D72F2" w:rsidRDefault="008D72F2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3216"/>
        <w:gridCol w:w="734"/>
        <w:gridCol w:w="1620"/>
        <w:gridCol w:w="1668"/>
        <w:gridCol w:w="1236"/>
        <w:gridCol w:w="1574"/>
      </w:tblGrid>
      <w:tr w:rsidR="009D1CFD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1CFD" w:rsidRDefault="009D1CFD" w:rsidP="009D1CF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1CFD" w:rsidRPr="009D1CFD" w:rsidRDefault="009D1CFD" w:rsidP="009D1CFD">
            <w:pPr>
              <w:autoSpaceDE w:val="0"/>
              <w:autoSpaceDN w:val="0"/>
              <w:spacing w:before="98" w:after="0" w:line="271" w:lineRule="auto"/>
              <w:ind w:left="72"/>
              <w:rPr>
                <w:lang w:val="ru-RU"/>
              </w:rPr>
            </w:pPr>
            <w:r w:rsidRPr="009D1CF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Музыкальные традиции </w:t>
            </w:r>
            <w:r w:rsidRPr="009D1CFD">
              <w:rPr>
                <w:lang w:val="ru-RU"/>
              </w:rPr>
              <w:br/>
            </w:r>
            <w:r w:rsidRPr="009D1CF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наших соседей: инструменты и их звучание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1CFD" w:rsidRDefault="009D1CFD" w:rsidP="009D1CF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1CFD" w:rsidRDefault="009D1CFD" w:rsidP="009D1CFD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1CFD" w:rsidRDefault="009D1CFD" w:rsidP="009D1CFD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1CFD" w:rsidRDefault="009D1CFD" w:rsidP="009D1CF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13.04.2023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1CFD" w:rsidRDefault="009D1CFD" w:rsidP="009D1CFD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D1CFD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1CFD" w:rsidRDefault="009D1CFD" w:rsidP="009D1CFD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1CFD" w:rsidRDefault="009D1CFD" w:rsidP="009D1CFD">
            <w:pPr>
              <w:autoSpaceDE w:val="0"/>
              <w:autoSpaceDN w:val="0"/>
              <w:spacing w:before="100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Звучание настроений и чувств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1CFD" w:rsidRDefault="009D1CFD" w:rsidP="009D1CFD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1CFD" w:rsidRDefault="009D1CFD" w:rsidP="009D1CFD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1CFD" w:rsidRDefault="009D1CFD" w:rsidP="009D1CFD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1CFD" w:rsidRDefault="009D1CFD" w:rsidP="009D1CFD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20.04.2023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1CFD" w:rsidRDefault="009D1CFD" w:rsidP="009D1CFD">
            <w:pPr>
              <w:autoSpaceDE w:val="0"/>
              <w:autoSpaceDN w:val="0"/>
              <w:spacing w:before="100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D1CFD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1CFD" w:rsidRDefault="009D1CFD" w:rsidP="009D1CF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1CFD" w:rsidRPr="009D1CFD" w:rsidRDefault="009D1CFD" w:rsidP="009D1CFD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9D1CF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Музыкальные инструменты. Рояль и пианино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1CFD" w:rsidRDefault="009D1CFD" w:rsidP="009D1CF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1CFD" w:rsidRDefault="009D1CFD" w:rsidP="009D1CFD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1CFD" w:rsidRDefault="009D1CFD" w:rsidP="009D1CFD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1CFD" w:rsidRDefault="009D1CFD" w:rsidP="009D1CF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27.04.2023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1CFD" w:rsidRDefault="009D1CFD" w:rsidP="009D1CFD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D1CFD">
        <w:trPr>
          <w:trHeight w:hRule="exact" w:val="83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1CFD" w:rsidRDefault="009D1CFD" w:rsidP="009D1CF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1CFD" w:rsidRPr="009D1CFD" w:rsidRDefault="009D1CFD" w:rsidP="009D1CFD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9D1CF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Музыкальные инструменты. "Предки" и "наследники" </w:t>
            </w:r>
            <w:r w:rsidRPr="009D1CFD">
              <w:rPr>
                <w:lang w:val="ru-RU"/>
              </w:rPr>
              <w:br/>
            </w:r>
            <w:r w:rsidRPr="009D1CF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фортепиано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1CFD" w:rsidRDefault="009D1CFD" w:rsidP="009D1CF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1CFD" w:rsidRDefault="009D1CFD" w:rsidP="009D1CFD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1CFD" w:rsidRDefault="009D1CFD" w:rsidP="009D1CFD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1CFD" w:rsidRDefault="009D1CFD" w:rsidP="009D1CF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04.05.2023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1CFD" w:rsidRDefault="009D1CFD" w:rsidP="009D1CFD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D1CFD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1CFD" w:rsidRDefault="009D1CFD" w:rsidP="009D1CF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31.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1CFD" w:rsidRPr="009D1CFD" w:rsidRDefault="009D1CFD" w:rsidP="009D1CFD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9D1CF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Скрипка, виолончель.</w:t>
            </w:r>
          </w:p>
          <w:p w:rsidR="009D1CFD" w:rsidRPr="009D1CFD" w:rsidRDefault="009D1CFD" w:rsidP="009D1CFD">
            <w:pPr>
              <w:autoSpaceDE w:val="0"/>
              <w:autoSpaceDN w:val="0"/>
              <w:spacing w:before="70" w:after="0" w:line="230" w:lineRule="auto"/>
              <w:jc w:val="center"/>
              <w:rPr>
                <w:lang w:val="ru-RU"/>
              </w:rPr>
            </w:pPr>
            <w:r w:rsidRPr="009D1CF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Мастера скрипичной музыки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1CFD" w:rsidRDefault="009D1CFD" w:rsidP="009D1CF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1CFD" w:rsidRDefault="009D1CFD" w:rsidP="009D1CFD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1CFD" w:rsidRDefault="009D1CFD" w:rsidP="009D1CFD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1CFD" w:rsidRDefault="009D1CFD" w:rsidP="009D1CF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11.05.2023 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1CFD" w:rsidRDefault="009D1CFD" w:rsidP="009D1CFD">
            <w:pPr>
              <w:autoSpaceDE w:val="0"/>
              <w:autoSpaceDN w:val="0"/>
              <w:spacing w:before="98" w:after="0" w:line="262" w:lineRule="auto"/>
              <w:ind w:right="576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9D1CFD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1CFD" w:rsidRDefault="009D1CFD" w:rsidP="009D1CF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32.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1CFD" w:rsidRPr="009D1CFD" w:rsidRDefault="009D1CFD" w:rsidP="009D1CFD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9D1CF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Музыкальная сказка на сцене и на экране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1CFD" w:rsidRDefault="009D1CFD" w:rsidP="009D1CF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1CFD" w:rsidRDefault="009D1CFD" w:rsidP="009D1CFD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1CFD" w:rsidRDefault="009D1CFD" w:rsidP="009D1CFD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1CFD" w:rsidRDefault="009D1CFD" w:rsidP="009D1CF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18.05.2023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1CFD" w:rsidRDefault="009D1CFD" w:rsidP="009D1CFD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D1CFD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1CFD" w:rsidRDefault="009D1CFD" w:rsidP="009D1CF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33.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1CFD" w:rsidRDefault="009D1CFD" w:rsidP="009D1CFD">
            <w:pPr>
              <w:autoSpaceDE w:val="0"/>
              <w:autoSpaceDN w:val="0"/>
              <w:spacing w:before="98" w:after="0" w:line="262" w:lineRule="auto"/>
              <w:ind w:left="72" w:right="576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Сочиняем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музыкальную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сказку</w:t>
            </w:r>
            <w:proofErr w:type="spellEnd"/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1CFD" w:rsidRDefault="009D1CFD" w:rsidP="009D1CF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1CFD" w:rsidRDefault="009D1CFD" w:rsidP="009D1CFD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1CFD" w:rsidRDefault="009D1CFD" w:rsidP="009D1CFD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1CFD" w:rsidRDefault="009D1CFD" w:rsidP="009D1CF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25.05.2023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1CFD" w:rsidRDefault="009D1CFD" w:rsidP="009D1CFD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8D72F2">
        <w:trPr>
          <w:trHeight w:hRule="exact" w:val="808"/>
        </w:trPr>
        <w:tc>
          <w:tcPr>
            <w:tcW w:w="3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Pr="009D1CFD" w:rsidRDefault="00953D61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9D1CF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953D6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8D72F2"/>
        </w:tc>
        <w:tc>
          <w:tcPr>
            <w:tcW w:w="2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2F2" w:rsidRDefault="008D72F2"/>
        </w:tc>
      </w:tr>
    </w:tbl>
    <w:p w:rsidR="008D72F2" w:rsidRDefault="008D72F2">
      <w:pPr>
        <w:autoSpaceDE w:val="0"/>
        <w:autoSpaceDN w:val="0"/>
        <w:spacing w:after="0" w:line="14" w:lineRule="exact"/>
      </w:pPr>
    </w:p>
    <w:p w:rsidR="008D72F2" w:rsidRDefault="008D72F2">
      <w:pPr>
        <w:sectPr w:rsidR="008D72F2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8D72F2" w:rsidRDefault="008D72F2">
      <w:pPr>
        <w:autoSpaceDE w:val="0"/>
        <w:autoSpaceDN w:val="0"/>
        <w:spacing w:after="78" w:line="220" w:lineRule="exact"/>
      </w:pPr>
    </w:p>
    <w:p w:rsidR="008D72F2" w:rsidRDefault="00953D61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УЧЕБНО-МЕТОДИЧЕСКОЕ ОБЕСПЕЧЕНИЕ ОБРАЗОВАТЕЛЬНОГО ПРОЦЕССА </w:t>
      </w:r>
    </w:p>
    <w:p w:rsidR="008D72F2" w:rsidRDefault="00953D61">
      <w:pPr>
        <w:autoSpaceDE w:val="0"/>
        <w:autoSpaceDN w:val="0"/>
        <w:spacing w:before="346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ОБЯЗАТЕЛЬНЫЕ УЧЕБНЫЕ МАТЕРИАЛЫ ДЛЯ УЧЕНИКА</w:t>
      </w:r>
    </w:p>
    <w:p w:rsidR="008D72F2" w:rsidRPr="009D1CFD" w:rsidRDefault="00953D61">
      <w:pPr>
        <w:autoSpaceDE w:val="0"/>
        <w:autoSpaceDN w:val="0"/>
        <w:spacing w:before="166" w:after="0" w:line="271" w:lineRule="auto"/>
        <w:ind w:right="144"/>
        <w:rPr>
          <w:lang w:val="ru-RU"/>
        </w:rPr>
      </w:pP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 xml:space="preserve">Музыка. 1 класс /Критская Е.Д., Сергеева Г.П., </w:t>
      </w:r>
      <w:proofErr w:type="spellStart"/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>Шмагина</w:t>
      </w:r>
      <w:proofErr w:type="spellEnd"/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 xml:space="preserve"> Т.С., Акционерное общество «Издательство</w:t>
      </w:r>
      <w:r w:rsidR="009D1CFD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 xml:space="preserve">«Просвещение»; </w:t>
      </w:r>
      <w:r w:rsidRPr="009D1CFD">
        <w:rPr>
          <w:lang w:val="ru-RU"/>
        </w:rPr>
        <w:br/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>Введите свой вариант:</w:t>
      </w:r>
    </w:p>
    <w:p w:rsidR="008D72F2" w:rsidRPr="009D1CFD" w:rsidRDefault="00953D61">
      <w:pPr>
        <w:autoSpaceDE w:val="0"/>
        <w:autoSpaceDN w:val="0"/>
        <w:spacing w:before="262" w:after="0" w:line="230" w:lineRule="auto"/>
        <w:rPr>
          <w:lang w:val="ru-RU"/>
        </w:rPr>
      </w:pPr>
      <w:r w:rsidRPr="009D1CFD"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:rsidR="008D72F2" w:rsidRPr="009D1CFD" w:rsidRDefault="00953D61">
      <w:pPr>
        <w:autoSpaceDE w:val="0"/>
        <w:autoSpaceDN w:val="0"/>
        <w:spacing w:before="166" w:after="0" w:line="262" w:lineRule="auto"/>
        <w:ind w:right="2304"/>
        <w:rPr>
          <w:lang w:val="ru-RU"/>
        </w:rPr>
      </w:pP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 xml:space="preserve">Е.Д. Критская, Г.П. Сергеева, Т.С. </w:t>
      </w:r>
      <w:proofErr w:type="spellStart"/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>Шмагина</w:t>
      </w:r>
      <w:proofErr w:type="spellEnd"/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 xml:space="preserve"> Музыка. 1 класс: Учебник Музыка. Рабочие программы. 1-4 классы. </w:t>
      </w:r>
    </w:p>
    <w:p w:rsidR="008D72F2" w:rsidRPr="009D1CFD" w:rsidRDefault="00953D61">
      <w:pPr>
        <w:autoSpaceDE w:val="0"/>
        <w:autoSpaceDN w:val="0"/>
        <w:spacing w:before="72" w:after="0" w:line="262" w:lineRule="auto"/>
        <w:ind w:right="5328"/>
        <w:rPr>
          <w:lang w:val="ru-RU"/>
        </w:rPr>
      </w:pP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>Хрестоматия музыкального материала.(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mp</w:t>
      </w:r>
      <w:proofErr w:type="spellEnd"/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 xml:space="preserve">3) </w:t>
      </w:r>
      <w:r w:rsidRPr="009D1CFD">
        <w:rPr>
          <w:lang w:val="ru-RU"/>
        </w:rPr>
        <w:br/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>Пособие для уч</w:t>
      </w:r>
      <w:r w:rsidR="00183123">
        <w:rPr>
          <w:rFonts w:ascii="Times New Roman" w:eastAsia="Times New Roman" w:hAnsi="Times New Roman"/>
          <w:color w:val="000000"/>
          <w:sz w:val="24"/>
          <w:lang w:val="ru-RU"/>
        </w:rPr>
        <w:t>ителя "Уроки музыки. 1-4 классы</w:t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>"</w:t>
      </w:r>
    </w:p>
    <w:p w:rsidR="00183123" w:rsidRDefault="00953D61">
      <w:pPr>
        <w:autoSpaceDE w:val="0"/>
        <w:autoSpaceDN w:val="0"/>
        <w:spacing w:before="406" w:after="0" w:line="286" w:lineRule="auto"/>
        <w:ind w:right="1152"/>
        <w:rPr>
          <w:rFonts w:ascii="Times New Roman" w:eastAsia="Times New Roman" w:hAnsi="Times New Roman"/>
          <w:color w:val="000000"/>
          <w:sz w:val="24"/>
          <w:lang w:val="ru-RU"/>
        </w:rPr>
      </w:pP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 xml:space="preserve">Коллекции электронных образовательных ресурсов </w:t>
      </w:r>
      <w:r w:rsidRPr="009D1CFD">
        <w:rPr>
          <w:lang w:val="ru-RU"/>
        </w:rPr>
        <w:br/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 xml:space="preserve">1. «Единое окно доступа к образовательным ресурсам»- </w:t>
      </w:r>
      <w:hyperlink r:id="rId8" w:history="1">
        <w:r w:rsidR="00183123" w:rsidRPr="009F6E8B">
          <w:rPr>
            <w:rStyle w:val="aff8"/>
            <w:rFonts w:ascii="Times New Roman" w:eastAsia="Times New Roman" w:hAnsi="Times New Roman"/>
            <w:sz w:val="24"/>
          </w:rPr>
          <w:t>http</w:t>
        </w:r>
        <w:r w:rsidR="00183123" w:rsidRPr="009F6E8B">
          <w:rPr>
            <w:rStyle w:val="aff8"/>
            <w:rFonts w:ascii="Times New Roman" w:eastAsia="Times New Roman" w:hAnsi="Times New Roman"/>
            <w:sz w:val="24"/>
            <w:lang w:val="ru-RU"/>
          </w:rPr>
          <w:t>://</w:t>
        </w:r>
        <w:r w:rsidR="00183123" w:rsidRPr="009F6E8B">
          <w:rPr>
            <w:rStyle w:val="aff8"/>
            <w:rFonts w:ascii="Times New Roman" w:eastAsia="Times New Roman" w:hAnsi="Times New Roman"/>
            <w:sz w:val="24"/>
          </w:rPr>
          <w:t>windows</w:t>
        </w:r>
        <w:r w:rsidR="00183123" w:rsidRPr="009F6E8B">
          <w:rPr>
            <w:rStyle w:val="aff8"/>
            <w:rFonts w:ascii="Times New Roman" w:eastAsia="Times New Roman" w:hAnsi="Times New Roman"/>
            <w:sz w:val="24"/>
            <w:lang w:val="ru-RU"/>
          </w:rPr>
          <w:t>.</w:t>
        </w:r>
        <w:r w:rsidR="00183123" w:rsidRPr="009F6E8B">
          <w:rPr>
            <w:rStyle w:val="aff8"/>
            <w:rFonts w:ascii="Times New Roman" w:eastAsia="Times New Roman" w:hAnsi="Times New Roman"/>
            <w:sz w:val="24"/>
          </w:rPr>
          <w:t>edu</w:t>
        </w:r>
        <w:r w:rsidR="00183123" w:rsidRPr="009F6E8B">
          <w:rPr>
            <w:rStyle w:val="aff8"/>
            <w:rFonts w:ascii="Times New Roman" w:eastAsia="Times New Roman" w:hAnsi="Times New Roman"/>
            <w:sz w:val="24"/>
            <w:lang w:val="ru-RU"/>
          </w:rPr>
          <w:t>/</w:t>
        </w:r>
        <w:r w:rsidR="00183123" w:rsidRPr="009F6E8B">
          <w:rPr>
            <w:rStyle w:val="aff8"/>
            <w:rFonts w:ascii="Times New Roman" w:eastAsia="Times New Roman" w:hAnsi="Times New Roman"/>
            <w:sz w:val="24"/>
          </w:rPr>
          <w:t>ru</w:t>
        </w:r>
      </w:hyperlink>
      <w:r w:rsidR="00183123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9D1CFD">
        <w:rPr>
          <w:lang w:val="ru-RU"/>
        </w:rPr>
        <w:br/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 xml:space="preserve">2. «Единая коллекция цифровых образовательных ресурсов» - </w:t>
      </w:r>
      <w:hyperlink r:id="rId9" w:history="1">
        <w:r w:rsidR="00183123" w:rsidRPr="009F6E8B">
          <w:rPr>
            <w:rStyle w:val="aff8"/>
            <w:rFonts w:ascii="Times New Roman" w:eastAsia="Times New Roman" w:hAnsi="Times New Roman"/>
            <w:sz w:val="24"/>
          </w:rPr>
          <w:t>http</w:t>
        </w:r>
        <w:r w:rsidR="00183123" w:rsidRPr="009F6E8B">
          <w:rPr>
            <w:rStyle w:val="aff8"/>
            <w:rFonts w:ascii="Times New Roman" w:eastAsia="Times New Roman" w:hAnsi="Times New Roman"/>
            <w:sz w:val="24"/>
            <w:lang w:val="ru-RU"/>
          </w:rPr>
          <w:t>://</w:t>
        </w:r>
        <w:r w:rsidR="00183123" w:rsidRPr="009F6E8B">
          <w:rPr>
            <w:rStyle w:val="aff8"/>
            <w:rFonts w:ascii="Times New Roman" w:eastAsia="Times New Roman" w:hAnsi="Times New Roman"/>
            <w:sz w:val="24"/>
          </w:rPr>
          <w:t>school</w:t>
        </w:r>
        <w:r w:rsidR="00183123" w:rsidRPr="009F6E8B">
          <w:rPr>
            <w:rStyle w:val="aff8"/>
            <w:rFonts w:ascii="Times New Roman" w:eastAsia="Times New Roman" w:hAnsi="Times New Roman"/>
            <w:sz w:val="24"/>
            <w:lang w:val="ru-RU"/>
          </w:rPr>
          <w:t>-</w:t>
        </w:r>
        <w:r w:rsidR="00183123" w:rsidRPr="009F6E8B">
          <w:rPr>
            <w:rStyle w:val="aff8"/>
            <w:rFonts w:ascii="Times New Roman" w:eastAsia="Times New Roman" w:hAnsi="Times New Roman"/>
            <w:sz w:val="24"/>
          </w:rPr>
          <w:t>collektion</w:t>
        </w:r>
        <w:r w:rsidR="00183123" w:rsidRPr="009F6E8B">
          <w:rPr>
            <w:rStyle w:val="aff8"/>
            <w:rFonts w:ascii="Times New Roman" w:eastAsia="Times New Roman" w:hAnsi="Times New Roman"/>
            <w:sz w:val="24"/>
            <w:lang w:val="ru-RU"/>
          </w:rPr>
          <w:t>.</w:t>
        </w:r>
        <w:r w:rsidR="00183123" w:rsidRPr="009F6E8B">
          <w:rPr>
            <w:rStyle w:val="aff8"/>
            <w:rFonts w:ascii="Times New Roman" w:eastAsia="Times New Roman" w:hAnsi="Times New Roman"/>
            <w:sz w:val="24"/>
          </w:rPr>
          <w:t>edu</w:t>
        </w:r>
        <w:r w:rsidR="00183123" w:rsidRPr="009F6E8B">
          <w:rPr>
            <w:rStyle w:val="aff8"/>
            <w:rFonts w:ascii="Times New Roman" w:eastAsia="Times New Roman" w:hAnsi="Times New Roman"/>
            <w:sz w:val="24"/>
            <w:lang w:val="ru-RU"/>
          </w:rPr>
          <w:t>/</w:t>
        </w:r>
        <w:r w:rsidR="00183123" w:rsidRPr="009F6E8B">
          <w:rPr>
            <w:rStyle w:val="aff8"/>
            <w:rFonts w:ascii="Times New Roman" w:eastAsia="Times New Roman" w:hAnsi="Times New Roman"/>
            <w:sz w:val="24"/>
          </w:rPr>
          <w:t>ru</w:t>
        </w:r>
      </w:hyperlink>
      <w:r w:rsidR="00183123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 xml:space="preserve"> 3. «Федеральный центр информационных образовательных ресурсов» -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fcior</w:t>
      </w:r>
      <w:proofErr w:type="spellEnd"/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>,</w:t>
      </w:r>
      <w:r w:rsidR="00183123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hyperlink r:id="rId10" w:history="1">
        <w:r w:rsidR="00183123" w:rsidRPr="009F6E8B">
          <w:rPr>
            <w:rStyle w:val="aff8"/>
            <w:rFonts w:ascii="Times New Roman" w:eastAsia="Times New Roman" w:hAnsi="Times New Roman"/>
            <w:sz w:val="24"/>
          </w:rPr>
          <w:t>http</w:t>
        </w:r>
        <w:r w:rsidR="00183123" w:rsidRPr="009F6E8B">
          <w:rPr>
            <w:rStyle w:val="aff8"/>
            <w:rFonts w:ascii="Times New Roman" w:eastAsia="Times New Roman" w:hAnsi="Times New Roman"/>
            <w:sz w:val="24"/>
            <w:lang w:val="ru-RU"/>
          </w:rPr>
          <w:t>://</w:t>
        </w:r>
        <w:r w:rsidR="00183123" w:rsidRPr="009F6E8B">
          <w:rPr>
            <w:rStyle w:val="aff8"/>
            <w:rFonts w:ascii="Times New Roman" w:eastAsia="Times New Roman" w:hAnsi="Times New Roman"/>
            <w:sz w:val="24"/>
          </w:rPr>
          <w:t>eor</w:t>
        </w:r>
        <w:r w:rsidR="00183123" w:rsidRPr="009F6E8B">
          <w:rPr>
            <w:rStyle w:val="aff8"/>
            <w:rFonts w:ascii="Times New Roman" w:eastAsia="Times New Roman" w:hAnsi="Times New Roman"/>
            <w:sz w:val="24"/>
            <w:lang w:val="ru-RU"/>
          </w:rPr>
          <w:t>.</w:t>
        </w:r>
        <w:r w:rsidR="00183123" w:rsidRPr="009F6E8B">
          <w:rPr>
            <w:rStyle w:val="aff8"/>
            <w:rFonts w:ascii="Times New Roman" w:eastAsia="Times New Roman" w:hAnsi="Times New Roman"/>
            <w:sz w:val="24"/>
          </w:rPr>
          <w:t>edu</w:t>
        </w:r>
        <w:r w:rsidR="00183123" w:rsidRPr="009F6E8B">
          <w:rPr>
            <w:rStyle w:val="aff8"/>
            <w:rFonts w:ascii="Times New Roman" w:eastAsia="Times New Roman" w:hAnsi="Times New Roman"/>
            <w:sz w:val="24"/>
            <w:lang w:val="ru-RU"/>
          </w:rPr>
          <w:t>.</w:t>
        </w:r>
        <w:r w:rsidR="00183123" w:rsidRPr="009F6E8B">
          <w:rPr>
            <w:rStyle w:val="aff8"/>
            <w:rFonts w:ascii="Times New Roman" w:eastAsia="Times New Roman" w:hAnsi="Times New Roman"/>
            <w:sz w:val="24"/>
          </w:rPr>
          <w:t>ru</w:t>
        </w:r>
      </w:hyperlink>
      <w:r w:rsidR="00183123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9D1CFD">
        <w:rPr>
          <w:lang w:val="ru-RU"/>
        </w:rPr>
        <w:br/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 xml:space="preserve">4. Каталог образовательных ресурсов сети Интернет для школы </w:t>
      </w:r>
      <w:hyperlink r:id="rId11" w:history="1">
        <w:r w:rsidR="00183123" w:rsidRPr="009F6E8B">
          <w:rPr>
            <w:rStyle w:val="aff8"/>
            <w:rFonts w:ascii="Times New Roman" w:eastAsia="Times New Roman" w:hAnsi="Times New Roman"/>
            <w:sz w:val="24"/>
          </w:rPr>
          <w:t>http</w:t>
        </w:r>
        <w:r w:rsidR="00183123" w:rsidRPr="009F6E8B">
          <w:rPr>
            <w:rStyle w:val="aff8"/>
            <w:rFonts w:ascii="Times New Roman" w:eastAsia="Times New Roman" w:hAnsi="Times New Roman"/>
            <w:sz w:val="24"/>
            <w:lang w:val="ru-RU"/>
          </w:rPr>
          <w:t>://</w:t>
        </w:r>
        <w:r w:rsidR="00183123" w:rsidRPr="009F6E8B">
          <w:rPr>
            <w:rStyle w:val="aff8"/>
            <w:rFonts w:ascii="Times New Roman" w:eastAsia="Times New Roman" w:hAnsi="Times New Roman"/>
            <w:sz w:val="24"/>
          </w:rPr>
          <w:t>katalog</w:t>
        </w:r>
        <w:r w:rsidR="00183123" w:rsidRPr="009F6E8B">
          <w:rPr>
            <w:rStyle w:val="aff8"/>
            <w:rFonts w:ascii="Times New Roman" w:eastAsia="Times New Roman" w:hAnsi="Times New Roman"/>
            <w:sz w:val="24"/>
            <w:lang w:val="ru-RU"/>
          </w:rPr>
          <w:t>.</w:t>
        </w:r>
        <w:r w:rsidR="00183123" w:rsidRPr="009F6E8B">
          <w:rPr>
            <w:rStyle w:val="aff8"/>
            <w:rFonts w:ascii="Times New Roman" w:eastAsia="Times New Roman" w:hAnsi="Times New Roman"/>
            <w:sz w:val="24"/>
          </w:rPr>
          <w:t>iot</w:t>
        </w:r>
        <w:r w:rsidR="00183123" w:rsidRPr="009F6E8B">
          <w:rPr>
            <w:rStyle w:val="aff8"/>
            <w:rFonts w:ascii="Times New Roman" w:eastAsia="Times New Roman" w:hAnsi="Times New Roman"/>
            <w:sz w:val="24"/>
            <w:lang w:val="ru-RU"/>
          </w:rPr>
          <w:t>.</w:t>
        </w:r>
        <w:r w:rsidR="00183123" w:rsidRPr="009F6E8B">
          <w:rPr>
            <w:rStyle w:val="aff8"/>
            <w:rFonts w:ascii="Times New Roman" w:eastAsia="Times New Roman" w:hAnsi="Times New Roman"/>
            <w:sz w:val="24"/>
          </w:rPr>
          <w:t>ru</w:t>
        </w:r>
        <w:r w:rsidR="00183123" w:rsidRPr="009F6E8B">
          <w:rPr>
            <w:rStyle w:val="aff8"/>
            <w:rFonts w:ascii="Times New Roman" w:eastAsia="Times New Roman" w:hAnsi="Times New Roman"/>
            <w:sz w:val="24"/>
            <w:lang w:val="ru-RU"/>
          </w:rPr>
          <w:t>/</w:t>
        </w:r>
      </w:hyperlink>
      <w:r w:rsidR="00183123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</w:p>
    <w:p w:rsidR="00183123" w:rsidRDefault="00953D61" w:rsidP="00183123">
      <w:pPr>
        <w:autoSpaceDE w:val="0"/>
        <w:autoSpaceDN w:val="0"/>
        <w:spacing w:after="0" w:line="286" w:lineRule="auto"/>
        <w:ind w:right="1152"/>
        <w:rPr>
          <w:rFonts w:ascii="Times New Roman" w:eastAsia="Times New Roman" w:hAnsi="Times New Roman"/>
          <w:color w:val="000000"/>
          <w:sz w:val="24"/>
          <w:lang w:val="ru-RU"/>
        </w:rPr>
      </w:pP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 xml:space="preserve">5. Библиотека материалов для начальной школы </w:t>
      </w:r>
      <w:hyperlink r:id="rId12" w:history="1">
        <w:r w:rsidR="00183123" w:rsidRPr="009F6E8B">
          <w:rPr>
            <w:rStyle w:val="aff8"/>
            <w:rFonts w:ascii="Times New Roman" w:eastAsia="Times New Roman" w:hAnsi="Times New Roman"/>
            <w:sz w:val="24"/>
          </w:rPr>
          <w:t>http</w:t>
        </w:r>
        <w:r w:rsidR="00183123" w:rsidRPr="009F6E8B">
          <w:rPr>
            <w:rStyle w:val="aff8"/>
            <w:rFonts w:ascii="Times New Roman" w:eastAsia="Times New Roman" w:hAnsi="Times New Roman"/>
            <w:sz w:val="24"/>
            <w:lang w:val="ru-RU"/>
          </w:rPr>
          <w:t>://</w:t>
        </w:r>
        <w:r w:rsidR="00183123" w:rsidRPr="009F6E8B">
          <w:rPr>
            <w:rStyle w:val="aff8"/>
            <w:rFonts w:ascii="Times New Roman" w:eastAsia="Times New Roman" w:hAnsi="Times New Roman"/>
            <w:sz w:val="24"/>
          </w:rPr>
          <w:t>www</w:t>
        </w:r>
        <w:r w:rsidR="00183123" w:rsidRPr="009F6E8B">
          <w:rPr>
            <w:rStyle w:val="aff8"/>
            <w:rFonts w:ascii="Times New Roman" w:eastAsia="Times New Roman" w:hAnsi="Times New Roman"/>
            <w:sz w:val="24"/>
            <w:lang w:val="ru-RU"/>
          </w:rPr>
          <w:t>.</w:t>
        </w:r>
        <w:proofErr w:type="spellStart"/>
        <w:r w:rsidR="00183123" w:rsidRPr="009F6E8B">
          <w:rPr>
            <w:rStyle w:val="aff8"/>
            <w:rFonts w:ascii="Times New Roman" w:eastAsia="Times New Roman" w:hAnsi="Times New Roman"/>
            <w:sz w:val="24"/>
          </w:rPr>
          <w:t>nachalka</w:t>
        </w:r>
        <w:proofErr w:type="spellEnd"/>
        <w:r w:rsidR="00183123" w:rsidRPr="009F6E8B">
          <w:rPr>
            <w:rStyle w:val="aff8"/>
            <w:rFonts w:ascii="Times New Roman" w:eastAsia="Times New Roman" w:hAnsi="Times New Roman"/>
            <w:sz w:val="24"/>
            <w:lang w:val="ru-RU"/>
          </w:rPr>
          <w:t>.</w:t>
        </w:r>
        <w:r w:rsidR="00183123" w:rsidRPr="009F6E8B">
          <w:rPr>
            <w:rStyle w:val="aff8"/>
            <w:rFonts w:ascii="Times New Roman" w:eastAsia="Times New Roman" w:hAnsi="Times New Roman"/>
            <w:sz w:val="24"/>
          </w:rPr>
          <w:t>com</w:t>
        </w:r>
        <w:r w:rsidR="00183123" w:rsidRPr="009F6E8B">
          <w:rPr>
            <w:rStyle w:val="aff8"/>
            <w:rFonts w:ascii="Times New Roman" w:eastAsia="Times New Roman" w:hAnsi="Times New Roman"/>
            <w:sz w:val="24"/>
            <w:lang w:val="ru-RU"/>
          </w:rPr>
          <w:t>/</w:t>
        </w:r>
        <w:proofErr w:type="spellStart"/>
        <w:r w:rsidR="00183123" w:rsidRPr="009F6E8B">
          <w:rPr>
            <w:rStyle w:val="aff8"/>
            <w:rFonts w:ascii="Times New Roman" w:eastAsia="Times New Roman" w:hAnsi="Times New Roman"/>
            <w:sz w:val="24"/>
          </w:rPr>
          <w:t>biblioteka</w:t>
        </w:r>
        <w:proofErr w:type="spellEnd"/>
      </w:hyperlink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</w:p>
    <w:p w:rsidR="00183123" w:rsidRDefault="00953D61" w:rsidP="00183123">
      <w:pPr>
        <w:autoSpaceDE w:val="0"/>
        <w:autoSpaceDN w:val="0"/>
        <w:spacing w:after="0" w:line="286" w:lineRule="auto"/>
        <w:ind w:right="1152"/>
        <w:rPr>
          <w:rFonts w:ascii="Times New Roman" w:eastAsia="Times New Roman" w:hAnsi="Times New Roman"/>
          <w:color w:val="000000"/>
          <w:sz w:val="24"/>
          <w:lang w:val="ru-RU"/>
        </w:rPr>
      </w:pP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 xml:space="preserve">6. </w:t>
      </w:r>
      <w:r>
        <w:rPr>
          <w:rFonts w:ascii="Times New Roman" w:eastAsia="Times New Roman" w:hAnsi="Times New Roman"/>
          <w:color w:val="000000"/>
          <w:sz w:val="24"/>
        </w:rPr>
        <w:t>M</w:t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>е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todkabinet</w:t>
      </w:r>
      <w:proofErr w:type="spellEnd"/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eu</w:t>
      </w:r>
      <w:proofErr w:type="spellEnd"/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 xml:space="preserve">: информационно-методический кабинет </w:t>
      </w:r>
      <w:hyperlink r:id="rId13" w:history="1">
        <w:r w:rsidR="00183123" w:rsidRPr="009F6E8B">
          <w:rPr>
            <w:rStyle w:val="aff8"/>
            <w:rFonts w:ascii="Times New Roman" w:eastAsia="Times New Roman" w:hAnsi="Times New Roman"/>
            <w:sz w:val="24"/>
          </w:rPr>
          <w:t>http</w:t>
        </w:r>
        <w:r w:rsidR="00183123" w:rsidRPr="009F6E8B">
          <w:rPr>
            <w:rStyle w:val="aff8"/>
            <w:rFonts w:ascii="Times New Roman" w:eastAsia="Times New Roman" w:hAnsi="Times New Roman"/>
            <w:sz w:val="24"/>
            <w:lang w:val="ru-RU"/>
          </w:rPr>
          <w:t>://</w:t>
        </w:r>
        <w:r w:rsidR="00183123" w:rsidRPr="009F6E8B">
          <w:rPr>
            <w:rStyle w:val="aff8"/>
            <w:rFonts w:ascii="Times New Roman" w:eastAsia="Times New Roman" w:hAnsi="Times New Roman"/>
            <w:sz w:val="24"/>
          </w:rPr>
          <w:t>www</w:t>
        </w:r>
        <w:r w:rsidR="00183123" w:rsidRPr="009F6E8B">
          <w:rPr>
            <w:rStyle w:val="aff8"/>
            <w:rFonts w:ascii="Times New Roman" w:eastAsia="Times New Roman" w:hAnsi="Times New Roman"/>
            <w:sz w:val="24"/>
            <w:lang w:val="ru-RU"/>
          </w:rPr>
          <w:t>.</w:t>
        </w:r>
        <w:proofErr w:type="spellStart"/>
        <w:r w:rsidR="00183123" w:rsidRPr="009F6E8B">
          <w:rPr>
            <w:rStyle w:val="aff8"/>
            <w:rFonts w:ascii="Times New Roman" w:eastAsia="Times New Roman" w:hAnsi="Times New Roman"/>
            <w:sz w:val="24"/>
          </w:rPr>
          <w:t>metodkabinet</w:t>
        </w:r>
        <w:proofErr w:type="spellEnd"/>
        <w:r w:rsidR="00183123" w:rsidRPr="009F6E8B">
          <w:rPr>
            <w:rStyle w:val="aff8"/>
            <w:rFonts w:ascii="Times New Roman" w:eastAsia="Times New Roman" w:hAnsi="Times New Roman"/>
            <w:sz w:val="24"/>
            <w:lang w:val="ru-RU"/>
          </w:rPr>
          <w:t>.</w:t>
        </w:r>
        <w:proofErr w:type="spellStart"/>
        <w:r w:rsidR="00183123" w:rsidRPr="009F6E8B">
          <w:rPr>
            <w:rStyle w:val="aff8"/>
            <w:rFonts w:ascii="Times New Roman" w:eastAsia="Times New Roman" w:hAnsi="Times New Roman"/>
            <w:sz w:val="24"/>
          </w:rPr>
          <w:t>eu</w:t>
        </w:r>
        <w:proofErr w:type="spellEnd"/>
        <w:r w:rsidR="00183123" w:rsidRPr="009F6E8B">
          <w:rPr>
            <w:rStyle w:val="aff8"/>
            <w:rFonts w:ascii="Times New Roman" w:eastAsia="Times New Roman" w:hAnsi="Times New Roman"/>
            <w:sz w:val="24"/>
            <w:lang w:val="ru-RU"/>
          </w:rPr>
          <w:t>/</w:t>
        </w:r>
      </w:hyperlink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</w:p>
    <w:p w:rsidR="008D72F2" w:rsidRPr="00183123" w:rsidRDefault="00953D61" w:rsidP="00183123">
      <w:pPr>
        <w:autoSpaceDE w:val="0"/>
        <w:autoSpaceDN w:val="0"/>
        <w:spacing w:after="0" w:line="286" w:lineRule="auto"/>
        <w:ind w:right="1152"/>
        <w:rPr>
          <w:lang w:val="ru-RU"/>
        </w:rPr>
      </w:pP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 xml:space="preserve">7. Каталог образовательных ресурсов сети «Интернет» </w:t>
      </w:r>
      <w:hyperlink r:id="rId14" w:history="1">
        <w:r w:rsidR="00183123" w:rsidRPr="009F6E8B">
          <w:rPr>
            <w:rStyle w:val="aff8"/>
            <w:rFonts w:ascii="Times New Roman" w:eastAsia="Times New Roman" w:hAnsi="Times New Roman"/>
            <w:sz w:val="24"/>
          </w:rPr>
          <w:t>http</w:t>
        </w:r>
        <w:r w:rsidR="00183123" w:rsidRPr="009F6E8B">
          <w:rPr>
            <w:rStyle w:val="aff8"/>
            <w:rFonts w:ascii="Times New Roman" w:eastAsia="Times New Roman" w:hAnsi="Times New Roman"/>
            <w:sz w:val="24"/>
            <w:lang w:val="ru-RU"/>
          </w:rPr>
          <w:t>://</w:t>
        </w:r>
        <w:r w:rsidR="00183123" w:rsidRPr="009F6E8B">
          <w:rPr>
            <w:rStyle w:val="aff8"/>
            <w:rFonts w:ascii="Times New Roman" w:eastAsia="Times New Roman" w:hAnsi="Times New Roman"/>
            <w:sz w:val="24"/>
          </w:rPr>
          <w:t>catalog</w:t>
        </w:r>
        <w:r w:rsidR="00183123" w:rsidRPr="009F6E8B">
          <w:rPr>
            <w:rStyle w:val="aff8"/>
            <w:rFonts w:ascii="Times New Roman" w:eastAsia="Times New Roman" w:hAnsi="Times New Roman"/>
            <w:sz w:val="24"/>
            <w:lang w:val="ru-RU"/>
          </w:rPr>
          <w:t>.</w:t>
        </w:r>
        <w:r w:rsidR="00183123" w:rsidRPr="009F6E8B">
          <w:rPr>
            <w:rStyle w:val="aff8"/>
            <w:rFonts w:ascii="Times New Roman" w:eastAsia="Times New Roman" w:hAnsi="Times New Roman"/>
            <w:sz w:val="24"/>
          </w:rPr>
          <w:t>iot</w:t>
        </w:r>
        <w:r w:rsidR="00183123" w:rsidRPr="009F6E8B">
          <w:rPr>
            <w:rStyle w:val="aff8"/>
            <w:rFonts w:ascii="Times New Roman" w:eastAsia="Times New Roman" w:hAnsi="Times New Roman"/>
            <w:sz w:val="24"/>
            <w:lang w:val="ru-RU"/>
          </w:rPr>
          <w:t>.</w:t>
        </w:r>
        <w:r w:rsidR="00183123" w:rsidRPr="009F6E8B">
          <w:rPr>
            <w:rStyle w:val="aff8"/>
            <w:rFonts w:ascii="Times New Roman" w:eastAsia="Times New Roman" w:hAnsi="Times New Roman"/>
            <w:sz w:val="24"/>
          </w:rPr>
          <w:t>ru</w:t>
        </w:r>
      </w:hyperlink>
      <w:r w:rsidR="00183123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9D1CFD">
        <w:rPr>
          <w:lang w:val="ru-RU"/>
        </w:rPr>
        <w:br/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 xml:space="preserve">8. Российский образовательный портал </w:t>
      </w:r>
      <w:hyperlink r:id="rId15" w:history="1">
        <w:r w:rsidR="00183123" w:rsidRPr="009F6E8B">
          <w:rPr>
            <w:rStyle w:val="aff8"/>
            <w:rFonts w:ascii="Times New Roman" w:eastAsia="Times New Roman" w:hAnsi="Times New Roman"/>
            <w:sz w:val="24"/>
          </w:rPr>
          <w:t>http</w:t>
        </w:r>
        <w:r w:rsidR="00183123" w:rsidRPr="009F6E8B">
          <w:rPr>
            <w:rStyle w:val="aff8"/>
            <w:rFonts w:ascii="Times New Roman" w:eastAsia="Times New Roman" w:hAnsi="Times New Roman"/>
            <w:sz w:val="24"/>
            <w:lang w:val="ru-RU"/>
          </w:rPr>
          <w:t>://</w:t>
        </w:r>
        <w:r w:rsidR="00183123" w:rsidRPr="009F6E8B">
          <w:rPr>
            <w:rStyle w:val="aff8"/>
            <w:rFonts w:ascii="Times New Roman" w:eastAsia="Times New Roman" w:hAnsi="Times New Roman"/>
            <w:sz w:val="24"/>
          </w:rPr>
          <w:t>www</w:t>
        </w:r>
        <w:r w:rsidR="00183123" w:rsidRPr="009F6E8B">
          <w:rPr>
            <w:rStyle w:val="aff8"/>
            <w:rFonts w:ascii="Times New Roman" w:eastAsia="Times New Roman" w:hAnsi="Times New Roman"/>
            <w:sz w:val="24"/>
            <w:lang w:val="ru-RU"/>
          </w:rPr>
          <w:t>.</w:t>
        </w:r>
        <w:r w:rsidR="00183123" w:rsidRPr="009F6E8B">
          <w:rPr>
            <w:rStyle w:val="aff8"/>
            <w:rFonts w:ascii="Times New Roman" w:eastAsia="Times New Roman" w:hAnsi="Times New Roman"/>
            <w:sz w:val="24"/>
          </w:rPr>
          <w:t>school</w:t>
        </w:r>
        <w:r w:rsidR="00183123" w:rsidRPr="009F6E8B">
          <w:rPr>
            <w:rStyle w:val="aff8"/>
            <w:rFonts w:ascii="Times New Roman" w:eastAsia="Times New Roman" w:hAnsi="Times New Roman"/>
            <w:sz w:val="24"/>
            <w:lang w:val="ru-RU"/>
          </w:rPr>
          <w:t>.</w:t>
        </w:r>
        <w:r w:rsidR="00183123" w:rsidRPr="009F6E8B">
          <w:rPr>
            <w:rStyle w:val="aff8"/>
            <w:rFonts w:ascii="Times New Roman" w:eastAsia="Times New Roman" w:hAnsi="Times New Roman"/>
            <w:sz w:val="24"/>
          </w:rPr>
          <w:t>edu</w:t>
        </w:r>
        <w:r w:rsidR="00183123" w:rsidRPr="009F6E8B">
          <w:rPr>
            <w:rStyle w:val="aff8"/>
            <w:rFonts w:ascii="Times New Roman" w:eastAsia="Times New Roman" w:hAnsi="Times New Roman"/>
            <w:sz w:val="24"/>
            <w:lang w:val="ru-RU"/>
          </w:rPr>
          <w:t>.</w:t>
        </w:r>
        <w:r w:rsidR="00183123" w:rsidRPr="009F6E8B">
          <w:rPr>
            <w:rStyle w:val="aff8"/>
            <w:rFonts w:ascii="Times New Roman" w:eastAsia="Times New Roman" w:hAnsi="Times New Roman"/>
            <w:sz w:val="24"/>
          </w:rPr>
          <w:t>ru</w:t>
        </w:r>
      </w:hyperlink>
      <w:r w:rsidR="00183123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9D1CFD">
        <w:rPr>
          <w:lang w:val="ru-RU"/>
        </w:rPr>
        <w:br/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 xml:space="preserve">9. Портал «Российское образование </w:t>
      </w:r>
      <w:hyperlink r:id="rId16" w:history="1">
        <w:r w:rsidR="00183123" w:rsidRPr="009F6E8B">
          <w:rPr>
            <w:rStyle w:val="aff8"/>
            <w:rFonts w:ascii="Times New Roman" w:eastAsia="Times New Roman" w:hAnsi="Times New Roman"/>
            <w:sz w:val="24"/>
          </w:rPr>
          <w:t>http</w:t>
        </w:r>
        <w:r w:rsidR="00183123" w:rsidRPr="009F6E8B">
          <w:rPr>
            <w:rStyle w:val="aff8"/>
            <w:rFonts w:ascii="Times New Roman" w:eastAsia="Times New Roman" w:hAnsi="Times New Roman"/>
            <w:sz w:val="24"/>
            <w:lang w:val="ru-RU"/>
          </w:rPr>
          <w:t>://</w:t>
        </w:r>
        <w:r w:rsidR="00183123" w:rsidRPr="009F6E8B">
          <w:rPr>
            <w:rStyle w:val="aff8"/>
            <w:rFonts w:ascii="Times New Roman" w:eastAsia="Times New Roman" w:hAnsi="Times New Roman"/>
            <w:sz w:val="24"/>
          </w:rPr>
          <w:t>www</w:t>
        </w:r>
        <w:r w:rsidR="00183123" w:rsidRPr="009F6E8B">
          <w:rPr>
            <w:rStyle w:val="aff8"/>
            <w:rFonts w:ascii="Times New Roman" w:eastAsia="Times New Roman" w:hAnsi="Times New Roman"/>
            <w:sz w:val="24"/>
            <w:lang w:val="ru-RU"/>
          </w:rPr>
          <w:t>.</w:t>
        </w:r>
        <w:r w:rsidR="00183123" w:rsidRPr="009F6E8B">
          <w:rPr>
            <w:rStyle w:val="aff8"/>
            <w:rFonts w:ascii="Times New Roman" w:eastAsia="Times New Roman" w:hAnsi="Times New Roman"/>
            <w:sz w:val="24"/>
          </w:rPr>
          <w:t>edu</w:t>
        </w:r>
        <w:r w:rsidR="00183123" w:rsidRPr="009F6E8B">
          <w:rPr>
            <w:rStyle w:val="aff8"/>
            <w:rFonts w:ascii="Times New Roman" w:eastAsia="Times New Roman" w:hAnsi="Times New Roman"/>
            <w:sz w:val="24"/>
            <w:lang w:val="ru-RU"/>
          </w:rPr>
          <w:t>.</w:t>
        </w:r>
        <w:proofErr w:type="spellStart"/>
        <w:r w:rsidR="00183123" w:rsidRPr="009F6E8B">
          <w:rPr>
            <w:rStyle w:val="aff8"/>
            <w:rFonts w:ascii="Times New Roman" w:eastAsia="Times New Roman" w:hAnsi="Times New Roman"/>
            <w:sz w:val="24"/>
          </w:rPr>
          <w:t>ru</w:t>
        </w:r>
        <w:proofErr w:type="spellEnd"/>
      </w:hyperlink>
      <w:r w:rsidR="00183123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</w:p>
    <w:p w:rsidR="008D72F2" w:rsidRPr="009D1CFD" w:rsidRDefault="00953D61">
      <w:pPr>
        <w:autoSpaceDE w:val="0"/>
        <w:autoSpaceDN w:val="0"/>
        <w:spacing w:before="262" w:after="0" w:line="230" w:lineRule="auto"/>
        <w:rPr>
          <w:lang w:val="ru-RU"/>
        </w:rPr>
      </w:pPr>
      <w:r w:rsidRPr="009D1CFD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183123" w:rsidRDefault="00183123">
      <w:pPr>
        <w:autoSpaceDE w:val="0"/>
        <w:autoSpaceDN w:val="0"/>
        <w:spacing w:before="166" w:after="0" w:line="286" w:lineRule="auto"/>
        <w:rPr>
          <w:rFonts w:ascii="Times New Roman" w:eastAsia="Times New Roman" w:hAnsi="Times New Roman"/>
          <w:color w:val="000000"/>
          <w:sz w:val="24"/>
          <w:lang w:val="ru-RU"/>
        </w:rPr>
      </w:pPr>
      <w:hyperlink r:id="rId17" w:history="1">
        <w:r w:rsidRPr="009F6E8B">
          <w:rPr>
            <w:rStyle w:val="aff8"/>
            <w:rFonts w:ascii="Times New Roman" w:eastAsia="Times New Roman" w:hAnsi="Times New Roman"/>
            <w:sz w:val="24"/>
          </w:rPr>
          <w:t>http</w:t>
        </w:r>
        <w:r w:rsidRPr="009F6E8B">
          <w:rPr>
            <w:rStyle w:val="aff8"/>
            <w:rFonts w:ascii="Times New Roman" w:eastAsia="Times New Roman" w:hAnsi="Times New Roman"/>
            <w:sz w:val="24"/>
            <w:lang w:val="ru-RU"/>
          </w:rPr>
          <w:t>://</w:t>
        </w:r>
        <w:r w:rsidRPr="009F6E8B">
          <w:rPr>
            <w:rStyle w:val="aff8"/>
            <w:rFonts w:ascii="Times New Roman" w:eastAsia="Times New Roman" w:hAnsi="Times New Roman"/>
            <w:sz w:val="24"/>
          </w:rPr>
          <w:t>www</w:t>
        </w:r>
        <w:r w:rsidRPr="009F6E8B">
          <w:rPr>
            <w:rStyle w:val="aff8"/>
            <w:rFonts w:ascii="Times New Roman" w:eastAsia="Times New Roman" w:hAnsi="Times New Roman"/>
            <w:sz w:val="24"/>
            <w:lang w:val="ru-RU"/>
          </w:rPr>
          <w:t>.</w:t>
        </w:r>
        <w:r w:rsidRPr="009F6E8B">
          <w:rPr>
            <w:rStyle w:val="aff8"/>
            <w:rFonts w:ascii="Times New Roman" w:eastAsia="Times New Roman" w:hAnsi="Times New Roman"/>
            <w:sz w:val="24"/>
          </w:rPr>
          <w:t>muz</w:t>
        </w:r>
        <w:r w:rsidRPr="009F6E8B">
          <w:rPr>
            <w:rStyle w:val="aff8"/>
            <w:rFonts w:ascii="Times New Roman" w:eastAsia="Times New Roman" w:hAnsi="Times New Roman"/>
            <w:sz w:val="24"/>
            <w:lang w:val="ru-RU"/>
          </w:rPr>
          <w:t>-</w:t>
        </w:r>
        <w:r w:rsidRPr="009F6E8B">
          <w:rPr>
            <w:rStyle w:val="aff8"/>
            <w:rFonts w:ascii="Times New Roman" w:eastAsia="Times New Roman" w:hAnsi="Times New Roman"/>
            <w:sz w:val="24"/>
          </w:rPr>
          <w:t>urok</w:t>
        </w:r>
        <w:r w:rsidRPr="009F6E8B">
          <w:rPr>
            <w:rStyle w:val="aff8"/>
            <w:rFonts w:ascii="Times New Roman" w:eastAsia="Times New Roman" w:hAnsi="Times New Roman"/>
            <w:sz w:val="24"/>
            <w:lang w:val="ru-RU"/>
          </w:rPr>
          <w:t>.</w:t>
        </w:r>
        <w:r w:rsidRPr="009F6E8B">
          <w:rPr>
            <w:rStyle w:val="aff8"/>
            <w:rFonts w:ascii="Times New Roman" w:eastAsia="Times New Roman" w:hAnsi="Times New Roman"/>
            <w:sz w:val="24"/>
          </w:rPr>
          <w:t>ru</w:t>
        </w:r>
        <w:r w:rsidRPr="009F6E8B">
          <w:rPr>
            <w:rStyle w:val="aff8"/>
            <w:rFonts w:ascii="Times New Roman" w:eastAsia="Times New Roman" w:hAnsi="Times New Roman"/>
            <w:sz w:val="24"/>
            <w:lang w:val="ru-RU"/>
          </w:rPr>
          <w:t>/</w:t>
        </w:r>
        <w:r w:rsidRPr="009F6E8B">
          <w:rPr>
            <w:rStyle w:val="aff8"/>
            <w:rFonts w:ascii="Times New Roman" w:eastAsia="Times New Roman" w:hAnsi="Times New Roman"/>
            <w:sz w:val="24"/>
          </w:rPr>
          <w:t>index</w:t>
        </w:r>
        <w:r w:rsidRPr="009F6E8B">
          <w:rPr>
            <w:rStyle w:val="aff8"/>
            <w:rFonts w:ascii="Times New Roman" w:eastAsia="Times New Roman" w:hAnsi="Times New Roman"/>
            <w:sz w:val="24"/>
            <w:lang w:val="ru-RU"/>
          </w:rPr>
          <w:t>.</w:t>
        </w:r>
        <w:r w:rsidRPr="009F6E8B">
          <w:rPr>
            <w:rStyle w:val="aff8"/>
            <w:rFonts w:ascii="Times New Roman" w:eastAsia="Times New Roman" w:hAnsi="Times New Roman"/>
            <w:sz w:val="24"/>
          </w:rPr>
          <w:t>htm</w:t>
        </w:r>
      </w:hyperlink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="00953D61" w:rsidRPr="009D1CFD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="00953D61" w:rsidRPr="009D1CFD">
        <w:rPr>
          <w:lang w:val="ru-RU"/>
        </w:rPr>
        <w:br/>
      </w:r>
      <w:hyperlink r:id="rId18" w:history="1">
        <w:r w:rsidRPr="009F6E8B">
          <w:rPr>
            <w:rStyle w:val="aff8"/>
            <w:rFonts w:ascii="Times New Roman" w:eastAsia="Times New Roman" w:hAnsi="Times New Roman"/>
            <w:sz w:val="24"/>
          </w:rPr>
          <w:t>http</w:t>
        </w:r>
        <w:r w:rsidRPr="009F6E8B">
          <w:rPr>
            <w:rStyle w:val="aff8"/>
            <w:rFonts w:ascii="Times New Roman" w:eastAsia="Times New Roman" w:hAnsi="Times New Roman"/>
            <w:sz w:val="24"/>
            <w:lang w:val="ru-RU"/>
          </w:rPr>
          <w:t>://</w:t>
        </w:r>
        <w:r w:rsidRPr="009F6E8B">
          <w:rPr>
            <w:rStyle w:val="aff8"/>
            <w:rFonts w:ascii="Times New Roman" w:eastAsia="Times New Roman" w:hAnsi="Times New Roman"/>
            <w:sz w:val="24"/>
          </w:rPr>
          <w:t>www</w:t>
        </w:r>
        <w:r w:rsidRPr="009F6E8B">
          <w:rPr>
            <w:rStyle w:val="aff8"/>
            <w:rFonts w:ascii="Times New Roman" w:eastAsia="Times New Roman" w:hAnsi="Times New Roman"/>
            <w:sz w:val="24"/>
            <w:lang w:val="ru-RU"/>
          </w:rPr>
          <w:t>.</w:t>
        </w:r>
        <w:r w:rsidRPr="009F6E8B">
          <w:rPr>
            <w:rStyle w:val="aff8"/>
            <w:rFonts w:ascii="Times New Roman" w:eastAsia="Times New Roman" w:hAnsi="Times New Roman"/>
            <w:sz w:val="24"/>
          </w:rPr>
          <w:t>muzzal</w:t>
        </w:r>
        <w:r w:rsidRPr="009F6E8B">
          <w:rPr>
            <w:rStyle w:val="aff8"/>
            <w:rFonts w:ascii="Times New Roman" w:eastAsia="Times New Roman" w:hAnsi="Times New Roman"/>
            <w:sz w:val="24"/>
            <w:lang w:val="ru-RU"/>
          </w:rPr>
          <w:t>.</w:t>
        </w:r>
        <w:r w:rsidRPr="009F6E8B">
          <w:rPr>
            <w:rStyle w:val="aff8"/>
            <w:rFonts w:ascii="Times New Roman" w:eastAsia="Times New Roman" w:hAnsi="Times New Roman"/>
            <w:sz w:val="24"/>
          </w:rPr>
          <w:t>ru</w:t>
        </w:r>
        <w:r w:rsidRPr="009F6E8B">
          <w:rPr>
            <w:rStyle w:val="aff8"/>
            <w:rFonts w:ascii="Times New Roman" w:eastAsia="Times New Roman" w:hAnsi="Times New Roman"/>
            <w:sz w:val="24"/>
            <w:lang w:val="ru-RU"/>
          </w:rPr>
          <w:t>/</w:t>
        </w:r>
        <w:r w:rsidRPr="009F6E8B">
          <w:rPr>
            <w:rStyle w:val="aff8"/>
            <w:rFonts w:ascii="Times New Roman" w:eastAsia="Times New Roman" w:hAnsi="Times New Roman"/>
            <w:sz w:val="24"/>
          </w:rPr>
          <w:t>index</w:t>
        </w:r>
        <w:r w:rsidRPr="009F6E8B">
          <w:rPr>
            <w:rStyle w:val="aff8"/>
            <w:rFonts w:ascii="Times New Roman" w:eastAsia="Times New Roman" w:hAnsi="Times New Roman"/>
            <w:sz w:val="24"/>
            <w:lang w:val="ru-RU"/>
          </w:rPr>
          <w:t>.</w:t>
        </w:r>
        <w:r w:rsidRPr="009F6E8B">
          <w:rPr>
            <w:rStyle w:val="aff8"/>
            <w:rFonts w:ascii="Times New Roman" w:eastAsia="Times New Roman" w:hAnsi="Times New Roman"/>
            <w:sz w:val="24"/>
          </w:rPr>
          <w:t>htm</w:t>
        </w:r>
      </w:hyperlink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="00953D61" w:rsidRPr="009D1CFD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="00953D61" w:rsidRPr="009D1CFD">
        <w:rPr>
          <w:lang w:val="ru-RU"/>
        </w:rPr>
        <w:br/>
      </w:r>
      <w:hyperlink r:id="rId19" w:history="1">
        <w:r w:rsidRPr="009F6E8B">
          <w:rPr>
            <w:rStyle w:val="aff8"/>
            <w:rFonts w:ascii="Times New Roman" w:eastAsia="Times New Roman" w:hAnsi="Times New Roman"/>
            <w:sz w:val="24"/>
          </w:rPr>
          <w:t>http</w:t>
        </w:r>
        <w:r w:rsidRPr="009F6E8B">
          <w:rPr>
            <w:rStyle w:val="aff8"/>
            <w:rFonts w:ascii="Times New Roman" w:eastAsia="Times New Roman" w:hAnsi="Times New Roman"/>
            <w:sz w:val="24"/>
            <w:lang w:val="ru-RU"/>
          </w:rPr>
          <w:t>://</w:t>
        </w:r>
        <w:r w:rsidRPr="009F6E8B">
          <w:rPr>
            <w:rStyle w:val="aff8"/>
            <w:rFonts w:ascii="Times New Roman" w:eastAsia="Times New Roman" w:hAnsi="Times New Roman"/>
            <w:sz w:val="24"/>
          </w:rPr>
          <w:t>www</w:t>
        </w:r>
        <w:r w:rsidRPr="009F6E8B">
          <w:rPr>
            <w:rStyle w:val="aff8"/>
            <w:rFonts w:ascii="Times New Roman" w:eastAsia="Times New Roman" w:hAnsi="Times New Roman"/>
            <w:sz w:val="24"/>
            <w:lang w:val="ru-RU"/>
          </w:rPr>
          <w:t>.</w:t>
        </w:r>
        <w:r w:rsidRPr="009F6E8B">
          <w:rPr>
            <w:rStyle w:val="aff8"/>
            <w:rFonts w:ascii="Times New Roman" w:eastAsia="Times New Roman" w:hAnsi="Times New Roman"/>
            <w:sz w:val="24"/>
          </w:rPr>
          <w:t>kindermusic</w:t>
        </w:r>
        <w:r w:rsidRPr="009F6E8B">
          <w:rPr>
            <w:rStyle w:val="aff8"/>
            <w:rFonts w:ascii="Times New Roman" w:eastAsia="Times New Roman" w:hAnsi="Times New Roman"/>
            <w:sz w:val="24"/>
            <w:lang w:val="ru-RU"/>
          </w:rPr>
          <w:t>.</w:t>
        </w:r>
        <w:r w:rsidRPr="009F6E8B">
          <w:rPr>
            <w:rStyle w:val="aff8"/>
            <w:rFonts w:ascii="Times New Roman" w:eastAsia="Times New Roman" w:hAnsi="Times New Roman"/>
            <w:sz w:val="24"/>
          </w:rPr>
          <w:t>ru</w:t>
        </w:r>
        <w:r w:rsidRPr="009F6E8B">
          <w:rPr>
            <w:rStyle w:val="aff8"/>
            <w:rFonts w:ascii="Times New Roman" w:eastAsia="Times New Roman" w:hAnsi="Times New Roman"/>
            <w:sz w:val="24"/>
            <w:lang w:val="ru-RU"/>
          </w:rPr>
          <w:t>/</w:t>
        </w:r>
        <w:r w:rsidRPr="009F6E8B">
          <w:rPr>
            <w:rStyle w:val="aff8"/>
            <w:rFonts w:ascii="Times New Roman" w:eastAsia="Times New Roman" w:hAnsi="Times New Roman"/>
            <w:sz w:val="24"/>
          </w:rPr>
          <w:t>detskie</w:t>
        </w:r>
        <w:r w:rsidRPr="009F6E8B">
          <w:rPr>
            <w:rStyle w:val="aff8"/>
            <w:rFonts w:ascii="Times New Roman" w:eastAsia="Times New Roman" w:hAnsi="Times New Roman"/>
            <w:sz w:val="24"/>
            <w:lang w:val="ru-RU"/>
          </w:rPr>
          <w:t>_</w:t>
        </w:r>
        <w:r w:rsidRPr="009F6E8B">
          <w:rPr>
            <w:rStyle w:val="aff8"/>
            <w:rFonts w:ascii="Times New Roman" w:eastAsia="Times New Roman" w:hAnsi="Times New Roman"/>
            <w:sz w:val="24"/>
          </w:rPr>
          <w:t>pesni</w:t>
        </w:r>
        <w:r w:rsidRPr="009F6E8B">
          <w:rPr>
            <w:rStyle w:val="aff8"/>
            <w:rFonts w:ascii="Times New Roman" w:eastAsia="Times New Roman" w:hAnsi="Times New Roman"/>
            <w:sz w:val="24"/>
            <w:lang w:val="ru-RU"/>
          </w:rPr>
          <w:t>.</w:t>
        </w:r>
        <w:r w:rsidRPr="009F6E8B">
          <w:rPr>
            <w:rStyle w:val="aff8"/>
            <w:rFonts w:ascii="Times New Roman" w:eastAsia="Times New Roman" w:hAnsi="Times New Roman"/>
            <w:sz w:val="24"/>
          </w:rPr>
          <w:t>htm</w:t>
        </w:r>
      </w:hyperlink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="00953D61" w:rsidRPr="009D1CFD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="00953D61" w:rsidRPr="009D1CFD">
        <w:rPr>
          <w:lang w:val="ru-RU"/>
        </w:rPr>
        <w:br/>
      </w:r>
      <w:r w:rsidR="00953D61">
        <w:rPr>
          <w:rFonts w:ascii="Times New Roman" w:eastAsia="Times New Roman" w:hAnsi="Times New Roman"/>
          <w:color w:val="000000"/>
          <w:sz w:val="24"/>
        </w:rPr>
        <w:t>http</w:t>
      </w:r>
      <w:r w:rsidR="00953D61" w:rsidRPr="009D1CFD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 w:rsidR="00953D61">
        <w:rPr>
          <w:rFonts w:ascii="Times New Roman" w:eastAsia="Times New Roman" w:hAnsi="Times New Roman"/>
          <w:color w:val="000000"/>
          <w:sz w:val="24"/>
        </w:rPr>
        <w:t>bi</w:t>
      </w:r>
      <w:r w:rsidR="00953D61" w:rsidRPr="009D1CFD">
        <w:rPr>
          <w:rFonts w:ascii="Times New Roman" w:eastAsia="Times New Roman" w:hAnsi="Times New Roman"/>
          <w:color w:val="000000"/>
          <w:sz w:val="24"/>
          <w:lang w:val="ru-RU"/>
        </w:rPr>
        <w:t>2</w:t>
      </w:r>
      <w:r w:rsidR="00953D61">
        <w:rPr>
          <w:rFonts w:ascii="Times New Roman" w:eastAsia="Times New Roman" w:hAnsi="Times New Roman"/>
          <w:color w:val="000000"/>
          <w:sz w:val="24"/>
        </w:rPr>
        <w:t>o</w:t>
      </w:r>
      <w:r w:rsidR="00953D61" w:rsidRPr="009D1CFD">
        <w:rPr>
          <w:rFonts w:ascii="Times New Roman" w:eastAsia="Times New Roman" w:hAnsi="Times New Roman"/>
          <w:color w:val="000000"/>
          <w:sz w:val="24"/>
          <w:lang w:val="ru-RU"/>
        </w:rPr>
        <w:t>2</w:t>
      </w:r>
      <w:r w:rsidR="00953D61">
        <w:rPr>
          <w:rFonts w:ascii="Times New Roman" w:eastAsia="Times New Roman" w:hAnsi="Times New Roman"/>
          <w:color w:val="000000"/>
          <w:sz w:val="24"/>
        </w:rPr>
        <w:t>t</w:t>
      </w:r>
      <w:r w:rsidR="00953D61" w:rsidRPr="009D1CF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 w:rsidR="00953D61">
        <w:rPr>
          <w:rFonts w:ascii="Times New Roman" w:eastAsia="Times New Roman" w:hAnsi="Times New Roman"/>
          <w:color w:val="000000"/>
          <w:sz w:val="24"/>
        </w:rPr>
        <w:t>ru</w:t>
      </w:r>
      <w:r w:rsidR="00953D61" w:rsidRPr="009D1CFD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 w:rsidR="00953D61">
        <w:rPr>
          <w:rFonts w:ascii="Times New Roman" w:eastAsia="Times New Roman" w:hAnsi="Times New Roman"/>
          <w:color w:val="000000"/>
          <w:sz w:val="24"/>
        </w:rPr>
        <w:t>training</w:t>
      </w:r>
      <w:r w:rsidR="00953D61" w:rsidRPr="009D1CFD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 w:rsidR="00953D61">
        <w:rPr>
          <w:rFonts w:ascii="Times New Roman" w:eastAsia="Times New Roman" w:hAnsi="Times New Roman"/>
          <w:color w:val="000000"/>
          <w:sz w:val="24"/>
        </w:rPr>
        <w:t>sub</w:t>
      </w:r>
      <w:r w:rsidR="00953D61" w:rsidRPr="009D1CFD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hyperlink r:id="rId20" w:history="1">
        <w:r w:rsidRPr="009F6E8B">
          <w:rPr>
            <w:rStyle w:val="aff8"/>
            <w:rFonts w:ascii="Times New Roman" w:eastAsia="Times New Roman" w:hAnsi="Times New Roman"/>
            <w:sz w:val="24"/>
          </w:rPr>
          <w:t>https</w:t>
        </w:r>
        <w:r w:rsidRPr="009F6E8B">
          <w:rPr>
            <w:rStyle w:val="aff8"/>
            <w:rFonts w:ascii="Times New Roman" w:eastAsia="Times New Roman" w:hAnsi="Times New Roman"/>
            <w:sz w:val="24"/>
            <w:lang w:val="ru-RU"/>
          </w:rPr>
          <w:t>://</w:t>
        </w:r>
        <w:r w:rsidRPr="009F6E8B">
          <w:rPr>
            <w:rStyle w:val="aff8"/>
            <w:rFonts w:ascii="Times New Roman" w:eastAsia="Times New Roman" w:hAnsi="Times New Roman"/>
            <w:sz w:val="24"/>
          </w:rPr>
          <w:t>www</w:t>
        </w:r>
        <w:r w:rsidRPr="009F6E8B">
          <w:rPr>
            <w:rStyle w:val="aff8"/>
            <w:rFonts w:ascii="Times New Roman" w:eastAsia="Times New Roman" w:hAnsi="Times New Roman"/>
            <w:sz w:val="24"/>
            <w:lang w:val="ru-RU"/>
          </w:rPr>
          <w:t>.</w:t>
        </w:r>
        <w:proofErr w:type="spellStart"/>
        <w:r w:rsidRPr="009F6E8B">
          <w:rPr>
            <w:rStyle w:val="aff8"/>
            <w:rFonts w:ascii="Times New Roman" w:eastAsia="Times New Roman" w:hAnsi="Times New Roman"/>
            <w:sz w:val="24"/>
          </w:rPr>
          <w:t>soloveycenter</w:t>
        </w:r>
        <w:proofErr w:type="spellEnd"/>
        <w:r w:rsidRPr="009F6E8B">
          <w:rPr>
            <w:rStyle w:val="aff8"/>
            <w:rFonts w:ascii="Times New Roman" w:eastAsia="Times New Roman" w:hAnsi="Times New Roman"/>
            <w:sz w:val="24"/>
            <w:lang w:val="ru-RU"/>
          </w:rPr>
          <w:t>.</w:t>
        </w:r>
        <w:r w:rsidRPr="009F6E8B">
          <w:rPr>
            <w:rStyle w:val="aff8"/>
            <w:rFonts w:ascii="Times New Roman" w:eastAsia="Times New Roman" w:hAnsi="Times New Roman"/>
            <w:sz w:val="24"/>
          </w:rPr>
          <w:t>pro</w:t>
        </w:r>
        <w:r w:rsidRPr="009F6E8B">
          <w:rPr>
            <w:rStyle w:val="aff8"/>
            <w:rFonts w:ascii="Times New Roman" w:eastAsia="Times New Roman" w:hAnsi="Times New Roman"/>
            <w:sz w:val="24"/>
            <w:lang w:val="ru-RU"/>
          </w:rPr>
          <w:t>/</w:t>
        </w:r>
      </w:hyperlink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="00953D61" w:rsidRPr="009D1CFD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</w:p>
    <w:p w:rsidR="00183123" w:rsidRDefault="00953D61" w:rsidP="00183123">
      <w:pPr>
        <w:autoSpaceDE w:val="0"/>
        <w:autoSpaceDN w:val="0"/>
        <w:spacing w:after="0" w:line="286" w:lineRule="auto"/>
        <w:rPr>
          <w:rFonts w:ascii="Times New Roman" w:eastAsia="Times New Roman" w:hAnsi="Times New Roman"/>
          <w:color w:val="000000"/>
          <w:sz w:val="24"/>
          <w:lang w:val="ru-RU"/>
        </w:rPr>
      </w:pPr>
      <w:r>
        <w:rPr>
          <w:rFonts w:ascii="Times New Roman" w:eastAsia="Times New Roman" w:hAnsi="Times New Roman"/>
          <w:color w:val="000000"/>
          <w:sz w:val="24"/>
        </w:rPr>
        <w:t>https</w:t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onlyege</w:t>
      </w:r>
      <w:proofErr w:type="spellEnd"/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ege</w:t>
      </w:r>
      <w:proofErr w:type="spellEnd"/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vpr</w:t>
      </w:r>
      <w:proofErr w:type="spellEnd"/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>-4/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vpr</w:t>
      </w:r>
      <w:proofErr w:type="spellEnd"/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matematika</w:t>
      </w:r>
      <w:proofErr w:type="spellEnd"/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 xml:space="preserve">-4/ </w:t>
      </w:r>
      <w:hyperlink r:id="rId21" w:history="1">
        <w:r w:rsidR="00183123" w:rsidRPr="009F6E8B">
          <w:rPr>
            <w:rStyle w:val="aff8"/>
            <w:rFonts w:ascii="Times New Roman" w:eastAsia="Times New Roman" w:hAnsi="Times New Roman"/>
            <w:sz w:val="24"/>
          </w:rPr>
          <w:t>https</w:t>
        </w:r>
        <w:r w:rsidR="00183123" w:rsidRPr="009F6E8B">
          <w:rPr>
            <w:rStyle w:val="aff8"/>
            <w:rFonts w:ascii="Times New Roman" w:eastAsia="Times New Roman" w:hAnsi="Times New Roman"/>
            <w:sz w:val="24"/>
            <w:lang w:val="ru-RU"/>
          </w:rPr>
          <w:t>://</w:t>
        </w:r>
        <w:r w:rsidR="00183123" w:rsidRPr="009F6E8B">
          <w:rPr>
            <w:rStyle w:val="aff8"/>
            <w:rFonts w:ascii="Times New Roman" w:eastAsia="Times New Roman" w:hAnsi="Times New Roman"/>
            <w:sz w:val="24"/>
          </w:rPr>
          <w:t>onlinetestpad</w:t>
        </w:r>
        <w:r w:rsidR="00183123" w:rsidRPr="009F6E8B">
          <w:rPr>
            <w:rStyle w:val="aff8"/>
            <w:rFonts w:ascii="Times New Roman" w:eastAsia="Times New Roman" w:hAnsi="Times New Roman"/>
            <w:sz w:val="24"/>
            <w:lang w:val="ru-RU"/>
          </w:rPr>
          <w:t>.</w:t>
        </w:r>
        <w:r w:rsidR="00183123" w:rsidRPr="009F6E8B">
          <w:rPr>
            <w:rStyle w:val="aff8"/>
            <w:rFonts w:ascii="Times New Roman" w:eastAsia="Times New Roman" w:hAnsi="Times New Roman"/>
            <w:sz w:val="24"/>
          </w:rPr>
          <w:t>com</w:t>
        </w:r>
        <w:r w:rsidR="00183123" w:rsidRPr="009F6E8B">
          <w:rPr>
            <w:rStyle w:val="aff8"/>
            <w:rFonts w:ascii="Times New Roman" w:eastAsia="Times New Roman" w:hAnsi="Times New Roman"/>
            <w:sz w:val="24"/>
            <w:lang w:val="ru-RU"/>
          </w:rPr>
          <w:t>/</w:t>
        </w:r>
        <w:r w:rsidR="00183123" w:rsidRPr="009F6E8B">
          <w:rPr>
            <w:rStyle w:val="aff8"/>
            <w:rFonts w:ascii="Times New Roman" w:eastAsia="Times New Roman" w:hAnsi="Times New Roman"/>
            <w:sz w:val="24"/>
          </w:rPr>
          <w:t>ru</w:t>
        </w:r>
        <w:r w:rsidR="00183123" w:rsidRPr="009F6E8B">
          <w:rPr>
            <w:rStyle w:val="aff8"/>
            <w:rFonts w:ascii="Times New Roman" w:eastAsia="Times New Roman" w:hAnsi="Times New Roman"/>
            <w:sz w:val="24"/>
            <w:lang w:val="ru-RU"/>
          </w:rPr>
          <w:t>/</w:t>
        </w:r>
        <w:r w:rsidR="00183123" w:rsidRPr="009F6E8B">
          <w:rPr>
            <w:rStyle w:val="aff8"/>
            <w:rFonts w:ascii="Times New Roman" w:eastAsia="Times New Roman" w:hAnsi="Times New Roman"/>
            <w:sz w:val="24"/>
          </w:rPr>
          <w:t>tests</w:t>
        </w:r>
      </w:hyperlink>
      <w:r w:rsidR="00183123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hyperlink r:id="rId22" w:history="1">
        <w:r w:rsidR="00183123" w:rsidRPr="009F6E8B">
          <w:rPr>
            <w:rStyle w:val="aff8"/>
            <w:rFonts w:ascii="Times New Roman" w:eastAsia="Times New Roman" w:hAnsi="Times New Roman"/>
            <w:sz w:val="24"/>
          </w:rPr>
          <w:t>https</w:t>
        </w:r>
        <w:r w:rsidR="00183123" w:rsidRPr="009F6E8B">
          <w:rPr>
            <w:rStyle w:val="aff8"/>
            <w:rFonts w:ascii="Times New Roman" w:eastAsia="Times New Roman" w:hAnsi="Times New Roman"/>
            <w:sz w:val="24"/>
            <w:lang w:val="ru-RU"/>
          </w:rPr>
          <w:t>://</w:t>
        </w:r>
        <w:r w:rsidR="00183123" w:rsidRPr="009F6E8B">
          <w:rPr>
            <w:rStyle w:val="aff8"/>
            <w:rFonts w:ascii="Times New Roman" w:eastAsia="Times New Roman" w:hAnsi="Times New Roman"/>
            <w:sz w:val="24"/>
          </w:rPr>
          <w:t>www</w:t>
        </w:r>
        <w:r w:rsidR="00183123" w:rsidRPr="009F6E8B">
          <w:rPr>
            <w:rStyle w:val="aff8"/>
            <w:rFonts w:ascii="Times New Roman" w:eastAsia="Times New Roman" w:hAnsi="Times New Roman"/>
            <w:sz w:val="24"/>
            <w:lang w:val="ru-RU"/>
          </w:rPr>
          <w:t>.</w:t>
        </w:r>
        <w:r w:rsidR="00183123" w:rsidRPr="009F6E8B">
          <w:rPr>
            <w:rStyle w:val="aff8"/>
            <w:rFonts w:ascii="Times New Roman" w:eastAsia="Times New Roman" w:hAnsi="Times New Roman"/>
            <w:sz w:val="24"/>
          </w:rPr>
          <w:t>klass</w:t>
        </w:r>
        <w:r w:rsidR="00183123" w:rsidRPr="009F6E8B">
          <w:rPr>
            <w:rStyle w:val="aff8"/>
            <w:rFonts w:ascii="Times New Roman" w:eastAsia="Times New Roman" w:hAnsi="Times New Roman"/>
            <w:sz w:val="24"/>
            <w:lang w:val="ru-RU"/>
          </w:rPr>
          <w:t>39.</w:t>
        </w:r>
        <w:r w:rsidR="00183123" w:rsidRPr="009F6E8B">
          <w:rPr>
            <w:rStyle w:val="aff8"/>
            <w:rFonts w:ascii="Times New Roman" w:eastAsia="Times New Roman" w:hAnsi="Times New Roman"/>
            <w:sz w:val="24"/>
          </w:rPr>
          <w:t>ru</w:t>
        </w:r>
        <w:r w:rsidR="00183123" w:rsidRPr="009F6E8B">
          <w:rPr>
            <w:rStyle w:val="aff8"/>
            <w:rFonts w:ascii="Times New Roman" w:eastAsia="Times New Roman" w:hAnsi="Times New Roman"/>
            <w:sz w:val="24"/>
            <w:lang w:val="ru-RU"/>
          </w:rPr>
          <w:t>/</w:t>
        </w:r>
        <w:r w:rsidR="00183123" w:rsidRPr="009F6E8B">
          <w:rPr>
            <w:rStyle w:val="aff8"/>
            <w:rFonts w:ascii="Times New Roman" w:eastAsia="Times New Roman" w:hAnsi="Times New Roman"/>
            <w:sz w:val="24"/>
          </w:rPr>
          <w:t>klassnye</w:t>
        </w:r>
        <w:r w:rsidR="00183123" w:rsidRPr="009F6E8B">
          <w:rPr>
            <w:rStyle w:val="aff8"/>
            <w:rFonts w:ascii="Times New Roman" w:eastAsia="Times New Roman" w:hAnsi="Times New Roman"/>
            <w:sz w:val="24"/>
            <w:lang w:val="ru-RU"/>
          </w:rPr>
          <w:t>-</w:t>
        </w:r>
        <w:r w:rsidR="00183123" w:rsidRPr="009F6E8B">
          <w:rPr>
            <w:rStyle w:val="aff8"/>
            <w:rFonts w:ascii="Times New Roman" w:eastAsia="Times New Roman" w:hAnsi="Times New Roman"/>
            <w:sz w:val="24"/>
          </w:rPr>
          <w:t>resursy</w:t>
        </w:r>
        <w:r w:rsidR="00183123" w:rsidRPr="009F6E8B">
          <w:rPr>
            <w:rStyle w:val="aff8"/>
            <w:rFonts w:ascii="Times New Roman" w:eastAsia="Times New Roman" w:hAnsi="Times New Roman"/>
            <w:sz w:val="24"/>
            <w:lang w:val="ru-RU"/>
          </w:rPr>
          <w:t>/</w:t>
        </w:r>
      </w:hyperlink>
      <w:r w:rsidR="00183123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</w:p>
    <w:p w:rsidR="008D72F2" w:rsidRPr="009D1CFD" w:rsidRDefault="00953D61" w:rsidP="00183123">
      <w:pPr>
        <w:autoSpaceDE w:val="0"/>
        <w:autoSpaceDN w:val="0"/>
        <w:spacing w:after="0" w:line="286" w:lineRule="auto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</w:rPr>
        <w:t>https</w:t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uchportal</w:t>
      </w:r>
      <w:proofErr w:type="spellEnd"/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load</w:t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 xml:space="preserve">/47-2-2 </w:t>
      </w:r>
      <w:hyperlink r:id="rId23" w:history="1">
        <w:r w:rsidR="00183123" w:rsidRPr="009F6E8B">
          <w:rPr>
            <w:rStyle w:val="aff8"/>
            <w:rFonts w:ascii="Times New Roman" w:eastAsia="Times New Roman" w:hAnsi="Times New Roman"/>
            <w:sz w:val="24"/>
          </w:rPr>
          <w:t>http</w:t>
        </w:r>
        <w:r w:rsidR="00183123" w:rsidRPr="009F6E8B">
          <w:rPr>
            <w:rStyle w:val="aff8"/>
            <w:rFonts w:ascii="Times New Roman" w:eastAsia="Times New Roman" w:hAnsi="Times New Roman"/>
            <w:sz w:val="24"/>
            <w:lang w:val="ru-RU"/>
          </w:rPr>
          <w:t>://</w:t>
        </w:r>
        <w:r w:rsidR="00183123" w:rsidRPr="009F6E8B">
          <w:rPr>
            <w:rStyle w:val="aff8"/>
            <w:rFonts w:ascii="Times New Roman" w:eastAsia="Times New Roman" w:hAnsi="Times New Roman"/>
            <w:sz w:val="24"/>
          </w:rPr>
          <w:t>school</w:t>
        </w:r>
        <w:r w:rsidR="00183123" w:rsidRPr="009F6E8B">
          <w:rPr>
            <w:rStyle w:val="aff8"/>
            <w:rFonts w:ascii="Times New Roman" w:eastAsia="Times New Roman" w:hAnsi="Times New Roman"/>
            <w:sz w:val="24"/>
            <w:lang w:val="ru-RU"/>
          </w:rPr>
          <w:t>-</w:t>
        </w:r>
        <w:r w:rsidR="00183123" w:rsidRPr="009F6E8B">
          <w:rPr>
            <w:rStyle w:val="aff8"/>
            <w:rFonts w:ascii="Times New Roman" w:eastAsia="Times New Roman" w:hAnsi="Times New Roman"/>
            <w:sz w:val="24"/>
          </w:rPr>
          <w:t>collection</w:t>
        </w:r>
        <w:r w:rsidR="00183123" w:rsidRPr="009F6E8B">
          <w:rPr>
            <w:rStyle w:val="aff8"/>
            <w:rFonts w:ascii="Times New Roman" w:eastAsia="Times New Roman" w:hAnsi="Times New Roman"/>
            <w:sz w:val="24"/>
            <w:lang w:val="ru-RU"/>
          </w:rPr>
          <w:t>.</w:t>
        </w:r>
        <w:r w:rsidR="00183123" w:rsidRPr="009F6E8B">
          <w:rPr>
            <w:rStyle w:val="aff8"/>
            <w:rFonts w:ascii="Times New Roman" w:eastAsia="Times New Roman" w:hAnsi="Times New Roman"/>
            <w:sz w:val="24"/>
          </w:rPr>
          <w:t>edu</w:t>
        </w:r>
        <w:r w:rsidR="00183123" w:rsidRPr="009F6E8B">
          <w:rPr>
            <w:rStyle w:val="aff8"/>
            <w:rFonts w:ascii="Times New Roman" w:eastAsia="Times New Roman" w:hAnsi="Times New Roman"/>
            <w:sz w:val="24"/>
            <w:lang w:val="ru-RU"/>
          </w:rPr>
          <w:t>.</w:t>
        </w:r>
        <w:r w:rsidR="00183123" w:rsidRPr="009F6E8B">
          <w:rPr>
            <w:rStyle w:val="aff8"/>
            <w:rFonts w:ascii="Times New Roman" w:eastAsia="Times New Roman" w:hAnsi="Times New Roman"/>
            <w:sz w:val="24"/>
          </w:rPr>
          <w:t>ru</w:t>
        </w:r>
        <w:r w:rsidR="00183123" w:rsidRPr="009F6E8B">
          <w:rPr>
            <w:rStyle w:val="aff8"/>
            <w:rFonts w:ascii="Times New Roman" w:eastAsia="Times New Roman" w:hAnsi="Times New Roman"/>
            <w:sz w:val="24"/>
            <w:lang w:val="ru-RU"/>
          </w:rPr>
          <w:t>/</w:t>
        </w:r>
      </w:hyperlink>
      <w:r w:rsidR="00183123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9D1CFD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um</w:t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razum</w:t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load</w:t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uchebnye</w:t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>_</w:t>
      </w:r>
      <w:r>
        <w:rPr>
          <w:rFonts w:ascii="Times New Roman" w:eastAsia="Times New Roman" w:hAnsi="Times New Roman"/>
          <w:color w:val="000000"/>
          <w:sz w:val="24"/>
        </w:rPr>
        <w:t>prezentacii</w:t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nachalnaja</w:t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>_</w:t>
      </w:r>
      <w:r>
        <w:rPr>
          <w:rFonts w:ascii="Times New Roman" w:eastAsia="Times New Roman" w:hAnsi="Times New Roman"/>
          <w:color w:val="000000"/>
          <w:sz w:val="24"/>
        </w:rPr>
        <w:t>shkola</w:t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 xml:space="preserve">/18 </w:t>
      </w:r>
      <w:hyperlink r:id="rId24" w:history="1">
        <w:r w:rsidR="00183123" w:rsidRPr="009F6E8B">
          <w:rPr>
            <w:rStyle w:val="aff8"/>
            <w:rFonts w:ascii="Times New Roman" w:eastAsia="Times New Roman" w:hAnsi="Times New Roman"/>
            <w:sz w:val="24"/>
          </w:rPr>
          <w:t>http</w:t>
        </w:r>
        <w:r w:rsidR="00183123" w:rsidRPr="009F6E8B">
          <w:rPr>
            <w:rStyle w:val="aff8"/>
            <w:rFonts w:ascii="Times New Roman" w:eastAsia="Times New Roman" w:hAnsi="Times New Roman"/>
            <w:sz w:val="24"/>
            <w:lang w:val="ru-RU"/>
          </w:rPr>
          <w:t>://</w:t>
        </w:r>
        <w:r w:rsidR="00183123" w:rsidRPr="009F6E8B">
          <w:rPr>
            <w:rStyle w:val="aff8"/>
            <w:rFonts w:ascii="Times New Roman" w:eastAsia="Times New Roman" w:hAnsi="Times New Roman"/>
            <w:sz w:val="24"/>
          </w:rPr>
          <w:t>internet</w:t>
        </w:r>
        <w:r w:rsidR="00183123" w:rsidRPr="009F6E8B">
          <w:rPr>
            <w:rStyle w:val="aff8"/>
            <w:rFonts w:ascii="Times New Roman" w:eastAsia="Times New Roman" w:hAnsi="Times New Roman"/>
            <w:sz w:val="24"/>
            <w:lang w:val="ru-RU"/>
          </w:rPr>
          <w:t>.</w:t>
        </w:r>
        <w:r w:rsidR="00183123" w:rsidRPr="009F6E8B">
          <w:rPr>
            <w:rStyle w:val="aff8"/>
            <w:rFonts w:ascii="Times New Roman" w:eastAsia="Times New Roman" w:hAnsi="Times New Roman"/>
            <w:sz w:val="24"/>
          </w:rPr>
          <w:t>chgk</w:t>
        </w:r>
        <w:r w:rsidR="00183123" w:rsidRPr="009F6E8B">
          <w:rPr>
            <w:rStyle w:val="aff8"/>
            <w:rFonts w:ascii="Times New Roman" w:eastAsia="Times New Roman" w:hAnsi="Times New Roman"/>
            <w:sz w:val="24"/>
            <w:lang w:val="ru-RU"/>
          </w:rPr>
          <w:t>.</w:t>
        </w:r>
        <w:r w:rsidR="00183123" w:rsidRPr="009F6E8B">
          <w:rPr>
            <w:rStyle w:val="aff8"/>
            <w:rFonts w:ascii="Times New Roman" w:eastAsia="Times New Roman" w:hAnsi="Times New Roman"/>
            <w:sz w:val="24"/>
          </w:rPr>
          <w:t>info</w:t>
        </w:r>
        <w:r w:rsidR="00183123" w:rsidRPr="009F6E8B">
          <w:rPr>
            <w:rStyle w:val="aff8"/>
            <w:rFonts w:ascii="Times New Roman" w:eastAsia="Times New Roman" w:hAnsi="Times New Roman"/>
            <w:sz w:val="24"/>
            <w:lang w:val="ru-RU"/>
          </w:rPr>
          <w:t>/</w:t>
        </w:r>
      </w:hyperlink>
      <w:r w:rsidR="00183123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9D1CFD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vbg</w:t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>/~</w:t>
      </w:r>
      <w:r>
        <w:rPr>
          <w:rFonts w:ascii="Times New Roman" w:eastAsia="Times New Roman" w:hAnsi="Times New Roman"/>
          <w:color w:val="000000"/>
          <w:sz w:val="24"/>
        </w:rPr>
        <w:t>kvint</w:t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im</w:t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htm</w:t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creatingmusic</w:t>
      </w:r>
      <w:proofErr w:type="spellEnd"/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com</w:t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 xml:space="preserve">/ </w:t>
      </w:r>
      <w:hyperlink r:id="rId25" w:history="1">
        <w:r w:rsidR="00183123" w:rsidRPr="009F6E8B">
          <w:rPr>
            <w:rStyle w:val="aff8"/>
            <w:rFonts w:ascii="Times New Roman" w:eastAsia="Times New Roman" w:hAnsi="Times New Roman"/>
            <w:sz w:val="24"/>
          </w:rPr>
          <w:t>http</w:t>
        </w:r>
        <w:r w:rsidR="00183123" w:rsidRPr="009F6E8B">
          <w:rPr>
            <w:rStyle w:val="aff8"/>
            <w:rFonts w:ascii="Times New Roman" w:eastAsia="Times New Roman" w:hAnsi="Times New Roman"/>
            <w:sz w:val="24"/>
            <w:lang w:val="ru-RU"/>
          </w:rPr>
          <w:t>://</w:t>
        </w:r>
        <w:r w:rsidR="00183123" w:rsidRPr="009F6E8B">
          <w:rPr>
            <w:rStyle w:val="aff8"/>
            <w:rFonts w:ascii="Times New Roman" w:eastAsia="Times New Roman" w:hAnsi="Times New Roman"/>
            <w:sz w:val="24"/>
          </w:rPr>
          <w:t>music</w:t>
        </w:r>
        <w:r w:rsidR="00183123" w:rsidRPr="009F6E8B">
          <w:rPr>
            <w:rStyle w:val="aff8"/>
            <w:rFonts w:ascii="Times New Roman" w:eastAsia="Times New Roman" w:hAnsi="Times New Roman"/>
            <w:sz w:val="24"/>
            <w:lang w:val="ru-RU"/>
          </w:rPr>
          <w:t>.</w:t>
        </w:r>
        <w:proofErr w:type="spellStart"/>
        <w:r w:rsidR="00183123" w:rsidRPr="009F6E8B">
          <w:rPr>
            <w:rStyle w:val="aff8"/>
            <w:rFonts w:ascii="Times New Roman" w:eastAsia="Times New Roman" w:hAnsi="Times New Roman"/>
            <w:sz w:val="24"/>
          </w:rPr>
          <w:t>edu</w:t>
        </w:r>
        <w:proofErr w:type="spellEnd"/>
        <w:r w:rsidR="00183123" w:rsidRPr="009F6E8B">
          <w:rPr>
            <w:rStyle w:val="aff8"/>
            <w:rFonts w:ascii="Times New Roman" w:eastAsia="Times New Roman" w:hAnsi="Times New Roman"/>
            <w:sz w:val="24"/>
            <w:lang w:val="ru-RU"/>
          </w:rPr>
          <w:t>.</w:t>
        </w:r>
        <w:proofErr w:type="spellStart"/>
        <w:r w:rsidR="00183123" w:rsidRPr="009F6E8B">
          <w:rPr>
            <w:rStyle w:val="aff8"/>
            <w:rFonts w:ascii="Times New Roman" w:eastAsia="Times New Roman" w:hAnsi="Times New Roman"/>
            <w:sz w:val="24"/>
          </w:rPr>
          <w:t>ru</w:t>
        </w:r>
        <w:proofErr w:type="spellEnd"/>
        <w:r w:rsidR="00183123" w:rsidRPr="009F6E8B">
          <w:rPr>
            <w:rStyle w:val="aff8"/>
            <w:rFonts w:ascii="Times New Roman" w:eastAsia="Times New Roman" w:hAnsi="Times New Roman"/>
            <w:sz w:val="24"/>
            <w:lang w:val="ru-RU"/>
          </w:rPr>
          <w:t>/</w:t>
        </w:r>
      </w:hyperlink>
      <w:r w:rsidR="00183123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</w:p>
    <w:p w:rsidR="008D72F2" w:rsidRPr="009D1CFD" w:rsidRDefault="008D72F2">
      <w:pPr>
        <w:rPr>
          <w:lang w:val="ru-RU"/>
        </w:rPr>
        <w:sectPr w:rsidR="008D72F2" w:rsidRPr="009D1CFD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8D72F2" w:rsidRPr="009D1CFD" w:rsidRDefault="008D72F2">
      <w:pPr>
        <w:autoSpaceDE w:val="0"/>
        <w:autoSpaceDN w:val="0"/>
        <w:spacing w:after="78" w:line="220" w:lineRule="exact"/>
        <w:rPr>
          <w:lang w:val="ru-RU"/>
        </w:rPr>
      </w:pPr>
    </w:p>
    <w:p w:rsidR="008D72F2" w:rsidRPr="009D1CFD" w:rsidRDefault="00953D61">
      <w:pPr>
        <w:autoSpaceDE w:val="0"/>
        <w:autoSpaceDN w:val="0"/>
        <w:spacing w:after="0" w:line="230" w:lineRule="auto"/>
        <w:rPr>
          <w:lang w:val="ru-RU"/>
        </w:rPr>
      </w:pPr>
      <w:r w:rsidRPr="009D1CFD">
        <w:rPr>
          <w:rFonts w:ascii="Times New Roman" w:eastAsia="Times New Roman" w:hAnsi="Times New Roman"/>
          <w:b/>
          <w:color w:val="000000"/>
          <w:sz w:val="24"/>
          <w:lang w:val="ru-RU"/>
        </w:rPr>
        <w:t>МАТЕРИАЛЬНО-ТЕХНИЧЕСКОЕ ОБЕСПЕЧЕНИЕ ОБРАЗОВАТЕЛЬНОГО ПРОЦЕССА</w:t>
      </w:r>
    </w:p>
    <w:p w:rsidR="008D72F2" w:rsidRPr="009D1CFD" w:rsidRDefault="00953D61">
      <w:pPr>
        <w:autoSpaceDE w:val="0"/>
        <w:autoSpaceDN w:val="0"/>
        <w:spacing w:before="346" w:after="0" w:line="230" w:lineRule="auto"/>
        <w:rPr>
          <w:lang w:val="ru-RU"/>
        </w:rPr>
      </w:pPr>
      <w:r w:rsidRPr="009D1CFD">
        <w:rPr>
          <w:rFonts w:ascii="Times New Roman" w:eastAsia="Times New Roman" w:hAnsi="Times New Roman"/>
          <w:b/>
          <w:color w:val="000000"/>
          <w:sz w:val="24"/>
          <w:lang w:val="ru-RU"/>
        </w:rPr>
        <w:t>УЧЕБНОЕ ОБОРУДОВАНИЕ</w:t>
      </w:r>
    </w:p>
    <w:p w:rsidR="008D72F2" w:rsidRPr="009D1CFD" w:rsidRDefault="00953D61">
      <w:pPr>
        <w:autoSpaceDE w:val="0"/>
        <w:autoSpaceDN w:val="0"/>
        <w:spacing w:before="166" w:after="0" w:line="271" w:lineRule="auto"/>
        <w:ind w:right="3214"/>
        <w:jc w:val="both"/>
        <w:rPr>
          <w:lang w:val="ru-RU"/>
        </w:rPr>
      </w:pP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>Таблицы к основным разделам материала, содержащегося в программе. Наборы сюжетных (предметных) картинок в соответствии с тематикой. Ноутбук, колонки, проектор, экран.</w:t>
      </w:r>
    </w:p>
    <w:p w:rsidR="008D72F2" w:rsidRPr="009D1CFD" w:rsidRDefault="00953D61">
      <w:pPr>
        <w:autoSpaceDE w:val="0"/>
        <w:autoSpaceDN w:val="0"/>
        <w:spacing w:before="262" w:after="0" w:line="230" w:lineRule="auto"/>
        <w:rPr>
          <w:lang w:val="ru-RU"/>
        </w:rPr>
      </w:pPr>
      <w:r w:rsidRPr="009D1CF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ОБОРУДОВАНИЕ ДЛЯ </w:t>
      </w:r>
      <w:r w:rsidR="009D1CFD" w:rsidRPr="009D1CFD">
        <w:rPr>
          <w:rFonts w:ascii="Times New Roman" w:eastAsia="Times New Roman" w:hAnsi="Times New Roman"/>
          <w:b/>
          <w:color w:val="000000"/>
          <w:sz w:val="24"/>
          <w:lang w:val="ru-RU"/>
        </w:rPr>
        <w:t>ПРОВЕДЕНИЯ ПРАКТИЧЕСКИХ</w:t>
      </w:r>
      <w:r w:rsidRPr="009D1CF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РАБОТ</w:t>
      </w:r>
    </w:p>
    <w:p w:rsidR="00953D61" w:rsidRPr="009D1CFD" w:rsidRDefault="00953D61" w:rsidP="00C83C38">
      <w:pPr>
        <w:autoSpaceDE w:val="0"/>
        <w:autoSpaceDN w:val="0"/>
        <w:spacing w:before="166" w:after="0" w:line="281" w:lineRule="auto"/>
        <w:ind w:right="7776"/>
        <w:rPr>
          <w:lang w:val="ru-RU"/>
        </w:rPr>
      </w:pP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 xml:space="preserve">Классная магнитная доска </w:t>
      </w:r>
      <w:r w:rsidRPr="009D1CFD">
        <w:rPr>
          <w:lang w:val="ru-RU"/>
        </w:rPr>
        <w:br/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 xml:space="preserve">Колонки </w:t>
      </w:r>
      <w:r w:rsidRPr="009D1CFD">
        <w:rPr>
          <w:lang w:val="ru-RU"/>
        </w:rPr>
        <w:br/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 xml:space="preserve">Компьютер </w:t>
      </w:r>
      <w:r w:rsidRPr="009D1CFD">
        <w:rPr>
          <w:lang w:val="ru-RU"/>
        </w:rPr>
        <w:br/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 xml:space="preserve">Проектор </w:t>
      </w:r>
      <w:r w:rsidRPr="009D1CFD">
        <w:rPr>
          <w:lang w:val="ru-RU"/>
        </w:rPr>
        <w:br/>
      </w:r>
      <w:r w:rsidRPr="009D1CFD">
        <w:rPr>
          <w:rFonts w:ascii="Times New Roman" w:eastAsia="Times New Roman" w:hAnsi="Times New Roman"/>
          <w:color w:val="000000"/>
          <w:sz w:val="24"/>
          <w:lang w:val="ru-RU"/>
        </w:rPr>
        <w:t>Экран</w:t>
      </w:r>
      <w:bookmarkStart w:id="0" w:name="_GoBack"/>
      <w:bookmarkEnd w:id="0"/>
    </w:p>
    <w:sectPr w:rsidR="00953D61" w:rsidRPr="009D1CFD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719A" w:rsidRDefault="007A719A" w:rsidP="00183123">
      <w:pPr>
        <w:spacing w:after="0" w:line="240" w:lineRule="auto"/>
      </w:pPr>
      <w:r>
        <w:separator/>
      </w:r>
    </w:p>
  </w:endnote>
  <w:endnote w:type="continuationSeparator" w:id="0">
    <w:p w:rsidR="007A719A" w:rsidRDefault="007A719A" w:rsidP="001831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DejaVu Serif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719A" w:rsidRDefault="007A719A" w:rsidP="00183123">
      <w:pPr>
        <w:spacing w:after="0" w:line="240" w:lineRule="auto"/>
      </w:pPr>
      <w:r>
        <w:separator/>
      </w:r>
    </w:p>
  </w:footnote>
  <w:footnote w:type="continuationSeparator" w:id="0">
    <w:p w:rsidR="007A719A" w:rsidRDefault="007A719A" w:rsidP="001831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183123"/>
    <w:rsid w:val="0029639D"/>
    <w:rsid w:val="00326F90"/>
    <w:rsid w:val="007A719A"/>
    <w:rsid w:val="008D72F2"/>
    <w:rsid w:val="00953D61"/>
    <w:rsid w:val="009D1CFD"/>
    <w:rsid w:val="00AA1D8D"/>
    <w:rsid w:val="00B47730"/>
    <w:rsid w:val="00C83C38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941078"/>
  <w14:defaultImageDpi w14:val="300"/>
  <w15:docId w15:val="{1ADA0B9D-06F8-4D65-B7EC-614BE16FE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8">
    <w:name w:val="Hyperlink"/>
    <w:basedOn w:val="a2"/>
    <w:uiPriority w:val="99"/>
    <w:unhideWhenUsed/>
    <w:rsid w:val="0018312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indows.edu/ru" TargetMode="External"/><Relationship Id="rId13" Type="http://schemas.openxmlformats.org/officeDocument/2006/relationships/hyperlink" Target="http://www.metodkabinet.eu/" TargetMode="External"/><Relationship Id="rId18" Type="http://schemas.openxmlformats.org/officeDocument/2006/relationships/hyperlink" Target="http://www.muzzal.ru/index.htm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onlinetestpad.com/ru/tests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nachalka.com/biblioteka" TargetMode="External"/><Relationship Id="rId17" Type="http://schemas.openxmlformats.org/officeDocument/2006/relationships/hyperlink" Target="http://www.muz-urok.ru/index.htm" TargetMode="External"/><Relationship Id="rId25" Type="http://schemas.openxmlformats.org/officeDocument/2006/relationships/hyperlink" Target="http://music.edu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edu.ru" TargetMode="External"/><Relationship Id="rId20" Type="http://schemas.openxmlformats.org/officeDocument/2006/relationships/hyperlink" Target="https://www.soloveycenter.pro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katalog.iot.ru/" TargetMode="External"/><Relationship Id="rId24" Type="http://schemas.openxmlformats.org/officeDocument/2006/relationships/hyperlink" Target="http://internet.chgk.info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school.edu.ru" TargetMode="External"/><Relationship Id="rId23" Type="http://schemas.openxmlformats.org/officeDocument/2006/relationships/hyperlink" Target="http://school-collection.edu.ru/" TargetMode="External"/><Relationship Id="rId10" Type="http://schemas.openxmlformats.org/officeDocument/2006/relationships/hyperlink" Target="http://eor.edu.ru" TargetMode="External"/><Relationship Id="rId19" Type="http://schemas.openxmlformats.org/officeDocument/2006/relationships/hyperlink" Target="http://www.kindermusic.ru/detskie_pesni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chool-collektion.edu/ru" TargetMode="External"/><Relationship Id="rId14" Type="http://schemas.openxmlformats.org/officeDocument/2006/relationships/hyperlink" Target="http://catalog.iot.ru" TargetMode="External"/><Relationship Id="rId22" Type="http://schemas.openxmlformats.org/officeDocument/2006/relationships/hyperlink" Target="https://www.klass39.ru/klassnye-resursy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1CD7757-587B-4F9A-8B0C-41C0F7AE2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21</Pages>
  <Words>6551</Words>
  <Characters>37342</Characters>
  <Application>Microsoft Office Word</Application>
  <DocSecurity>0</DocSecurity>
  <Lines>311</Lines>
  <Paragraphs>87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43806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4</cp:revision>
  <dcterms:created xsi:type="dcterms:W3CDTF">2013-12-23T23:15:00Z</dcterms:created>
  <dcterms:modified xsi:type="dcterms:W3CDTF">2022-10-18T15:14:00Z</dcterms:modified>
  <cp:category/>
</cp:coreProperties>
</file>