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26" w:rsidRDefault="00DC3026">
      <w:pPr>
        <w:autoSpaceDE w:val="0"/>
        <w:autoSpaceDN w:val="0"/>
        <w:spacing w:after="78" w:line="220" w:lineRule="exact"/>
      </w:pPr>
    </w:p>
    <w:p w:rsidR="00DC3026" w:rsidRPr="00084936" w:rsidRDefault="002E7EBB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C3026" w:rsidRPr="00084936" w:rsidRDefault="002E7EBB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DC3026" w:rsidRPr="00084936" w:rsidRDefault="002E7EBB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DC3026" w:rsidRPr="00084936" w:rsidRDefault="002E7EBB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DC3026" w:rsidRPr="00084936" w:rsidRDefault="002E7EBB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DC3026" w:rsidRPr="00084936" w:rsidRDefault="002E7EBB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DC3026" w:rsidRPr="00084936" w:rsidRDefault="002E7EBB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DC3026" w:rsidRPr="00084936" w:rsidRDefault="002E7EBB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DC3026" w:rsidRPr="00084936" w:rsidRDefault="002E7EBB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proofErr w:type="gramStart"/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 2022</w:t>
      </w:r>
      <w:proofErr w:type="gramEnd"/>
      <w:r w:rsidRPr="0008493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DC3026" w:rsidRPr="00084936" w:rsidRDefault="002E7EBB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ind w:right="4482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735182)</w:t>
      </w:r>
    </w:p>
    <w:p w:rsidR="00DC3026" w:rsidRPr="00084936" w:rsidRDefault="002E7EBB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ind w:right="3932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</w:t>
      </w:r>
    </w:p>
    <w:p w:rsidR="00DC3026" w:rsidRPr="00084936" w:rsidRDefault="002E7EBB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DC3026" w:rsidRPr="00084936" w:rsidRDefault="002E7EBB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DC3026" w:rsidRPr="00084936" w:rsidRDefault="002E7EBB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C3026" w:rsidRPr="00084936" w:rsidRDefault="002E7EBB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DC3026" w:rsidRPr="00084936" w:rsidRDefault="002E7EB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DC3026" w:rsidRPr="00084936" w:rsidRDefault="002E7EBB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раскрывает  содержательные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средствами  учебного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DC3026" w:rsidRPr="00084936" w:rsidRDefault="002E7EBB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</w:t>
      </w:r>
      <w:r w:rsidR="00084936" w:rsidRPr="00084936">
        <w:rPr>
          <w:rFonts w:ascii="Times New Roman" w:eastAsia="Times New Roman" w:hAnsi="Times New Roman"/>
          <w:color w:val="000000"/>
          <w:sz w:val="24"/>
          <w:lang w:val="ru-RU"/>
        </w:rPr>
        <w:t>культурного стандарта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026" w:rsidRPr="00084936" w:rsidRDefault="002E7EBB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DC3026" w:rsidRPr="00084936" w:rsidRDefault="002E7EBB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DC3026" w:rsidRPr="00084936" w:rsidRDefault="002E7EBB">
      <w:pPr>
        <w:autoSpaceDE w:val="0"/>
        <w:autoSpaceDN w:val="0"/>
        <w:spacing w:before="190" w:after="0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</w:t>
      </w:r>
      <w:r w:rsidR="00084936"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умений и навыков </w:t>
      </w:r>
      <w:proofErr w:type="gramStart"/>
      <w:r w:rsidR="00084936" w:rsidRPr="00084936">
        <w:rPr>
          <w:rFonts w:ascii="Times New Roman" w:eastAsia="Times New Roman" w:hAnsi="Times New Roman"/>
          <w:color w:val="000000"/>
          <w:sz w:val="24"/>
          <w:lang w:val="ru-RU"/>
        </w:rPr>
        <w:t>применять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 полученные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DC3026" w:rsidRPr="00084936" w:rsidRDefault="002E7EBB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r w:rsidR="00084936" w:rsidRPr="00084936">
        <w:rPr>
          <w:rFonts w:ascii="Times New Roman" w:eastAsia="Times New Roman" w:hAnsi="Times New Roman"/>
          <w:color w:val="000000"/>
          <w:sz w:val="24"/>
          <w:lang w:val="ru-RU"/>
        </w:rPr>
        <w:t>людям, уважительного отношения к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их взглядам, мнению и индивидуальности</w:t>
      </w:r>
    </w:p>
    <w:p w:rsidR="00DC3026" w:rsidRPr="00084936" w:rsidRDefault="002E7EBB">
      <w:pPr>
        <w:autoSpaceDE w:val="0"/>
        <w:autoSpaceDN w:val="0"/>
        <w:spacing w:before="178" w:after="0" w:line="286" w:lineRule="auto"/>
        <w:ind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 осуществлён на основе следующих ведущих идей: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освоение общечеловеческих ценностей взаимодействия в системах «Человек и природа»,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«Человек и общество», «Человек и другие люди», «Человек и его самость», «Человек и познание».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1 классе составляет 6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 (два часа в неделю).</w:t>
      </w:r>
      <w:r w:rsidR="00084936"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начального общего образования МБОУ СОШ № 61, годовому календарному учебному графику на 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, производственному календарю на 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год, в соответствии с расписанием учебных занятий на 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 на программу по 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окружающему миру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отводится на 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65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ов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(3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3 учебные недели),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что не отразится на выполнении учебной программы по 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>окружающему миру</w:t>
      </w:r>
      <w:r w:rsidR="00084936" w:rsidRPr="00BE6DE6">
        <w:rPr>
          <w:rFonts w:ascii="Times New Roman" w:eastAsia="Times New Roman" w:hAnsi="Times New Roman"/>
          <w:color w:val="000000"/>
          <w:sz w:val="24"/>
          <w:lang w:val="ru-RU"/>
        </w:rPr>
        <w:t>, она будет выполнена в полном объеме за счет уплотнения материала.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86" w:right="766" w:bottom="1440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346" w:after="0" w:line="281" w:lineRule="auto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084936">
        <w:rPr>
          <w:lang w:val="ru-RU"/>
        </w:rPr>
        <w:br/>
      </w: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DC3026" w:rsidRPr="00084936" w:rsidRDefault="002E7EBB">
      <w:pPr>
        <w:autoSpaceDE w:val="0"/>
        <w:autoSpaceDN w:val="0"/>
        <w:spacing w:before="72" w:after="0"/>
        <w:ind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рукотворного  мира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    Правила поведения в социуме.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084936">
        <w:rPr>
          <w:lang w:val="ru-RU"/>
        </w:rPr>
        <w:br/>
      </w:r>
      <w:r w:rsidRPr="00084936">
        <w:rPr>
          <w:lang w:val="ru-RU"/>
        </w:rPr>
        <w:tab/>
      </w:r>
      <w:proofErr w:type="spell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Природа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DC3026" w:rsidRPr="00084936" w:rsidRDefault="002E7EB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Мир животных Разные группы животных (звери, насекомые, птицы, рыбы и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 Домашние и дикие животные (различия в условиях жизни). Забота о домашних питомцах.</w:t>
      </w:r>
    </w:p>
    <w:p w:rsidR="00DC3026" w:rsidRPr="00084936" w:rsidRDefault="002E7EBB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180" w:right="3456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10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соотносить  предметы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  декоративно-прикладного   искусства с принадлежностью народу РФ, описывать предмет по предложенному плану;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24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328" w:right="796" w:bottom="1440" w:left="846" w:header="720" w:footer="720" w:gutter="0"/>
          <w:cols w:space="720" w:equalWidth="0">
            <w:col w:w="10258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"Окружающий мир"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C3026" w:rsidRPr="00084936" w:rsidRDefault="002E7EBB">
      <w:pPr>
        <w:autoSpaceDE w:val="0"/>
        <w:autoSpaceDN w:val="0"/>
        <w:spacing w:before="226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C3026" w:rsidRPr="00084936" w:rsidRDefault="002E7EBB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084936">
        <w:rPr>
          <w:lang w:val="ru-RU"/>
        </w:rPr>
        <w:br/>
      </w:r>
      <w:r w:rsidRPr="00084936">
        <w:rPr>
          <w:lang w:val="ru-RU"/>
        </w:rPr>
        <w:tab/>
      </w: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DC3026" w:rsidRPr="00084936" w:rsidRDefault="002E7EBB">
      <w:pPr>
        <w:autoSpaceDE w:val="0"/>
        <w:autoSpaceDN w:val="0"/>
        <w:spacing w:before="180" w:after="0" w:line="262" w:lineRule="auto"/>
        <w:ind w:left="42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DC3026" w:rsidRPr="00084936" w:rsidRDefault="002E7EBB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DC3026" w:rsidRPr="00084936" w:rsidRDefault="002E7EBB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DC3026" w:rsidRPr="00084936" w:rsidRDefault="002E7EBB">
      <w:pPr>
        <w:autoSpaceDE w:val="0"/>
        <w:autoSpaceDN w:val="0"/>
        <w:spacing w:before="192" w:after="0" w:line="271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DC3026" w:rsidRPr="00084936" w:rsidRDefault="002E7EBB">
      <w:pPr>
        <w:autoSpaceDE w:val="0"/>
        <w:autoSpaceDN w:val="0"/>
        <w:spacing w:before="286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C3026" w:rsidRPr="00084936" w:rsidRDefault="002E7EBB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proofErr w:type="spellStart"/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1</w:t>
      </w:r>
      <w:proofErr w:type="gramStart"/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)  Базовые</w:t>
      </w:r>
      <w:proofErr w:type="gramEnd"/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логические действия: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последствия; коллективный труд и его результаты и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24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небольшие публичные выступления с возможной презентацией (текст, рисунки, фото, плакаты и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86" w:right="790" w:bottom="438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 w:line="262" w:lineRule="auto"/>
        <w:ind w:left="180" w:right="4896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1</w:t>
      </w:r>
      <w:proofErr w:type="gramStart"/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)  Самоорганизация</w:t>
      </w:r>
      <w:proofErr w:type="gramEnd"/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C3026" w:rsidRPr="00084936" w:rsidRDefault="002E7EBB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DC3026" w:rsidRPr="00084936" w:rsidRDefault="002E7EBB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допускать  конфликтов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, при их возникновении мирно разрешать без участия взрослого; </w:t>
      </w:r>
    </w:p>
    <w:p w:rsidR="00DC3026" w:rsidRPr="00084936" w:rsidRDefault="002E7EBB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DC3026" w:rsidRPr="00084936" w:rsidRDefault="002E7EBB">
      <w:pPr>
        <w:autoSpaceDE w:val="0"/>
        <w:autoSpaceDN w:val="0"/>
        <w:spacing w:before="288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C3026" w:rsidRPr="00084936" w:rsidRDefault="002E7EBB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DC3026" w:rsidRPr="00084936" w:rsidRDefault="002E7EBB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C3026" w:rsidRPr="00084936" w:rsidRDefault="002E7EBB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животных(насекомые, рыбы, птицы, звери); 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108" w:line="220" w:lineRule="exact"/>
        <w:rPr>
          <w:lang w:val="ru-RU"/>
        </w:rPr>
      </w:pPr>
    </w:p>
    <w:p w:rsidR="00DC3026" w:rsidRPr="00084936" w:rsidRDefault="002E7EBB">
      <w:pPr>
        <w:autoSpaceDE w:val="0"/>
        <w:autoSpaceDN w:val="0"/>
        <w:spacing w:after="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DC3026" w:rsidRPr="00084936" w:rsidRDefault="002E7EBB">
      <w:pPr>
        <w:autoSpaceDE w:val="0"/>
        <w:autoSpaceDN w:val="0"/>
        <w:spacing w:before="190" w:after="0"/>
        <w:ind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C3026" w:rsidRPr="00084936" w:rsidRDefault="002E7EBB">
      <w:pPr>
        <w:autoSpaceDE w:val="0"/>
        <w:autoSpaceDN w:val="0"/>
        <w:spacing w:before="192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DC3026" w:rsidRPr="00084936" w:rsidRDefault="002E7EBB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DC3026" w:rsidRPr="00084936" w:rsidRDefault="002E7EBB">
      <w:pPr>
        <w:autoSpaceDE w:val="0"/>
        <w:autoSpaceDN w:val="0"/>
        <w:spacing w:before="19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DC3026" w:rsidRPr="00084936" w:rsidRDefault="002E7EBB">
      <w:pPr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328" w:right="840" w:bottom="1440" w:left="1086" w:header="720" w:footer="720" w:gutter="0"/>
          <w:cols w:space="720" w:equalWidth="0">
            <w:col w:w="997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4" w:line="220" w:lineRule="exact"/>
        <w:rPr>
          <w:lang w:val="ru-RU"/>
        </w:rPr>
      </w:pPr>
    </w:p>
    <w:p w:rsidR="00DC3026" w:rsidRDefault="002E7EB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7" w:lineRule="auto"/>
              <w:ind w:left="72" w:right="528"/>
              <w:jc w:val="both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6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C302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</w:tr>
      <w:tr w:rsidR="00DC30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общество.</w:t>
            </w:r>
          </w:p>
        </w:tc>
      </w:tr>
      <w:tr w:rsidR="00DC3026" w:rsidRPr="002A26A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80" w:after="0" w:line="250" w:lineRule="auto"/>
              <w:ind w:left="72" w:right="766"/>
              <w:jc w:val="both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Школьные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традиции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праздники.</w:t>
            </w:r>
          </w:p>
          <w:p w:rsidR="00DC3026" w:rsidRPr="00084936" w:rsidRDefault="002E7EBB">
            <w:pPr>
              <w:autoSpaceDE w:val="0"/>
              <w:autoSpaceDN w:val="0"/>
              <w:spacing w:before="18" w:after="0" w:line="252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Классный,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школьный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коллектив,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совместная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 по школе, знакомство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помещениями;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«Правила поведения в классе и в школе»;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80" w:after="0" w:line="250" w:lineRule="auto"/>
              <w:ind w:left="74" w:right="129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/43/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-5135</w:t>
            </w:r>
          </w:p>
        </w:tc>
      </w:tr>
      <w:tr w:rsidR="00DC3026" w:rsidRPr="002A26AB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Одноклассники,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 между ними;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ценность дружбы, взаимной помощи.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06.09.2022 09.09.2022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«Правила поведения в классе и в школе»;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Портал «Музеи России»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museum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/5963/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/157361/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/3773/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/157393/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-57466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-54562</w:t>
            </w:r>
          </w:p>
        </w:tc>
      </w:tr>
      <w:tr w:rsidR="00DC3026" w:rsidRPr="002A26AB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Рабочее место школьника.</w:t>
            </w:r>
          </w:p>
          <w:p w:rsidR="00DC3026" w:rsidRPr="00084936" w:rsidRDefault="002E7EBB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безопасной работы на учебном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месте, режим труда и отдыха.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«Правила поведения в классе и в школе»; Беседа по теме «Как содержать рабочее место в порядке»;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5" w:lineRule="auto"/>
              <w:ind w:left="74" w:right="273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ttps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youtube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watch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851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yHku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70</w:t>
            </w:r>
          </w:p>
        </w:tc>
      </w:tr>
      <w:tr w:rsidR="00DC3026" w:rsidRPr="002A26AB">
        <w:trPr>
          <w:trHeight w:hRule="exact" w:val="18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Россия Москва —столица России.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Народы России.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16.09.2022 20.09.2022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видеофрагментов и других материалов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(по выбору) на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темы«Москва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— столица России», «Экскурсия по Москве»;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33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</w:p>
          <w:p w:rsidR="00DC3026" w:rsidRPr="00084936" w:rsidRDefault="002E7EBB">
            <w:pPr>
              <w:autoSpaceDE w:val="0"/>
              <w:autoSpaceDN w:val="0"/>
              <w:spacing w:before="18" w:after="0" w:line="254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/5091/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/118888/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/5164/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/273959/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-6596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-6597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-5137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rodina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-322852/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rossiia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nasha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rodina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​322853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/3726031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25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Первоначальные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сведения о родном крае. Название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своего   населённого пункта (города,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села), региона.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23.09.2022 27.09.2022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Экскурсии, целевые прогулки, просмотр иллюстраций,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видеофрагментов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других материалов о родном крае, труде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людей;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«Правила поведения в учреждениях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культуры — в театре, музее, библиотеке»;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7" w:lineRule="auto"/>
              <w:ind w:left="74" w:right="331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-5137</w:t>
            </w:r>
          </w:p>
        </w:tc>
      </w:tr>
      <w:tr w:rsidR="00DC3026" w:rsidRPr="002A26AB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Культурные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объекты родного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30.09.2022 04.10.2022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Экскурсии, целевые прогулки, просмотр иллюстраций,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видеофрагментов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других материалов о родном крае, труде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людей;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изделий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народных промыслов родного края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народов России;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4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youtube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watch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continue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=9&amp;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tlAyhYw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&amp;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emb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logo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kopilkaurokov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doshkolnoeObrazovanie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presentacii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irkutskaia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oblast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krai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rodnoi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</w:p>
        </w:tc>
      </w:tr>
      <w:tr w:rsidR="00DC3026" w:rsidRPr="002A26A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 поведения в социуме.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07.10.2022 11.10.2022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«Правила поведения в учреждениях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культуры — в театре, музее, библиотеке»;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Педсовет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pedsovet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/3749/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/295983/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vesti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sebia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obshchestvennykh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-545649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bud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dobrym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spravedlivym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-643655</w:t>
            </w:r>
          </w:p>
        </w:tc>
      </w:tr>
      <w:tr w:rsidR="00DC3026" w:rsidRPr="002A26AB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Моя семья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прошлом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настоящем. Имена и фамилии членов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семьи, их профессии.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иллюстративным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материалом: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 фото, репродукций на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тему«Семья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теме «Что такое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семья»;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4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Учебная платформа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/5564/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/157330/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-32832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semia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-536737</w:t>
            </w:r>
          </w:p>
        </w:tc>
      </w:tr>
      <w:tr w:rsidR="00DC3026" w:rsidRPr="002A26AB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50" w:lineRule="auto"/>
              <w:ind w:left="72"/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 и взаимопомощь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семье.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Совместный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18.10.2022 21.10.2022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 детей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теме «Как наша семья проводит свободное время»;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0" w:lineRule="auto"/>
              <w:ind w:left="74" w:right="2160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youtube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watch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YH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BSGI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&amp;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emb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logo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4" w:right="640" w:bottom="9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14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Домашний адрес.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иллюстративным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материалом: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 фото, репродукций на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тему«Семья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7" w:lineRule="auto"/>
              <w:ind w:left="74" w:right="316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Педсовет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pedsovet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-10153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-57465</w:t>
            </w:r>
          </w:p>
        </w:tc>
      </w:tr>
      <w:tr w:rsidR="00DC3026">
        <w:trPr>
          <w:trHeight w:hRule="exact" w:val="35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  <w:tr w:rsidR="00DC30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природа.</w:t>
            </w:r>
          </w:p>
        </w:tc>
      </w:tr>
      <w:tr w:rsidR="00DC3026" w:rsidRPr="002A26AB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64" w:after="0" w:line="250" w:lineRule="auto"/>
              <w:ind w:left="72" w:right="784"/>
              <w:jc w:val="both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Природа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предметы,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созданные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человеком.</w:t>
            </w:r>
          </w:p>
          <w:p w:rsidR="00DC3026" w:rsidRPr="00084936" w:rsidRDefault="002E7EBB">
            <w:pPr>
              <w:autoSpaceDE w:val="0"/>
              <w:autoSpaceDN w:val="0"/>
              <w:spacing w:before="18" w:after="0" w:line="245" w:lineRule="auto"/>
              <w:ind w:left="72" w:right="720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Природные материалы.</w:t>
            </w:r>
          </w:p>
          <w:p w:rsidR="00DC3026" w:rsidRPr="00084936" w:rsidRDefault="002E7EBB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 отношение к пред метам,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вещам, уход за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08.11.2022 18.11.2022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«Почему люди должны оберегать и охранять природу»; 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«Правила поведения в природе»;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/5625/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/154922/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obekty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rukotvornogo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-322882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-11239</w:t>
            </w:r>
          </w:p>
        </w:tc>
      </w:tr>
      <w:tr w:rsidR="00DC3026" w:rsidRPr="002A26AB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6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Неживая и живая природа.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22.11.2022 25.11.2022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«Почему люди должны оберегать и охранять природу»; 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«Правила поведения в природе»;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иллюстративным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материалом: «Живая и неживая природа»;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электронные презентации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rdf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/5531/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/155077/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-11240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kakaia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byvaet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-320112</w:t>
            </w:r>
          </w:p>
        </w:tc>
      </w:tr>
      <w:tr w:rsidR="00DC3026" w:rsidRPr="002A26AB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Погода и термометр.</w:t>
            </w:r>
          </w:p>
          <w:p w:rsidR="00DC3026" w:rsidRDefault="002E7EBB">
            <w:pPr>
              <w:autoSpaceDE w:val="0"/>
              <w:autoSpaceDN w:val="0"/>
              <w:spacing w:before="18" w:after="0" w:line="250" w:lineRule="auto"/>
              <w:ind w:left="72"/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Наблюдение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погодой своего края.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29.11.2022 06.12.2022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Экскурсии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«Сезонные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изменения в природе, наблюдение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погодой»;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по теме «Измеряем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температуру»;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электронные презентации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rdf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prirodnye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iavleniia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-320613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iz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chegoskladyvaetsia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pogoda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-321250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osennieizmeneniia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-321438</w:t>
            </w:r>
          </w:p>
        </w:tc>
      </w:tr>
      <w:tr w:rsidR="00DC3026" w:rsidRPr="002A26AB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Взаимосвязи между человеком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природой. Правила нравственного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поведения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09.12.2022 16.12.2022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«Почему люди должны оберегать и охранять природу»; Обсуждение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ситуаций по теме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«Правила поведения в природе»;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Педсовет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pedsovet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/3675/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/97796/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/5539/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/122515/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/3920/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/158175/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pochemu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proiskhodit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728429/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povedeniia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-5919428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-34873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6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Растения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ближайшего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окружения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(узнавание,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называние, краткое описание).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20.12.2022 23.12.2022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внешнего вида деревьев,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кустарников, трав;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названия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внешнему виду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дерева;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/3610/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train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/154052/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-13270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rastenii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-323123</w:t>
            </w:r>
          </w:p>
        </w:tc>
      </w:tr>
      <w:tr w:rsidR="00DC3026" w:rsidRPr="002A26AB">
        <w:trPr>
          <w:trHeight w:hRule="exact" w:val="34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Лиственные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хвойные растения.</w:t>
            </w:r>
          </w:p>
          <w:p w:rsidR="00DC3026" w:rsidRPr="00084936" w:rsidRDefault="002E7EBB">
            <w:pPr>
              <w:autoSpaceDE w:val="0"/>
              <w:autoSpaceDN w:val="0"/>
              <w:spacing w:before="20" w:after="0" w:line="250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Дикорастущие и культурные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27.12.2022 13.01.2023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названия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внешнему виду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дерева;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иллюстративным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материалом: деление растений на две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группы —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дикорастущие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культурные;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теме «Чем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различаются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дикорастущие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растения?»;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barsuk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lenin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Журнал для детей "Барсу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/4043/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/117455/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-14602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byvaiut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derevia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-634907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byvaiut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-634904</w:t>
            </w:r>
          </w:p>
        </w:tc>
      </w:tr>
      <w:tr w:rsidR="00DC3026" w:rsidRPr="002A26AB">
        <w:trPr>
          <w:trHeight w:hRule="exact" w:val="28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Части растения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(называние, краткая характеристика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значения для жизни растения): корень,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стебель, лист,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цветок, плод, семя.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17.01.2023 24.01.2023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внешнего вида деревьев,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кустарников, трав;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по теме «Найдите у растений их части»; Рассматривание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зарисовка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разнообразия частей растения: разные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листья, разные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цветки и плоды,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разные корни (по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выбору);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-6598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obshchego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tcvetkovykh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rastenii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-562691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/1267834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Комнатные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растения, правила содержания и ухода.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27.01.2023 07.02.2023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по теме «Найдите у растений их части»; Рассматривание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зарисовка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разнообразия частей растения: разные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листья, разные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цветки и плоды,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разные корни (по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выбору);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по теме «Учимся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ухаживать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растениями уголка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природы»;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-7016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tcvety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-565399</w:t>
            </w:r>
          </w:p>
        </w:tc>
      </w:tr>
      <w:tr w:rsidR="00DC3026" w:rsidRPr="002A26AB">
        <w:trPr>
          <w:trHeight w:hRule="exact" w:val="43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Разные группы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10.02.2023 14.03.2023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по теме «Кто больше назовёт насекомых (птиц, зверей…)»;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поведением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животных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естественных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условиях: повадки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птиц, движения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зверей, условия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обитаний насекомых (во время экскурсий, целевых прогулок,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видеоматериалов);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Логическая задача: найди ошибку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иллюстрациях —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какое животное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попало в эту группу неправильно;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-7016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chapter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-1621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/1269591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nasekomye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-684179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ryby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​685781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ptitcy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-686268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zveri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​845795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41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17.03.2023 04.04.2023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поведением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животных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естественных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условиях: повадки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птиц, движения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зверей, условия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обитаний насекомых (во время экскурсий, целевых прогулок,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видеоматериалов);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Логическая задача: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найди ошибку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иллюстрациях —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какое животное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попало в эту группу неправильно;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 детей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теме «Мой домашний питомец»;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/156826/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-27056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pochemu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proiskhodit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​728429/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liubov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domashnim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pitomtcam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-5919425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znakomimsia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dikimi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domashnimi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zhivotnymi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-32312</w:t>
            </w:r>
          </w:p>
        </w:tc>
      </w:tr>
      <w:tr w:rsidR="00DC3026" w:rsidRPr="002A26AB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Забота о домашних питомцах.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07.04.2023 11.04.2023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за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поведением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животных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естественных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условиях: повадки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птиц, движения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зверей, условия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обитаний насекомых (во время экскурсий, целевых прогулок,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видеоматериалов);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 детей по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теме «Мой домашний питомец»;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задание;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-27057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-32831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kto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zhivet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zhivom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ugolke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-348567</w:t>
            </w:r>
          </w:p>
        </w:tc>
      </w:tr>
      <w:tr w:rsidR="00DC3026">
        <w:trPr>
          <w:trHeight w:hRule="exact" w:val="348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1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  <w:tr w:rsidR="00DC30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Правила безопасной жизни.</w:t>
            </w:r>
          </w:p>
        </w:tc>
      </w:tr>
      <w:tr w:rsidR="00DC3026" w:rsidRPr="002A26AB">
        <w:trPr>
          <w:trHeight w:hRule="exact" w:val="21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Необходимость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соблюдения режима дня, правил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здорового питания и личной гигиены.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14.04.2023 21.04.2023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теме «Что такое режим дня»: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режима дня первоклассника; Рассказ учителя: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«Что такое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правильное питание»;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4" w:right="100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электронные презентации: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rdf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Ссылка на оригинал: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youtu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dRZ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KtBSnL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8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/5562/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/224516/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/3839/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train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/155817/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-39461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​425638/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sokhraniaem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-386155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/44621971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/44622048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6840" w:h="11900"/>
          <w:pgMar w:top="284" w:right="640" w:bottom="5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658"/>
        <w:gridCol w:w="528"/>
        <w:gridCol w:w="1104"/>
        <w:gridCol w:w="1140"/>
        <w:gridCol w:w="866"/>
        <w:gridCol w:w="1620"/>
        <w:gridCol w:w="1236"/>
        <w:gridCol w:w="6882"/>
      </w:tblGrid>
      <w:tr w:rsidR="00DC3026" w:rsidRPr="002A26AB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безопасности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быту: пользование бытовыми </w:t>
            </w:r>
            <w:proofErr w:type="spellStart"/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</w:t>
            </w:r>
            <w:proofErr w:type="spellEnd"/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приборами,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газовыми плитами.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25.04.2023 28.04.2023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Практическое занятие (при наличии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условий) в кабинете технологии: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«Правила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пользования газовой и электроплитой».</w:t>
            </w:r>
          </w:p>
          <w:p w:rsidR="00DC3026" w:rsidRPr="00084936" w:rsidRDefault="002E7EBB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памятки по теме «Телефоны экстренных служб».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электронные презентации: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rdf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/4451/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/155842/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/3729/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/157229/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/4062/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/81551/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-50382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-51463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​425638/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tvoem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-386159</w:t>
            </w:r>
          </w:p>
        </w:tc>
      </w:tr>
      <w:tr w:rsidR="00DC3026" w:rsidRPr="002A26AB">
        <w:trPr>
          <w:trHeight w:hRule="exact" w:val="26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Дорога от дома до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школы. Правила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поведения пешехода (дорожные знаки,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дорожная разметка, дорожные сигналы).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02.05.2023 12.05.2023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по теме: «Правила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поведения на улицах и дорогах; дорожные знаки»;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электронные презентации: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viki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rdf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/6074/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/155872/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/3499/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/157198/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-36909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-92140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-54337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raznykh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​386744/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bezopasnogo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povedeniia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doroge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-386746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-425638/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vesti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sebia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doroge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-386157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raznykh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08493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​386744/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razbiraemsia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dorozhnykh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znakakh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-386747</w:t>
            </w:r>
          </w:p>
        </w:tc>
      </w:tr>
      <w:tr w:rsidR="00DC3026" w:rsidRPr="002A26AB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Безопасность в сети Интернет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(электронный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дневник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электронные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ресурсы школы) в условиях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контролируемого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16.05.2023 26.05.2023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Практическое занятие в кабинете;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52" w:lineRule="auto"/>
              <w:ind w:left="74" w:right="2160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материалов для начальной школы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biblioteka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Фестиваль педагогических идей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festival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084936">
              <w:rPr>
                <w:lang w:val="ru-RU"/>
              </w:rPr>
              <w:br/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-31315 </w:t>
            </w:r>
            <w:r w:rsidRPr="0008493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youtube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watch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Q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MGqk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NVo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&amp;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feature</w:t>
            </w: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emb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logo</w:t>
            </w:r>
          </w:p>
        </w:tc>
      </w:tr>
      <w:tr w:rsidR="00DC3026">
        <w:trPr>
          <w:trHeight w:hRule="exact" w:val="348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  <w:tr w:rsidR="00DC3026">
        <w:trPr>
          <w:trHeight w:hRule="exact" w:val="348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08493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  <w:tr w:rsidR="00DC3026">
        <w:trPr>
          <w:trHeight w:hRule="exact" w:val="688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 w:rsidP="0008493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  <w:r w:rsidR="000849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</w:tbl>
    <w:p w:rsidR="00DC3026" w:rsidRDefault="00DC3026">
      <w:pPr>
        <w:autoSpaceDE w:val="0"/>
        <w:autoSpaceDN w:val="0"/>
        <w:spacing w:after="0" w:line="14" w:lineRule="exact"/>
      </w:pPr>
    </w:p>
    <w:p w:rsidR="00DC3026" w:rsidRDefault="00DC3026">
      <w:pPr>
        <w:sectPr w:rsidR="00DC302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026" w:rsidRDefault="00DC3026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084936" w:rsidRPr="00F5616B" w:rsidTr="00035A7B">
        <w:trPr>
          <w:jc w:val="center"/>
        </w:trPr>
        <w:tc>
          <w:tcPr>
            <w:tcW w:w="2500" w:type="pct"/>
          </w:tcPr>
          <w:p w:rsidR="00084936" w:rsidRDefault="00084936" w:rsidP="00035A7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084936" w:rsidRDefault="00084936" w:rsidP="00035A7B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084936" w:rsidRPr="00F5616B" w:rsidRDefault="00084936" w:rsidP="00035A7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084936" w:rsidRDefault="0008493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DC3026" w:rsidRDefault="002E7EB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C302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C3026" w:rsidTr="002A26AB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26" w:rsidRDefault="00DC3026"/>
        </w:tc>
      </w:tr>
      <w:tr w:rsidR="00DC302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Школьные традиции и праздники. Классный,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школьный коллектив,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совместная деятельность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>
            <w:bookmarkStart w:id="0" w:name="_GoBack"/>
            <w:bookmarkEnd w:id="0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Одноклассники,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между ними; ценность дружбы, взаимной помощи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Когда учиться интересно? Проект "Мой класс и моя школа"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работа;</w:t>
            </w:r>
          </w:p>
        </w:tc>
      </w:tr>
      <w:tr w:rsidR="00DC30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Рабочее место школьника.</w:t>
            </w:r>
          </w:p>
          <w:p w:rsidR="00DC3026" w:rsidRPr="00084936" w:rsidRDefault="002E7EB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работы на учебном месте, режим труда и отдыха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Россия. Москва-столица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России.Что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мы знаем о Москве?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Народы России. Что мы знаем о народах России?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 "Моя малая родина"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04.10.2022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творческая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394FDF">
        <w:trPr>
          <w:trHeight w:hRule="exact" w:val="18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семья в прошлом и настоящем. Имена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фамилии членов семьи, их профессии.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Когда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станем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взрослыми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4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  <w:p w:rsidR="002A26AB" w:rsidRPr="00084936" w:rsidRDefault="002A26AB" w:rsidP="002A26AB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Совместный труд и отдых.</w:t>
            </w:r>
          </w:p>
          <w:p w:rsidR="002A26AB" w:rsidRPr="00084936" w:rsidRDefault="002A26AB" w:rsidP="002A26AB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 "Моя семья"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2A26AB" w:rsidTr="002A26AB">
        <w:trPr>
          <w:trHeight w:hRule="exact" w:val="1703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Домашний адрес. Откуда в наш дом приходит вода и откуда она </w:t>
            </w:r>
            <w:proofErr w:type="spellStart"/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уходит?Откуда</w:t>
            </w:r>
            <w:proofErr w:type="spellEnd"/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наш дом приходит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электричество?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и предметы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созданные человеком. Что у нас над головой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материалы. Что у нас под ногами?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4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Бережное отношение к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предметам, вещам .Откуда берется и куда девается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мусор?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Уход за вещами. Что окружает нас дома?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0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Погода и термометр.</w:t>
            </w:r>
          </w:p>
          <w:p w:rsidR="002A26AB" w:rsidRPr="00084936" w:rsidRDefault="002A26AB" w:rsidP="002A26AB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идет дождь, и дует ветер?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2A26AB" w:rsidTr="002A26AB">
        <w:trPr>
          <w:trHeight w:hRule="exact" w:val="142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/>
              <w:ind w:left="72"/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за погодой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своего края. Откуда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берутся снег и лед?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Откуда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снежках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грязь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Сезонные изменения в природе. Когда наступит лето?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1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Взаимосвязи человека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природы. Почему мы часто слышим слово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"Экология"?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нравственного и безопасного поведения в природе. Почему мы не будем рвать цветы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ловить бабочек?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6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в лесу мы будем соблюдать тишину?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114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Растения ближайшего окружения  (деревья, кустарники, травы)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6AB" w:rsidTr="002A26AB">
        <w:trPr>
          <w:trHeight w:hRule="exact" w:val="11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Культурные и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дикорастущие растения. Что растет на клумбе?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хвоинки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7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A26AB" w:rsidTr="002A26AB">
        <w:trPr>
          <w:trHeight w:hRule="exact" w:val="6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общего у разных растений?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7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Комнатные растения. Что растет на подоконнике?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7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Откуда берутся шоколад, изюм и мед?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зимой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помочь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птицам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белые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медведи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зоопарк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A26AB" w:rsidTr="002A26AB">
        <w:trPr>
          <w:trHeight w:hRule="exact" w:val="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C3026" w:rsidRDefault="00DC3026">
      <w:pPr>
        <w:autoSpaceDE w:val="0"/>
        <w:autoSpaceDN w:val="0"/>
        <w:spacing w:after="0" w:line="14" w:lineRule="exact"/>
      </w:pPr>
    </w:p>
    <w:p w:rsidR="00DC3026" w:rsidRDefault="00DC3026">
      <w:pPr>
        <w:sectPr w:rsidR="00DC3026">
          <w:pgSz w:w="11900" w:h="16840"/>
          <w:pgMar w:top="298" w:right="650" w:bottom="5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Default="00DC30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C302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животные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Забота о домашних животных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 живут животные?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мы любим кошек и собак?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 "Мои домашние животные"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работа;</w:t>
            </w:r>
          </w:p>
        </w:tc>
      </w:tr>
      <w:tr w:rsidR="00DC302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81" w:lineRule="auto"/>
              <w:ind w:left="72"/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Необходимость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соблюдения режима дня, правила здорового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питания и личной гигиены.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ночью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C30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надо есть много овощей и фруктов?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 w:rsidRPr="002A26A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Почему надо чистить зубы и мыть руки?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C3026" w:rsidRPr="002A26AB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безопасного поведения в быту. Что вокруг нас может быть опасным?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C3026" w:rsidRPr="002A26A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безопасного пользования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электроприборами и газовыми плитами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C3026" w:rsidRPr="002A26AB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безопасного поведения пешехода.</w:t>
            </w:r>
          </w:p>
          <w:p w:rsidR="00DC3026" w:rsidRPr="00084936" w:rsidRDefault="002E7EBB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Дорога от дома до школы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2A26AB" w:rsidRPr="002A26AB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Почему в автомобиле и в поезде нужно соблюдать правила безопасности?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Default="002A26AB" w:rsidP="002A26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6AB" w:rsidRPr="00084936" w:rsidRDefault="002A26AB" w:rsidP="002A26A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DC3026" w:rsidRPr="00084936" w:rsidRDefault="00DC3026">
      <w:pPr>
        <w:autoSpaceDE w:val="0"/>
        <w:autoSpaceDN w:val="0"/>
        <w:spacing w:after="0" w:line="14" w:lineRule="exact"/>
        <w:rPr>
          <w:lang w:val="ru-RU"/>
        </w:rPr>
      </w:pP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05"/>
        <w:gridCol w:w="2966"/>
        <w:gridCol w:w="732"/>
        <w:gridCol w:w="1620"/>
        <w:gridCol w:w="1668"/>
        <w:gridCol w:w="1236"/>
        <w:gridCol w:w="1826"/>
      </w:tblGrid>
      <w:tr w:rsidR="00DC3026" w:rsidTr="002A26AB">
        <w:trPr>
          <w:trHeight w:hRule="exact" w:val="116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Почему на корабле и в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самолете нужно соблюдать правила безопасности?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 w:rsidTr="002A26AB">
        <w:trPr>
          <w:trHeight w:hRule="exact" w:val="4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умеет компьютер?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 w:rsidRPr="002A26AB" w:rsidTr="002A26AB">
        <w:trPr>
          <w:trHeight w:hRule="exact" w:val="18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Зачем нам телефон и телевизор?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C3026" w:rsidRPr="002A26AB" w:rsidTr="002A26AB">
        <w:trPr>
          <w:trHeight w:hRule="exact" w:val="18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Безопасность в Интернете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084936">
              <w:rPr>
                <w:lang w:val="ru-RU"/>
              </w:rPr>
              <w:br/>
            </w: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C3026" w:rsidTr="002A26AB">
        <w:trPr>
          <w:trHeight w:hRule="exact" w:val="49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Резервный урок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C3026" w:rsidTr="002A26AB">
        <w:trPr>
          <w:trHeight w:hRule="exact" w:val="808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Pr="00084936" w:rsidRDefault="002E7EBB" w:rsidP="0008493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  <w:r w:rsidR="000849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2E7E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026" w:rsidRDefault="00DC3026"/>
        </w:tc>
      </w:tr>
    </w:tbl>
    <w:p w:rsidR="00DC3026" w:rsidRDefault="00DC3026">
      <w:pPr>
        <w:autoSpaceDE w:val="0"/>
        <w:autoSpaceDN w:val="0"/>
        <w:spacing w:after="0" w:line="14" w:lineRule="exact"/>
      </w:pPr>
    </w:p>
    <w:p w:rsidR="00DC3026" w:rsidRDefault="00DC3026">
      <w:pPr>
        <w:sectPr w:rsidR="00DC302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Default="00DC3026">
      <w:pPr>
        <w:autoSpaceDE w:val="0"/>
        <w:autoSpaceDN w:val="0"/>
        <w:spacing w:after="78" w:line="220" w:lineRule="exact"/>
      </w:pPr>
    </w:p>
    <w:p w:rsidR="00DC3026" w:rsidRDefault="002E7EB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C3026" w:rsidRDefault="002E7EB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C3026" w:rsidRPr="00084936" w:rsidRDefault="002E7EBB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1 класс /Плешаков А.А., Акционерное общество «Издательство</w:t>
      </w:r>
      <w:r w:rsid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«Просвещение»;</w:t>
      </w:r>
    </w:p>
    <w:p w:rsidR="00DC3026" w:rsidRPr="00084936" w:rsidRDefault="002E7EBB">
      <w:pPr>
        <w:autoSpaceDE w:val="0"/>
        <w:autoSpaceDN w:val="0"/>
        <w:spacing w:before="262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C3026" w:rsidRPr="00084936" w:rsidRDefault="002E7EBB">
      <w:pPr>
        <w:autoSpaceDE w:val="0"/>
        <w:autoSpaceDN w:val="0"/>
        <w:spacing w:before="166" w:after="0" w:line="286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Учебно-методические комплекты (УМК) для 1 – 4 классов (программы, учебники, рабочие тетради хрестоматии и т.п.)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«Окружающий мир» А.А. Плешакова. РАБОЧИЕ ТЕТРАДИ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МЕТОДИЧЕСКИЕ ПОСОБИЯ Плешаков А.А., Александрова В.П., Борисова С.А. Окружающий мир: поурочные разработки: 1 класс. Плешаков А.А.,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земли до неба: Атлас-определитель: Пособие для учащихся общеобразовательных учреждений. – М.: Просвещение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 Стандарт начального образования и документы по его реализации.</w:t>
      </w:r>
    </w:p>
    <w:p w:rsidR="00DC3026" w:rsidRPr="00084936" w:rsidRDefault="002E7EBB">
      <w:pPr>
        <w:autoSpaceDE w:val="0"/>
        <w:autoSpaceDN w:val="0"/>
        <w:spacing w:before="70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Методические пособия для учителя.</w:t>
      </w:r>
    </w:p>
    <w:p w:rsidR="00DC3026" w:rsidRPr="00084936" w:rsidRDefault="002E7EBB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Детская справочная литература (справочники, энциклопедии) об окружающем мире (природе, труде людей, общественных явлениях и пр.)</w:t>
      </w:r>
    </w:p>
    <w:p w:rsidR="00DC3026" w:rsidRPr="00084936" w:rsidRDefault="002E7EBB">
      <w:pPr>
        <w:autoSpaceDE w:val="0"/>
        <w:autoSpaceDN w:val="0"/>
        <w:spacing w:before="262" w:after="0" w:line="230" w:lineRule="auto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C3026" w:rsidRPr="00084936" w:rsidRDefault="002E7EBB">
      <w:pPr>
        <w:autoSpaceDE w:val="0"/>
        <w:autoSpaceDN w:val="0"/>
        <w:spacing w:before="166" w:after="0" w:line="286" w:lineRule="auto"/>
        <w:ind w:right="432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Яндекс. Учебник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</w:t>
      </w:r>
      <w:proofErr w:type="spell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Сайт «Детские радости» ориентирован на дошкольный и младший 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detskieradosti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Электронные версии журналов.</w:t>
      </w:r>
    </w:p>
    <w:p w:rsidR="00DC3026" w:rsidRPr="00084936" w:rsidRDefault="002E7EBB">
      <w:pPr>
        <w:autoSpaceDE w:val="0"/>
        <w:autoSpaceDN w:val="0"/>
        <w:spacing w:before="72" w:after="0" w:line="271" w:lineRule="auto"/>
        <w:ind w:right="38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barsuk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lenin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Журнал для детей "Барсук"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kostyor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школьников</w:t>
      </w:r>
    </w:p>
    <w:p w:rsidR="00DC3026" w:rsidRPr="00084936" w:rsidRDefault="00DC3026">
      <w:pPr>
        <w:rPr>
          <w:lang w:val="ru-RU"/>
        </w:rPr>
        <w:sectPr w:rsidR="00DC3026" w:rsidRPr="0008493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026" w:rsidRPr="00084936" w:rsidRDefault="00DC3026">
      <w:pPr>
        <w:autoSpaceDE w:val="0"/>
        <w:autoSpaceDN w:val="0"/>
        <w:spacing w:after="78" w:line="220" w:lineRule="exact"/>
        <w:rPr>
          <w:lang w:val="ru-RU"/>
        </w:rPr>
      </w:pPr>
    </w:p>
    <w:p w:rsidR="00DC3026" w:rsidRPr="00084936" w:rsidRDefault="002E7EBB" w:rsidP="00BE1F29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C3026" w:rsidRPr="00084936" w:rsidRDefault="002E7EBB" w:rsidP="00BE1F29">
      <w:pPr>
        <w:autoSpaceDE w:val="0"/>
        <w:autoSpaceDN w:val="0"/>
        <w:spacing w:before="346" w:after="0" w:line="230" w:lineRule="auto"/>
        <w:ind w:left="-709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DC3026" w:rsidRPr="00084936" w:rsidRDefault="002E7EBB" w:rsidP="00BE1F29">
      <w:pPr>
        <w:autoSpaceDE w:val="0"/>
        <w:autoSpaceDN w:val="0"/>
        <w:spacing w:before="166" w:after="0" w:line="262" w:lineRule="auto"/>
        <w:ind w:left="-709" w:right="86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Классная доска с набором приспособлений для крепления таблиц Аудиоцентр / </w:t>
      </w:r>
      <w:proofErr w:type="gramStart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магнитофон.-</w:t>
      </w:r>
      <w:proofErr w:type="gramEnd"/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Интерактивная доска, нетбук.</w:t>
      </w:r>
    </w:p>
    <w:p w:rsidR="00DC3026" w:rsidRPr="00084936" w:rsidRDefault="002E7EBB" w:rsidP="00BE1F29">
      <w:pPr>
        <w:autoSpaceDE w:val="0"/>
        <w:autoSpaceDN w:val="0"/>
        <w:spacing w:before="70" w:after="0" w:line="262" w:lineRule="auto"/>
        <w:ind w:left="-709" w:right="576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- Таблицы природоведческого и обществоведческого содержания в соответствии с программным обучением. </w:t>
      </w:r>
    </w:p>
    <w:p w:rsidR="00DC3026" w:rsidRPr="00084936" w:rsidRDefault="002E7EBB" w:rsidP="00BE1F29">
      <w:pPr>
        <w:autoSpaceDE w:val="0"/>
        <w:autoSpaceDN w:val="0"/>
        <w:spacing w:before="70" w:after="0" w:line="281" w:lineRule="auto"/>
        <w:ind w:left="-709" w:right="144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- Плакаты по основным темам естествознания, магнитные или иные (природные сообщества, леса, луга, сады, озёра и т.п.)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- Портреты выдающихся людей России (политических деятелей, военачальников, писателей, поэтов, композиторов и др.)</w:t>
      </w:r>
      <w:r w:rsidRPr="00084936">
        <w:rPr>
          <w:lang w:val="ru-RU"/>
        </w:rPr>
        <w:br/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- Географические и исторические карты. Атлас географических и исторических карт.</w:t>
      </w:r>
    </w:p>
    <w:p w:rsidR="00DC3026" w:rsidRPr="00084936" w:rsidRDefault="002E7EBB" w:rsidP="00BE1F29">
      <w:pPr>
        <w:autoSpaceDE w:val="0"/>
        <w:autoSpaceDN w:val="0"/>
        <w:spacing w:before="70" w:after="0" w:line="230" w:lineRule="auto"/>
        <w:ind w:left="-709"/>
        <w:rPr>
          <w:lang w:val="ru-RU"/>
        </w:rPr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- Иллюстративные материалы (альбомы, комплекты открыток и др.)</w:t>
      </w:r>
    </w:p>
    <w:p w:rsidR="00DC3026" w:rsidRPr="00084936" w:rsidRDefault="002E7EBB" w:rsidP="00BE1F29">
      <w:pPr>
        <w:autoSpaceDE w:val="0"/>
        <w:autoSpaceDN w:val="0"/>
        <w:spacing w:before="262" w:after="0" w:line="262" w:lineRule="auto"/>
        <w:ind w:left="-709" w:right="720"/>
        <w:rPr>
          <w:lang w:val="ru-RU"/>
        </w:rPr>
      </w:pPr>
      <w:r w:rsidRPr="0008493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DC3026" w:rsidRDefault="002E7EBB" w:rsidP="00BE1F29">
      <w:pPr>
        <w:autoSpaceDE w:val="0"/>
        <w:autoSpaceDN w:val="0"/>
        <w:spacing w:before="166" w:after="0" w:line="271" w:lineRule="auto"/>
        <w:ind w:left="-709" w:right="720"/>
      </w:pP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>Термометр. Гербарий. Образцы полезных ископаемых. Глобус. Пробирки. Колба. Стекло. Секундомер. Весы. Пипетка. Щипцы. Линейка. Ножницы. Клей. Спиртовка. Тарелка. Стаканы. Фильтр</w:t>
      </w:r>
      <w:r w:rsidR="00BE1F2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84936">
        <w:rPr>
          <w:rFonts w:ascii="Times New Roman" w:eastAsia="Times New Roman" w:hAnsi="Times New Roman"/>
          <w:color w:val="000000"/>
          <w:sz w:val="24"/>
          <w:lang w:val="ru-RU"/>
        </w:rPr>
        <w:t xml:space="preserve">(марля).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Воронка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Цветные карандаши.</w:t>
      </w:r>
    </w:p>
    <w:p w:rsidR="002E7EBB" w:rsidRDefault="002E7EBB"/>
    <w:sectPr w:rsidR="002E7EB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4936"/>
    <w:rsid w:val="0015074B"/>
    <w:rsid w:val="0029639D"/>
    <w:rsid w:val="002A26AB"/>
    <w:rsid w:val="002E7EBB"/>
    <w:rsid w:val="00326F90"/>
    <w:rsid w:val="00394FDF"/>
    <w:rsid w:val="00AA1D8D"/>
    <w:rsid w:val="00B47730"/>
    <w:rsid w:val="00BE1F29"/>
    <w:rsid w:val="00CB0664"/>
    <w:rsid w:val="00DC30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16497"/>
  <w14:defaultImageDpi w14:val="300"/>
  <w15:docId w15:val="{FDD0A94B-5C9C-486E-8A93-717EDD76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94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94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510A29-1549-4DE4-B10F-67D6624A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7155</Words>
  <Characters>40785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2022-10-19T13:53:00Z</cp:lastPrinted>
  <dcterms:created xsi:type="dcterms:W3CDTF">2013-12-23T23:15:00Z</dcterms:created>
  <dcterms:modified xsi:type="dcterms:W3CDTF">2022-10-19T13:53:00Z</dcterms:modified>
  <cp:category/>
</cp:coreProperties>
</file>