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A39" w:rsidRDefault="00147A39">
      <w:pPr>
        <w:autoSpaceDE w:val="0"/>
        <w:autoSpaceDN w:val="0"/>
        <w:spacing w:after="78" w:line="220" w:lineRule="exact"/>
      </w:pPr>
    </w:p>
    <w:p w:rsidR="00147A39" w:rsidRPr="00AD1BDD" w:rsidRDefault="00AD1BDD">
      <w:pPr>
        <w:autoSpaceDE w:val="0"/>
        <w:autoSpaceDN w:val="0"/>
        <w:spacing w:after="0" w:line="230" w:lineRule="auto"/>
        <w:ind w:left="792"/>
        <w:rPr>
          <w:lang w:val="ru-RU"/>
        </w:rPr>
      </w:pPr>
      <w:r w:rsidRPr="00AD1BDD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147A39" w:rsidRPr="00AD1BDD" w:rsidRDefault="00AD1BDD">
      <w:pPr>
        <w:autoSpaceDE w:val="0"/>
        <w:autoSpaceDN w:val="0"/>
        <w:spacing w:before="670" w:after="0" w:line="230" w:lineRule="auto"/>
        <w:ind w:left="600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общего и профессионального образования Ростовской области</w:t>
      </w:r>
    </w:p>
    <w:p w:rsidR="00147A39" w:rsidRPr="00AD1BDD" w:rsidRDefault="00AD1BDD">
      <w:pPr>
        <w:autoSpaceDE w:val="0"/>
        <w:autoSpaceDN w:val="0"/>
        <w:spacing w:before="670" w:after="0" w:line="230" w:lineRule="auto"/>
        <w:ind w:left="1614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Отдел образования Администрации Октябрьского района</w:t>
      </w:r>
    </w:p>
    <w:p w:rsidR="00147A39" w:rsidRPr="00AD1BDD" w:rsidRDefault="00AD1BDD">
      <w:pPr>
        <w:autoSpaceDE w:val="0"/>
        <w:autoSpaceDN w:val="0"/>
        <w:spacing w:before="670" w:after="0" w:line="230" w:lineRule="auto"/>
        <w:ind w:right="4034"/>
        <w:jc w:val="right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МБОУ СОШ № 61</w:t>
      </w:r>
    </w:p>
    <w:p w:rsidR="00147A39" w:rsidRPr="00AD1BDD" w:rsidRDefault="00AD1BDD">
      <w:pPr>
        <w:autoSpaceDE w:val="0"/>
        <w:autoSpaceDN w:val="0"/>
        <w:spacing w:before="1436" w:after="0" w:line="230" w:lineRule="auto"/>
        <w:ind w:right="2014"/>
        <w:jc w:val="right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УТВЕРЖЕНО</w:t>
      </w:r>
    </w:p>
    <w:p w:rsidR="00147A39" w:rsidRPr="00AD1BDD" w:rsidRDefault="00AD1BDD">
      <w:pPr>
        <w:autoSpaceDE w:val="0"/>
        <w:autoSpaceDN w:val="0"/>
        <w:spacing w:after="0" w:line="230" w:lineRule="auto"/>
        <w:ind w:right="744"/>
        <w:jc w:val="right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Директор МБОУ СОШ № 61</w:t>
      </w:r>
    </w:p>
    <w:p w:rsidR="00147A39" w:rsidRPr="00AD1BDD" w:rsidRDefault="00AD1BDD">
      <w:pPr>
        <w:autoSpaceDE w:val="0"/>
        <w:autoSpaceDN w:val="0"/>
        <w:spacing w:before="182" w:after="0" w:line="230" w:lineRule="auto"/>
        <w:ind w:right="508"/>
        <w:jc w:val="right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______________Табаровец Е.В.</w:t>
      </w:r>
    </w:p>
    <w:p w:rsidR="00147A39" w:rsidRPr="00AD1BDD" w:rsidRDefault="00AD1BDD">
      <w:pPr>
        <w:autoSpaceDE w:val="0"/>
        <w:autoSpaceDN w:val="0"/>
        <w:spacing w:before="182" w:after="0" w:line="230" w:lineRule="auto"/>
        <w:ind w:right="2088"/>
        <w:jc w:val="right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Приказ №136</w:t>
      </w:r>
    </w:p>
    <w:p w:rsidR="00147A39" w:rsidRPr="00AD1BDD" w:rsidRDefault="00AD1BDD">
      <w:pPr>
        <w:autoSpaceDE w:val="0"/>
        <w:autoSpaceDN w:val="0"/>
        <w:spacing w:before="182" w:after="0" w:line="230" w:lineRule="auto"/>
        <w:ind w:right="1248"/>
        <w:jc w:val="right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от "31" </w:t>
      </w:r>
      <w:proofErr w:type="gramStart"/>
      <w:r w:rsidRPr="00AD1BDD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августа  2022</w:t>
      </w:r>
      <w:proofErr w:type="gramEnd"/>
      <w:r w:rsidRPr="00AD1BDD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 г.</w:t>
      </w:r>
    </w:p>
    <w:p w:rsidR="00147A39" w:rsidRPr="00AD1BDD" w:rsidRDefault="00AD1BDD">
      <w:pPr>
        <w:autoSpaceDE w:val="0"/>
        <w:autoSpaceDN w:val="0"/>
        <w:spacing w:before="1038" w:after="0" w:line="230" w:lineRule="auto"/>
        <w:ind w:right="3650"/>
        <w:jc w:val="right"/>
        <w:rPr>
          <w:lang w:val="ru-RU"/>
        </w:rPr>
      </w:pPr>
      <w:r w:rsidRPr="00AD1BDD">
        <w:rPr>
          <w:rFonts w:ascii="Times New Roman" w:eastAsia="Times New Roman" w:hAnsi="Times New Roman"/>
          <w:b/>
          <w:color w:val="000000"/>
          <w:sz w:val="24"/>
          <w:lang w:val="ru-RU"/>
        </w:rPr>
        <w:t>РАБОЧАЯ ПРОГРАММА</w:t>
      </w:r>
    </w:p>
    <w:p w:rsidR="00147A39" w:rsidRPr="00AD1BDD" w:rsidRDefault="00AD1BDD">
      <w:pPr>
        <w:autoSpaceDE w:val="0"/>
        <w:autoSpaceDN w:val="0"/>
        <w:spacing w:before="70" w:after="0" w:line="230" w:lineRule="auto"/>
        <w:ind w:right="4482"/>
        <w:jc w:val="right"/>
        <w:rPr>
          <w:lang w:val="ru-RU"/>
        </w:rPr>
      </w:pPr>
      <w:r w:rsidRPr="00AD1BDD">
        <w:rPr>
          <w:rFonts w:ascii="Times New Roman" w:eastAsia="Times New Roman" w:hAnsi="Times New Roman"/>
          <w:b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b/>
          <w:color w:val="000000"/>
          <w:sz w:val="24"/>
        </w:rPr>
        <w:t>ID</w:t>
      </w:r>
      <w:r w:rsidRPr="00AD1BD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735058)</w:t>
      </w:r>
    </w:p>
    <w:p w:rsidR="00147A39" w:rsidRPr="00AD1BDD" w:rsidRDefault="00AD1BDD">
      <w:pPr>
        <w:autoSpaceDE w:val="0"/>
        <w:autoSpaceDN w:val="0"/>
        <w:spacing w:before="166" w:after="0" w:line="230" w:lineRule="auto"/>
        <w:ind w:right="4022"/>
        <w:jc w:val="right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</w:p>
    <w:p w:rsidR="00147A39" w:rsidRPr="00AD1BDD" w:rsidRDefault="00AD1BDD">
      <w:pPr>
        <w:autoSpaceDE w:val="0"/>
        <w:autoSpaceDN w:val="0"/>
        <w:spacing w:before="70" w:after="0" w:line="230" w:lineRule="auto"/>
        <w:ind w:right="4250"/>
        <w:jc w:val="right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«Математика»</w:t>
      </w:r>
    </w:p>
    <w:p w:rsidR="00147A39" w:rsidRPr="00AD1BDD" w:rsidRDefault="00AD1BDD">
      <w:pPr>
        <w:autoSpaceDE w:val="0"/>
        <w:autoSpaceDN w:val="0"/>
        <w:spacing w:before="670" w:after="0" w:line="230" w:lineRule="auto"/>
        <w:ind w:left="2292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для 1 класса начального общего образования</w:t>
      </w:r>
    </w:p>
    <w:p w:rsidR="00147A39" w:rsidRPr="00AD1BDD" w:rsidRDefault="00AD1BDD">
      <w:pPr>
        <w:autoSpaceDE w:val="0"/>
        <w:autoSpaceDN w:val="0"/>
        <w:spacing w:before="70" w:after="0" w:line="230" w:lineRule="auto"/>
        <w:ind w:right="3620"/>
        <w:jc w:val="right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на 2022-</w:t>
      </w:r>
      <w:proofErr w:type="gramStart"/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2023  учебный</w:t>
      </w:r>
      <w:proofErr w:type="gramEnd"/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 год</w:t>
      </w:r>
    </w:p>
    <w:p w:rsidR="00147A39" w:rsidRPr="00AD1BDD" w:rsidRDefault="00AD1BDD">
      <w:pPr>
        <w:autoSpaceDE w:val="0"/>
        <w:autoSpaceDN w:val="0"/>
        <w:spacing w:before="2112" w:after="0" w:line="230" w:lineRule="auto"/>
        <w:ind w:right="20"/>
        <w:jc w:val="right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Составитель: Ткаченко Наталья Викторовна</w:t>
      </w:r>
    </w:p>
    <w:p w:rsidR="00147A39" w:rsidRPr="00AD1BDD" w:rsidRDefault="00AD1BDD">
      <w:pPr>
        <w:autoSpaceDE w:val="0"/>
        <w:autoSpaceDN w:val="0"/>
        <w:spacing w:before="70" w:after="0" w:line="230" w:lineRule="auto"/>
        <w:ind w:right="30"/>
        <w:jc w:val="right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учитель начальных классов</w:t>
      </w:r>
    </w:p>
    <w:p w:rsidR="00147A39" w:rsidRPr="00AD1BDD" w:rsidRDefault="00AD1BDD">
      <w:pPr>
        <w:autoSpaceDE w:val="0"/>
        <w:autoSpaceDN w:val="0"/>
        <w:spacing w:before="2830" w:after="0" w:line="230" w:lineRule="auto"/>
        <w:ind w:right="3834"/>
        <w:jc w:val="right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п. Персиановский 2022</w:t>
      </w:r>
    </w:p>
    <w:p w:rsidR="00147A39" w:rsidRPr="00AD1BDD" w:rsidRDefault="00147A39">
      <w:pPr>
        <w:autoSpaceDE w:val="0"/>
        <w:autoSpaceDN w:val="0"/>
        <w:spacing w:after="78" w:line="220" w:lineRule="exact"/>
        <w:rPr>
          <w:lang w:val="ru-RU"/>
        </w:rPr>
      </w:pPr>
    </w:p>
    <w:p w:rsidR="00427E70" w:rsidRDefault="00427E70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147A39" w:rsidRPr="00AD1BDD" w:rsidRDefault="00AD1BDD">
      <w:pPr>
        <w:autoSpaceDE w:val="0"/>
        <w:autoSpaceDN w:val="0"/>
        <w:spacing w:after="0" w:line="230" w:lineRule="auto"/>
        <w:rPr>
          <w:lang w:val="ru-RU"/>
        </w:rPr>
      </w:pPr>
      <w:r w:rsidRPr="00AD1BDD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147A39" w:rsidRPr="00AD1BDD" w:rsidRDefault="00AD1BDD">
      <w:pPr>
        <w:autoSpaceDE w:val="0"/>
        <w:autoSpaceDN w:val="0"/>
        <w:spacing w:before="346" w:after="0"/>
        <w:ind w:firstLine="180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по предмету «Математика» для обучающихся 1 класса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а также Примерной программы воспитания.</w:t>
      </w:r>
    </w:p>
    <w:p w:rsidR="00147A39" w:rsidRPr="00AD1BDD" w:rsidRDefault="00AD1BDD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В начальной школе изучение математики имеет особое значение в развитии младшего школьника.</w:t>
      </w:r>
    </w:p>
    <w:p w:rsidR="00147A39" w:rsidRPr="00AD1BDD" w:rsidRDefault="00AD1BDD">
      <w:pPr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Приобретённые им знания, опыт выполнения предметных и универсальных действий на </w:t>
      </w:r>
      <w:r w:rsidRPr="00AD1BDD">
        <w:rPr>
          <w:lang w:val="ru-RU"/>
        </w:rPr>
        <w:br/>
      </w: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математическом материале, первоначальное овладение математическим языком станут фундаментом обучения в основном звене школы, а также будут востребованы в жизни.</w:t>
      </w:r>
    </w:p>
    <w:p w:rsidR="00147A39" w:rsidRPr="00AD1BDD" w:rsidRDefault="00AD1BDD">
      <w:pPr>
        <w:tabs>
          <w:tab w:val="left" w:pos="180"/>
        </w:tabs>
        <w:autoSpaceDE w:val="0"/>
        <w:autoSpaceDN w:val="0"/>
        <w:spacing w:before="192" w:after="0" w:line="262" w:lineRule="auto"/>
        <w:ind w:right="144"/>
        <w:rPr>
          <w:lang w:val="ru-RU"/>
        </w:rPr>
      </w:pPr>
      <w:r w:rsidRPr="00AD1BDD">
        <w:rPr>
          <w:lang w:val="ru-RU"/>
        </w:rPr>
        <w:tab/>
      </w: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Изучение математики в начальной школе направлено на достижение следующих образовательных, развивающих целей, а также целей воспитания:</w:t>
      </w:r>
    </w:p>
    <w:p w:rsidR="00147A39" w:rsidRPr="00AD1BDD" w:rsidRDefault="00AD1BDD">
      <w:pPr>
        <w:autoSpaceDE w:val="0"/>
        <w:autoSpaceDN w:val="0"/>
        <w:spacing w:before="178" w:after="0"/>
        <w:ind w:left="420" w:right="288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Освоение начальных математических знаний -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действий. </w:t>
      </w:r>
    </w:p>
    <w:p w:rsidR="00147A39" w:rsidRPr="00AD1BDD" w:rsidRDefault="00AD1BDD">
      <w:pPr>
        <w:autoSpaceDE w:val="0"/>
        <w:autoSpaceDN w:val="0"/>
        <w:spacing w:before="190" w:after="0" w:line="281" w:lineRule="auto"/>
        <w:ind w:left="420" w:right="144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функциональной математической грамотности младшего школьника,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(«часть-</w:t>
      </w:r>
      <w:proofErr w:type="spellStart"/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целое»,«больше</w:t>
      </w:r>
      <w:proofErr w:type="spellEnd"/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-меньше», «равно-неравно», «порядок»), смысла арифметических действий, </w:t>
      </w:r>
      <w:r w:rsidRPr="00AD1BDD">
        <w:rPr>
          <w:lang w:val="ru-RU"/>
        </w:rPr>
        <w:br/>
      </w: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зависимостей (работа, движение, продолжительность события). </w:t>
      </w:r>
    </w:p>
    <w:p w:rsidR="00147A39" w:rsidRPr="00AD1BDD" w:rsidRDefault="00AD1BDD">
      <w:pPr>
        <w:autoSpaceDE w:val="0"/>
        <w:autoSpaceDN w:val="0"/>
        <w:spacing w:before="190" w:after="0" w:line="281" w:lineRule="auto"/>
        <w:ind w:left="420" w:right="144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Обеспечение математического развития младшего школьника - формирование способности к интеллектуальной деятельности, пространственного воображения, математической речи; умение строить рассуждения, выбирать </w:t>
      </w:r>
      <w:proofErr w:type="gramStart"/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аргументацию,  различать</w:t>
      </w:r>
      <w:proofErr w:type="gramEnd"/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 верные (истинные) и неверные (ложные) утверждения, вести поиск информации (примеров, оснований для упорядочения, вариантов и др.). </w:t>
      </w:r>
    </w:p>
    <w:p w:rsidR="00147A39" w:rsidRPr="00AD1BDD" w:rsidRDefault="00AD1BDD">
      <w:pPr>
        <w:autoSpaceDE w:val="0"/>
        <w:autoSpaceDN w:val="0"/>
        <w:spacing w:before="190" w:after="0" w:line="281" w:lineRule="auto"/>
        <w:ind w:left="420" w:right="144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Становление учебно-познавательных мотивов и интереса к изучению математики и </w:t>
      </w:r>
      <w:r w:rsidRPr="00AD1BDD">
        <w:rPr>
          <w:lang w:val="ru-RU"/>
        </w:rPr>
        <w:br/>
      </w: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умственному труду; важнейших качеств интеллектуальной деятельности: теоретического и пространственного мышления, воображения, математической речи, ориентировки в </w:t>
      </w:r>
      <w:r w:rsidRPr="00AD1BDD">
        <w:rPr>
          <w:lang w:val="ru-RU"/>
        </w:rPr>
        <w:br/>
      </w: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математических терминах и понятиях; прочных  навыков использования математических знаний в повседневной жизни.</w:t>
      </w:r>
    </w:p>
    <w:p w:rsidR="00147A39" w:rsidRPr="00AD1BDD" w:rsidRDefault="00AD1BDD">
      <w:pPr>
        <w:tabs>
          <w:tab w:val="left" w:pos="180"/>
        </w:tabs>
        <w:autoSpaceDE w:val="0"/>
        <w:autoSpaceDN w:val="0"/>
        <w:spacing w:before="300" w:after="0" w:line="262" w:lineRule="auto"/>
        <w:ind w:right="720"/>
        <w:rPr>
          <w:lang w:val="ru-RU"/>
        </w:rPr>
      </w:pPr>
      <w:r w:rsidRPr="00AD1BDD">
        <w:rPr>
          <w:lang w:val="ru-RU"/>
        </w:rPr>
        <w:tab/>
      </w: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В основе конструирования содержания и отбора планируемых результатов лежат следующие ценности математики, коррелирующие со становлением личности младшего школьника:</w:t>
      </w:r>
    </w:p>
    <w:p w:rsidR="00147A39" w:rsidRPr="00AD1BDD" w:rsidRDefault="00AD1BDD">
      <w:pPr>
        <w:autoSpaceDE w:val="0"/>
        <w:autoSpaceDN w:val="0"/>
        <w:spacing w:before="178" w:after="0"/>
        <w:ind w:left="420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понимание математических отношений выступает средством познания закономерностей существования   окружающего мира, фактов, </w:t>
      </w:r>
      <w:proofErr w:type="gramStart"/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процессов  и</w:t>
      </w:r>
      <w:proofErr w:type="gramEnd"/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  явлений,  происходящих  в  природе и в обществе (хронология событий, протяжённость по времени, образование целого из частей, изменение формы, размера и т.д.); </w:t>
      </w:r>
    </w:p>
    <w:p w:rsidR="00147A39" w:rsidRPr="00AD1BDD" w:rsidRDefault="00AD1BDD">
      <w:pPr>
        <w:autoSpaceDE w:val="0"/>
        <w:autoSpaceDN w:val="0"/>
        <w:spacing w:before="190" w:after="0" w:line="271" w:lineRule="auto"/>
        <w:ind w:left="420" w:right="720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—  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 </w:t>
      </w:r>
    </w:p>
    <w:p w:rsidR="00147A39" w:rsidRPr="00AD1BDD" w:rsidRDefault="00AD1BDD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—  владение математическим языком, элементами алгоритмического мышления позволяет ученику совершенствовать коммуникативную деятельность (аргументировать свою точку зрения, строить логические цепочки рассуждений; опровергать или подтверждать истинность</w:t>
      </w:r>
    </w:p>
    <w:p w:rsidR="00147A39" w:rsidRPr="00AD1BDD" w:rsidRDefault="00147A39">
      <w:pPr>
        <w:rPr>
          <w:lang w:val="ru-RU"/>
        </w:rPr>
        <w:sectPr w:rsidR="00147A39" w:rsidRPr="00AD1BDD">
          <w:pgSz w:w="11900" w:h="16840"/>
          <w:pgMar w:top="298" w:right="634" w:bottom="320" w:left="666" w:header="720" w:footer="720" w:gutter="0"/>
          <w:cols w:space="720" w:equalWidth="0">
            <w:col w:w="10600" w:space="0"/>
          </w:cols>
          <w:docGrid w:linePitch="360"/>
        </w:sectPr>
      </w:pPr>
    </w:p>
    <w:p w:rsidR="00147A39" w:rsidRPr="00AD1BDD" w:rsidRDefault="00147A39">
      <w:pPr>
        <w:autoSpaceDE w:val="0"/>
        <w:autoSpaceDN w:val="0"/>
        <w:spacing w:after="66" w:line="220" w:lineRule="exact"/>
        <w:rPr>
          <w:lang w:val="ru-RU"/>
        </w:rPr>
      </w:pPr>
    </w:p>
    <w:p w:rsidR="00147A39" w:rsidRPr="00AD1BDD" w:rsidRDefault="00AD1BDD">
      <w:pPr>
        <w:autoSpaceDE w:val="0"/>
        <w:autoSpaceDN w:val="0"/>
        <w:spacing w:after="0" w:line="230" w:lineRule="auto"/>
        <w:ind w:left="420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предположения).</w:t>
      </w:r>
    </w:p>
    <w:p w:rsidR="00147A39" w:rsidRPr="00AD1BDD" w:rsidRDefault="00AD1BDD">
      <w:pPr>
        <w:autoSpaceDE w:val="0"/>
        <w:autoSpaceDN w:val="0"/>
        <w:spacing w:before="178" w:after="0" w:line="281" w:lineRule="auto"/>
        <w:ind w:firstLine="180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Младшие школьники проявляют интерес к математической сущности предметов и явлений окружающей жизни - возможности их измерить, определить величину, форму, выявить зависимости </w:t>
      </w:r>
      <w:proofErr w:type="gramStart"/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и  закономерности</w:t>
      </w:r>
      <w:proofErr w:type="gramEnd"/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  их  расположения  во  времени  и в пространстве. Осознанию младшим школьником многих математических явлений помогает его тяга к моделированию, что облегчает освоение общего способа решения учебной задачи, а также работу с разными средствами </w:t>
      </w:r>
      <w:r w:rsidRPr="00AD1BDD">
        <w:rPr>
          <w:lang w:val="ru-RU"/>
        </w:rPr>
        <w:br/>
      </w: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информации, в том числе и графическими (таблица, диаграмма, схема).</w:t>
      </w:r>
    </w:p>
    <w:p w:rsidR="00147A39" w:rsidRPr="00AD1BDD" w:rsidRDefault="00AD1BDD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В начальной школе математические знания и умения применяются школьником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учеником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школы.</w:t>
      </w:r>
    </w:p>
    <w:p w:rsidR="00117996" w:rsidRPr="00084936" w:rsidRDefault="00117996" w:rsidP="00117996">
      <w:pPr>
        <w:autoSpaceDE w:val="0"/>
        <w:autoSpaceDN w:val="0"/>
        <w:spacing w:before="190" w:after="0"/>
        <w:ind w:firstLine="180"/>
        <w:rPr>
          <w:lang w:val="ru-RU"/>
        </w:rPr>
      </w:pPr>
      <w:r w:rsidRPr="00BE6DE6">
        <w:rPr>
          <w:rFonts w:ascii="Times New Roman" w:eastAsia="Times New Roman" w:hAnsi="Times New Roman"/>
          <w:color w:val="000000"/>
          <w:sz w:val="24"/>
          <w:lang w:val="ru-RU"/>
        </w:rPr>
        <w:t>Согласно учебному плану начального общего образования МБОУ СОШ № 61, годовому календарному учебному графику на 202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2</w:t>
      </w:r>
      <w:r w:rsidRPr="00BE6DE6">
        <w:rPr>
          <w:rFonts w:ascii="Times New Roman" w:eastAsia="Times New Roman" w:hAnsi="Times New Roman"/>
          <w:color w:val="000000"/>
          <w:sz w:val="24"/>
          <w:lang w:val="ru-RU"/>
        </w:rPr>
        <w:t>-202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3</w:t>
      </w:r>
      <w:r w:rsidRPr="00BE6DE6">
        <w:rPr>
          <w:rFonts w:ascii="Times New Roman" w:eastAsia="Times New Roman" w:hAnsi="Times New Roman"/>
          <w:color w:val="000000"/>
          <w:sz w:val="24"/>
          <w:lang w:val="ru-RU"/>
        </w:rPr>
        <w:t>, производственному календарю на 202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2</w:t>
      </w:r>
      <w:r w:rsidRPr="00BE6DE6">
        <w:rPr>
          <w:rFonts w:ascii="Times New Roman" w:eastAsia="Times New Roman" w:hAnsi="Times New Roman"/>
          <w:color w:val="000000"/>
          <w:sz w:val="24"/>
          <w:lang w:val="ru-RU"/>
        </w:rPr>
        <w:t>-202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3</w:t>
      </w:r>
      <w:r w:rsidRPr="00BE6DE6">
        <w:rPr>
          <w:rFonts w:ascii="Times New Roman" w:eastAsia="Times New Roman" w:hAnsi="Times New Roman"/>
          <w:color w:val="000000"/>
          <w:sz w:val="24"/>
          <w:lang w:val="ru-RU"/>
        </w:rPr>
        <w:t xml:space="preserve"> учебный год, в соответствии с расписанием учебных занятий на 202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2</w:t>
      </w:r>
      <w:r w:rsidRPr="00BE6DE6">
        <w:rPr>
          <w:rFonts w:ascii="Times New Roman" w:eastAsia="Times New Roman" w:hAnsi="Times New Roman"/>
          <w:color w:val="000000"/>
          <w:sz w:val="24"/>
          <w:lang w:val="ru-RU"/>
        </w:rPr>
        <w:t>-202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3</w:t>
      </w:r>
      <w:r w:rsidRPr="00BE6DE6">
        <w:rPr>
          <w:rFonts w:ascii="Times New Roman" w:eastAsia="Times New Roman" w:hAnsi="Times New Roman"/>
          <w:color w:val="000000"/>
          <w:sz w:val="24"/>
          <w:lang w:val="ru-RU"/>
        </w:rPr>
        <w:t xml:space="preserve"> учебный год на программу по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математике</w:t>
      </w:r>
      <w:r w:rsidRPr="00BE6DE6">
        <w:rPr>
          <w:rFonts w:ascii="Times New Roman" w:eastAsia="Times New Roman" w:hAnsi="Times New Roman"/>
          <w:color w:val="000000"/>
          <w:sz w:val="24"/>
          <w:lang w:val="ru-RU"/>
        </w:rPr>
        <w:t xml:space="preserve"> в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1</w:t>
      </w:r>
      <w:r w:rsidRPr="00BE6DE6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классе отводится на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129</w:t>
      </w:r>
      <w:r w:rsidRPr="00BE6DE6">
        <w:rPr>
          <w:rFonts w:ascii="Times New Roman" w:eastAsia="Times New Roman" w:hAnsi="Times New Roman"/>
          <w:color w:val="000000"/>
          <w:sz w:val="24"/>
          <w:lang w:val="ru-RU"/>
        </w:rPr>
        <w:t xml:space="preserve"> час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ов</w:t>
      </w:r>
      <w:r w:rsidRPr="00BE6DE6">
        <w:rPr>
          <w:rFonts w:ascii="Times New Roman" w:eastAsia="Times New Roman" w:hAnsi="Times New Roman"/>
          <w:color w:val="000000"/>
          <w:sz w:val="24"/>
          <w:lang w:val="ru-RU"/>
        </w:rPr>
        <w:t xml:space="preserve"> (3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3 учебные недели) 4 часа в неделю,</w:t>
      </w:r>
      <w:r w:rsidRPr="00BE6DE6">
        <w:rPr>
          <w:rFonts w:ascii="Times New Roman" w:eastAsia="Times New Roman" w:hAnsi="Times New Roman"/>
          <w:color w:val="000000"/>
          <w:sz w:val="24"/>
          <w:lang w:val="ru-RU"/>
        </w:rPr>
        <w:t xml:space="preserve"> что не отразится на выполнении учебной программы по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математике</w:t>
      </w:r>
      <w:r w:rsidRPr="00BE6DE6">
        <w:rPr>
          <w:rFonts w:ascii="Times New Roman" w:eastAsia="Times New Roman" w:hAnsi="Times New Roman"/>
          <w:color w:val="000000"/>
          <w:sz w:val="24"/>
          <w:lang w:val="ru-RU"/>
        </w:rPr>
        <w:t>, она будет выполнена в полном объеме за счет уплотнения материала.</w:t>
      </w:r>
    </w:p>
    <w:p w:rsidR="00147A39" w:rsidRPr="00AD1BDD" w:rsidRDefault="00147A39">
      <w:pPr>
        <w:rPr>
          <w:lang w:val="ru-RU"/>
        </w:rPr>
        <w:sectPr w:rsidR="00147A39" w:rsidRPr="00AD1BDD">
          <w:pgSz w:w="11900" w:h="16840"/>
          <w:pgMar w:top="286" w:right="828" w:bottom="1440" w:left="666" w:header="720" w:footer="720" w:gutter="0"/>
          <w:cols w:space="720" w:equalWidth="0">
            <w:col w:w="10406" w:space="0"/>
          </w:cols>
          <w:docGrid w:linePitch="360"/>
        </w:sectPr>
      </w:pPr>
    </w:p>
    <w:p w:rsidR="00147A39" w:rsidRPr="00AD1BDD" w:rsidRDefault="00147A39">
      <w:pPr>
        <w:autoSpaceDE w:val="0"/>
        <w:autoSpaceDN w:val="0"/>
        <w:spacing w:after="78" w:line="220" w:lineRule="exact"/>
        <w:rPr>
          <w:lang w:val="ru-RU"/>
        </w:rPr>
      </w:pPr>
    </w:p>
    <w:p w:rsidR="00147A39" w:rsidRPr="00AD1BDD" w:rsidRDefault="00AD1BDD">
      <w:pPr>
        <w:autoSpaceDE w:val="0"/>
        <w:autoSpaceDN w:val="0"/>
        <w:spacing w:after="0" w:line="230" w:lineRule="auto"/>
        <w:rPr>
          <w:lang w:val="ru-RU"/>
        </w:rPr>
      </w:pPr>
      <w:r w:rsidRPr="00AD1BD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147A39" w:rsidRPr="00AD1BDD" w:rsidRDefault="00AD1BDD">
      <w:pPr>
        <w:autoSpaceDE w:val="0"/>
        <w:autoSpaceDN w:val="0"/>
        <w:spacing w:before="346" w:after="0" w:line="271" w:lineRule="auto"/>
        <w:ind w:right="144" w:firstLine="180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Основное содержание обучения в программе представлено разделами: «Числа и величины»,</w:t>
      </w:r>
      <w:r w:rsidR="0011799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147A39" w:rsidRPr="00AD1BDD" w:rsidRDefault="00AD1BDD">
      <w:pPr>
        <w:tabs>
          <w:tab w:val="left" w:pos="180"/>
        </w:tabs>
        <w:autoSpaceDE w:val="0"/>
        <w:autoSpaceDN w:val="0"/>
        <w:spacing w:before="190" w:after="0" w:line="271" w:lineRule="auto"/>
        <w:ind w:right="720"/>
        <w:rPr>
          <w:lang w:val="ru-RU"/>
        </w:rPr>
      </w:pPr>
      <w:r w:rsidRPr="00AD1BDD">
        <w:rPr>
          <w:lang w:val="ru-RU"/>
        </w:rPr>
        <w:tab/>
      </w:r>
      <w:r w:rsidRPr="00AD1BD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Числа и величины </w:t>
      </w:r>
      <w:r w:rsidRPr="00AD1BDD">
        <w:rPr>
          <w:lang w:val="ru-RU"/>
        </w:rPr>
        <w:br/>
      </w:r>
      <w:r w:rsidRPr="00AD1BDD">
        <w:rPr>
          <w:lang w:val="ru-RU"/>
        </w:rPr>
        <w:tab/>
      </w: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:rsidR="00147A39" w:rsidRPr="00AD1BDD" w:rsidRDefault="00AD1BDD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AD1BDD">
        <w:rPr>
          <w:lang w:val="ru-RU"/>
        </w:rPr>
        <w:tab/>
      </w: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Числа в пределах 20: чтение, запись, сравнение.  Однозначные и двузначные числа. Увеличение (уменьшение) числа на несколько единиц.</w:t>
      </w:r>
    </w:p>
    <w:p w:rsidR="00147A39" w:rsidRPr="00AD1BDD" w:rsidRDefault="00AD1BDD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AD1BDD">
        <w:rPr>
          <w:lang w:val="ru-RU"/>
        </w:rPr>
        <w:tab/>
      </w: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Длина и её измерение. Единицы длины: сантиметр, дециметр; установление соотношения между ними.</w:t>
      </w:r>
    </w:p>
    <w:p w:rsidR="00147A39" w:rsidRPr="00AD1BDD" w:rsidRDefault="00AD1BDD">
      <w:pPr>
        <w:tabs>
          <w:tab w:val="left" w:pos="180"/>
        </w:tabs>
        <w:autoSpaceDE w:val="0"/>
        <w:autoSpaceDN w:val="0"/>
        <w:spacing w:before="190" w:after="0" w:line="271" w:lineRule="auto"/>
        <w:rPr>
          <w:lang w:val="ru-RU"/>
        </w:rPr>
      </w:pPr>
      <w:r w:rsidRPr="00AD1BDD">
        <w:rPr>
          <w:lang w:val="ru-RU"/>
        </w:rPr>
        <w:tab/>
      </w:r>
      <w:r w:rsidRPr="00AD1BD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Арифметические действия </w:t>
      </w:r>
      <w:r w:rsidRPr="00AD1BDD">
        <w:rPr>
          <w:lang w:val="ru-RU"/>
        </w:rPr>
        <w:br/>
      </w:r>
      <w:r w:rsidRPr="00AD1BDD">
        <w:rPr>
          <w:lang w:val="ru-RU"/>
        </w:rPr>
        <w:tab/>
      </w: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</w:t>
      </w:r>
    </w:p>
    <w:p w:rsidR="00147A39" w:rsidRPr="00AD1BDD" w:rsidRDefault="00AD1BDD">
      <w:pPr>
        <w:tabs>
          <w:tab w:val="left" w:pos="180"/>
        </w:tabs>
        <w:autoSpaceDE w:val="0"/>
        <w:autoSpaceDN w:val="0"/>
        <w:spacing w:before="190" w:after="0" w:line="271" w:lineRule="auto"/>
        <w:ind w:right="288"/>
        <w:rPr>
          <w:lang w:val="ru-RU"/>
        </w:rPr>
      </w:pPr>
      <w:r w:rsidRPr="00AD1BDD">
        <w:rPr>
          <w:lang w:val="ru-RU"/>
        </w:rPr>
        <w:tab/>
      </w:r>
      <w:r w:rsidRPr="00AD1BD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Текстовые задачи </w:t>
      </w:r>
      <w:r w:rsidRPr="00AD1BDD">
        <w:rPr>
          <w:lang w:val="ru-RU"/>
        </w:rPr>
        <w:br/>
      </w:r>
      <w:r w:rsidRPr="00AD1BDD">
        <w:rPr>
          <w:lang w:val="ru-RU"/>
        </w:rPr>
        <w:tab/>
      </w: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147A39" w:rsidRPr="00AD1BDD" w:rsidRDefault="00AD1BDD">
      <w:pPr>
        <w:tabs>
          <w:tab w:val="left" w:pos="180"/>
        </w:tabs>
        <w:autoSpaceDE w:val="0"/>
        <w:autoSpaceDN w:val="0"/>
        <w:spacing w:before="190" w:after="0" w:line="271" w:lineRule="auto"/>
        <w:ind w:right="576"/>
        <w:rPr>
          <w:lang w:val="ru-RU"/>
        </w:rPr>
      </w:pPr>
      <w:r w:rsidRPr="00AD1BDD">
        <w:rPr>
          <w:lang w:val="ru-RU"/>
        </w:rPr>
        <w:tab/>
      </w:r>
      <w:r w:rsidRPr="00AD1BD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Пространственные отношения и геометрические фигуры </w:t>
      </w:r>
      <w:r w:rsidRPr="00AD1BDD">
        <w:rPr>
          <w:lang w:val="ru-RU"/>
        </w:rPr>
        <w:br/>
      </w:r>
      <w:r w:rsidRPr="00AD1BDD">
        <w:rPr>
          <w:lang w:val="ru-RU"/>
        </w:rPr>
        <w:tab/>
      </w: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Расположение предметов и объектов на плоскости, в пространстве: слева/справа, сверху/снизу, между; установление пространственных отношений.</w:t>
      </w:r>
    </w:p>
    <w:p w:rsidR="00147A39" w:rsidRPr="00AD1BDD" w:rsidRDefault="00AD1BDD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клетку; измерение длины отрезка в сантиметрах.</w:t>
      </w:r>
    </w:p>
    <w:p w:rsidR="00147A39" w:rsidRPr="00AD1BDD" w:rsidRDefault="00AD1BDD">
      <w:pPr>
        <w:tabs>
          <w:tab w:val="left" w:pos="180"/>
        </w:tabs>
        <w:autoSpaceDE w:val="0"/>
        <w:autoSpaceDN w:val="0"/>
        <w:spacing w:before="190" w:after="0" w:line="271" w:lineRule="auto"/>
        <w:rPr>
          <w:lang w:val="ru-RU"/>
        </w:rPr>
      </w:pPr>
      <w:r w:rsidRPr="00AD1BDD">
        <w:rPr>
          <w:lang w:val="ru-RU"/>
        </w:rPr>
        <w:tab/>
      </w:r>
      <w:r w:rsidRPr="00AD1BD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Математическая информация </w:t>
      </w:r>
      <w:r w:rsidRPr="00AD1BDD">
        <w:rPr>
          <w:lang w:val="ru-RU"/>
        </w:rPr>
        <w:br/>
      </w:r>
      <w:r w:rsidRPr="00AD1BDD">
        <w:rPr>
          <w:lang w:val="ru-RU"/>
        </w:rPr>
        <w:tab/>
      </w: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Сбор данных об объекте по образцу. Характеристики объекта, группы объектов (количество, форма, размер). Группировка объектов по заданному признаку.</w:t>
      </w:r>
    </w:p>
    <w:p w:rsidR="00147A39" w:rsidRPr="00AD1BDD" w:rsidRDefault="00AD1BD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Закономерность в ряду заданных объектов: её обнаружение, продолжение ряда.</w:t>
      </w:r>
    </w:p>
    <w:p w:rsidR="00147A39" w:rsidRPr="00AD1BDD" w:rsidRDefault="00AD1BDD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AD1BDD">
        <w:rPr>
          <w:lang w:val="ru-RU"/>
        </w:rPr>
        <w:tab/>
      </w: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147A39" w:rsidRPr="00AD1BDD" w:rsidRDefault="00AD1BDD">
      <w:pPr>
        <w:autoSpaceDE w:val="0"/>
        <w:autoSpaceDN w:val="0"/>
        <w:spacing w:before="72" w:after="0" w:line="271" w:lineRule="auto"/>
        <w:ind w:right="144" w:firstLine="180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Чтение таблицы (содержащей не более 4-х данных); извлечение данного из строки, столбца; внесение одного-двух данных в таблицу. Чтение рисунка, схемы с одним-двумя числовыми данными (значениями данных величин).</w:t>
      </w:r>
    </w:p>
    <w:p w:rsidR="00147A39" w:rsidRPr="00AD1BDD" w:rsidRDefault="00AD1BDD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AD1BDD">
        <w:rPr>
          <w:lang w:val="ru-RU"/>
        </w:rPr>
        <w:tab/>
      </w: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Двух-</w:t>
      </w:r>
      <w:proofErr w:type="spellStart"/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трёхшаговые</w:t>
      </w:r>
      <w:proofErr w:type="spellEnd"/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 инструкции, связанные с вычислением, измерением длины, изображением геометрической фигуры.</w:t>
      </w:r>
    </w:p>
    <w:p w:rsidR="00147A39" w:rsidRPr="00AD1BDD" w:rsidRDefault="00AD1BDD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AD1BDD">
        <w:rPr>
          <w:rFonts w:ascii="Times New Roman" w:eastAsia="Times New Roman" w:hAnsi="Times New Roman"/>
          <w:b/>
          <w:color w:val="000000"/>
          <w:sz w:val="24"/>
          <w:lang w:val="ru-RU"/>
        </w:rPr>
        <w:t>Универсальные учебные действия (пропедевтический уровень)</w:t>
      </w:r>
    </w:p>
    <w:p w:rsidR="00147A39" w:rsidRPr="00AD1BDD" w:rsidRDefault="00AD1BDD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AD1BDD">
        <w:rPr>
          <w:rFonts w:ascii="Times New Roman" w:eastAsia="Times New Roman" w:hAnsi="Times New Roman"/>
          <w:i/>
          <w:color w:val="000000"/>
          <w:sz w:val="24"/>
          <w:lang w:val="ru-RU"/>
        </w:rPr>
        <w:t>Универсальные познавательные учебные действия:</w:t>
      </w:r>
    </w:p>
    <w:p w:rsidR="00147A39" w:rsidRPr="00AD1BDD" w:rsidRDefault="00AD1BDD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наблюдать математические объекты (числа, величины) в окружающем мире; </w:t>
      </w:r>
    </w:p>
    <w:p w:rsidR="00147A39" w:rsidRPr="00AD1BDD" w:rsidRDefault="00AD1BDD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обнаруживать общее и различное в записи арифметических действий; </w:t>
      </w:r>
    </w:p>
    <w:p w:rsidR="00147A39" w:rsidRPr="00AD1BDD" w:rsidRDefault="00AD1BDD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назначение и необходимость использования величин в жизни; </w:t>
      </w:r>
    </w:p>
    <w:p w:rsidR="00147A39" w:rsidRPr="00AD1BDD" w:rsidRDefault="00AD1BDD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наблюдать действие измерительных приборов; </w:t>
      </w:r>
    </w:p>
    <w:p w:rsidR="00147A39" w:rsidRPr="00AD1BDD" w:rsidRDefault="00AD1BDD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—  сравнивать два объекта, два числа; распределять объекты на группы по заданному</w:t>
      </w:r>
    </w:p>
    <w:p w:rsidR="00147A39" w:rsidRPr="00AD1BDD" w:rsidRDefault="00147A39">
      <w:pPr>
        <w:rPr>
          <w:lang w:val="ru-RU"/>
        </w:rPr>
        <w:sectPr w:rsidR="00147A39" w:rsidRPr="00AD1BDD">
          <w:pgSz w:w="11900" w:h="16840"/>
          <w:pgMar w:top="298" w:right="650" w:bottom="41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47A39" w:rsidRPr="00AD1BDD" w:rsidRDefault="00147A39">
      <w:pPr>
        <w:autoSpaceDE w:val="0"/>
        <w:autoSpaceDN w:val="0"/>
        <w:spacing w:after="66" w:line="220" w:lineRule="exact"/>
        <w:rPr>
          <w:lang w:val="ru-RU"/>
        </w:rPr>
      </w:pPr>
    </w:p>
    <w:p w:rsidR="00147A39" w:rsidRPr="00AD1BDD" w:rsidRDefault="00AD1BDD">
      <w:pPr>
        <w:autoSpaceDE w:val="0"/>
        <w:autoSpaceDN w:val="0"/>
        <w:spacing w:after="0" w:line="329" w:lineRule="auto"/>
        <w:ind w:left="240" w:right="720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основанию; </w:t>
      </w:r>
      <w:r w:rsidRPr="00AD1BDD">
        <w:rPr>
          <w:lang w:val="ru-RU"/>
        </w:rPr>
        <w:br/>
      </w: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—  копировать изученные фигуры, рисовать от руки по собственному замыслу; приводить примеры чисел, геометрических фигур; </w:t>
      </w:r>
      <w:r w:rsidRPr="00AD1BDD">
        <w:rPr>
          <w:lang w:val="ru-RU"/>
        </w:rPr>
        <w:br/>
      </w: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—  вести порядковый и количественный счет (соблюдать последовательность).</w:t>
      </w:r>
    </w:p>
    <w:p w:rsidR="00147A39" w:rsidRPr="00AD1BDD" w:rsidRDefault="00AD1BDD">
      <w:pPr>
        <w:autoSpaceDE w:val="0"/>
        <w:autoSpaceDN w:val="0"/>
        <w:spacing w:before="178" w:after="0" w:line="326" w:lineRule="auto"/>
        <w:ind w:left="240" w:hanging="240"/>
        <w:rPr>
          <w:lang w:val="ru-RU"/>
        </w:rPr>
      </w:pPr>
      <w:r w:rsidRPr="00AD1BDD">
        <w:rPr>
          <w:rFonts w:ascii="Times New Roman" w:eastAsia="Times New Roman" w:hAnsi="Times New Roman"/>
          <w:i/>
          <w:color w:val="000000"/>
          <w:sz w:val="24"/>
          <w:lang w:val="ru-RU"/>
        </w:rPr>
        <w:t>Работа с информацией:</w:t>
      </w:r>
      <w:r w:rsidRPr="00AD1BDD">
        <w:rPr>
          <w:lang w:val="ru-RU"/>
        </w:rPr>
        <w:br/>
      </w: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понимать, что математические явления могут быть представлены с помощью разных средств: текст, числовая запись, таблица, рисунок, схема; </w:t>
      </w:r>
      <w:r w:rsidRPr="00AD1BDD">
        <w:rPr>
          <w:lang w:val="ru-RU"/>
        </w:rPr>
        <w:br/>
      </w: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—  читать таблицу, извлекать информацию, представленную в табличной форме.</w:t>
      </w:r>
    </w:p>
    <w:p w:rsidR="00147A39" w:rsidRPr="00AD1BDD" w:rsidRDefault="00AD1BDD">
      <w:pPr>
        <w:autoSpaceDE w:val="0"/>
        <w:autoSpaceDN w:val="0"/>
        <w:spacing w:before="180" w:after="0" w:line="336" w:lineRule="auto"/>
        <w:ind w:left="240" w:right="288" w:hanging="240"/>
        <w:rPr>
          <w:lang w:val="ru-RU"/>
        </w:rPr>
      </w:pPr>
      <w:r w:rsidRPr="00AD1BDD">
        <w:rPr>
          <w:rFonts w:ascii="Times New Roman" w:eastAsia="Times New Roman" w:hAnsi="Times New Roman"/>
          <w:i/>
          <w:color w:val="000000"/>
          <w:sz w:val="24"/>
          <w:lang w:val="ru-RU"/>
        </w:rPr>
        <w:t>Универсальные коммуникативные учебные действия:</w:t>
      </w:r>
      <w:r w:rsidRPr="00AD1BDD">
        <w:rPr>
          <w:lang w:val="ru-RU"/>
        </w:rPr>
        <w:br/>
      </w: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—  характеризовать (описывать) число, геометрическую фигуру, последовательность из нескольких чисел, записанных по порядку; </w:t>
      </w:r>
      <w:r w:rsidRPr="00AD1BDD">
        <w:rPr>
          <w:lang w:val="ru-RU"/>
        </w:rPr>
        <w:br/>
      </w: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—  комментировать ход сравнения двух объектов; описывать своими словами сюжетную ситуацию и математическое отношение, представленное в задаче; </w:t>
      </w:r>
      <w:r w:rsidRPr="00AD1BDD">
        <w:rPr>
          <w:lang w:val="ru-RU"/>
        </w:rPr>
        <w:br/>
      </w: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описывать положение предмета в пространстве различать и использовать математические знаки; </w:t>
      </w:r>
      <w:r w:rsidRPr="00AD1BDD">
        <w:rPr>
          <w:lang w:val="ru-RU"/>
        </w:rPr>
        <w:br/>
      </w: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—  строить предложения относительно заданного набора объектов.</w:t>
      </w:r>
    </w:p>
    <w:p w:rsidR="00147A39" w:rsidRPr="00AD1BDD" w:rsidRDefault="00AD1BDD">
      <w:pPr>
        <w:autoSpaceDE w:val="0"/>
        <w:autoSpaceDN w:val="0"/>
        <w:spacing w:before="178" w:after="0" w:line="350" w:lineRule="auto"/>
        <w:ind w:left="240" w:right="576" w:hanging="240"/>
        <w:rPr>
          <w:lang w:val="ru-RU"/>
        </w:rPr>
      </w:pPr>
      <w:r w:rsidRPr="00AD1BDD">
        <w:rPr>
          <w:rFonts w:ascii="Times New Roman" w:eastAsia="Times New Roman" w:hAnsi="Times New Roman"/>
          <w:i/>
          <w:color w:val="000000"/>
          <w:sz w:val="24"/>
          <w:lang w:val="ru-RU"/>
        </w:rPr>
        <w:t>Универсальные регулятивные учебные действия:</w:t>
      </w:r>
      <w:r w:rsidRPr="00AD1BDD">
        <w:rPr>
          <w:lang w:val="ru-RU"/>
        </w:rPr>
        <w:br/>
      </w: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—  принимать учебную задачу, удерживать её в процессе деятельности;</w:t>
      </w:r>
      <w:r w:rsidRPr="00AD1BDD">
        <w:rPr>
          <w:lang w:val="ru-RU"/>
        </w:rPr>
        <w:br/>
      </w: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—  действовать в соответствии с предложенным образцом, инструкцией; </w:t>
      </w:r>
      <w:r w:rsidRPr="00AD1BDD">
        <w:rPr>
          <w:lang w:val="ru-RU"/>
        </w:rPr>
        <w:br/>
      </w: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проявлять интерес к проверке результатов решения учебной задачи, с помощью учителя устанавливать причину возникшей ошибки и трудности; </w:t>
      </w:r>
      <w:r w:rsidRPr="00AD1BDD">
        <w:rPr>
          <w:lang w:val="ru-RU"/>
        </w:rPr>
        <w:br/>
      </w: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—  проверять правильность вычисления с помощью другого приёма выполнения действия.</w:t>
      </w:r>
    </w:p>
    <w:p w:rsidR="00147A39" w:rsidRPr="00AD1BDD" w:rsidRDefault="00AD1BDD">
      <w:pPr>
        <w:autoSpaceDE w:val="0"/>
        <w:autoSpaceDN w:val="0"/>
        <w:spacing w:before="178" w:after="0" w:line="326" w:lineRule="auto"/>
        <w:ind w:left="240" w:hanging="240"/>
        <w:rPr>
          <w:lang w:val="ru-RU"/>
        </w:rPr>
      </w:pPr>
      <w:r w:rsidRPr="00AD1BDD">
        <w:rPr>
          <w:rFonts w:ascii="Times New Roman" w:eastAsia="Times New Roman" w:hAnsi="Times New Roman"/>
          <w:i/>
          <w:color w:val="000000"/>
          <w:sz w:val="24"/>
          <w:lang w:val="ru-RU"/>
        </w:rPr>
        <w:t>Совместная деятельность:</w:t>
      </w:r>
      <w:r w:rsidRPr="00AD1BDD">
        <w:rPr>
          <w:lang w:val="ru-RU"/>
        </w:rPr>
        <w:br/>
      </w: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участвовать в парной работе с математическим материалом; </w:t>
      </w:r>
      <w:r w:rsidRPr="00AD1BDD">
        <w:rPr>
          <w:lang w:val="ru-RU"/>
        </w:rPr>
        <w:br/>
      </w: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—  выполнять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147A39" w:rsidRPr="00AD1BDD" w:rsidRDefault="00147A39">
      <w:pPr>
        <w:rPr>
          <w:lang w:val="ru-RU"/>
        </w:rPr>
        <w:sectPr w:rsidR="00147A39" w:rsidRPr="00AD1BDD">
          <w:pgSz w:w="11900" w:h="16840"/>
          <w:pgMar w:top="286" w:right="786" w:bottom="1440" w:left="846" w:header="720" w:footer="720" w:gutter="0"/>
          <w:cols w:space="720" w:equalWidth="0">
            <w:col w:w="10268" w:space="0"/>
          </w:cols>
          <w:docGrid w:linePitch="360"/>
        </w:sectPr>
      </w:pPr>
    </w:p>
    <w:p w:rsidR="00147A39" w:rsidRPr="00AD1BDD" w:rsidRDefault="00147A39">
      <w:pPr>
        <w:autoSpaceDE w:val="0"/>
        <w:autoSpaceDN w:val="0"/>
        <w:spacing w:after="78" w:line="220" w:lineRule="exact"/>
        <w:rPr>
          <w:lang w:val="ru-RU"/>
        </w:rPr>
      </w:pPr>
    </w:p>
    <w:p w:rsidR="00147A39" w:rsidRPr="00AD1BDD" w:rsidRDefault="00AD1BDD">
      <w:pPr>
        <w:autoSpaceDE w:val="0"/>
        <w:autoSpaceDN w:val="0"/>
        <w:spacing w:after="0" w:line="230" w:lineRule="auto"/>
        <w:rPr>
          <w:lang w:val="ru-RU"/>
        </w:rPr>
      </w:pPr>
      <w:r w:rsidRPr="00AD1BDD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147A39" w:rsidRPr="00AD1BDD" w:rsidRDefault="00AD1BDD">
      <w:pPr>
        <w:tabs>
          <w:tab w:val="left" w:pos="180"/>
        </w:tabs>
        <w:autoSpaceDE w:val="0"/>
        <w:autoSpaceDN w:val="0"/>
        <w:spacing w:before="346" w:after="0" w:line="262" w:lineRule="auto"/>
        <w:ind w:right="1152"/>
        <w:rPr>
          <w:lang w:val="ru-RU"/>
        </w:rPr>
      </w:pPr>
      <w:r w:rsidRPr="00AD1BDD">
        <w:rPr>
          <w:lang w:val="ru-RU"/>
        </w:rPr>
        <w:tab/>
      </w: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Изучение математики в 1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147A39" w:rsidRPr="00AD1BDD" w:rsidRDefault="00AD1BDD">
      <w:pPr>
        <w:autoSpaceDE w:val="0"/>
        <w:autoSpaceDN w:val="0"/>
        <w:spacing w:before="262" w:after="0" w:line="230" w:lineRule="auto"/>
        <w:rPr>
          <w:lang w:val="ru-RU"/>
        </w:rPr>
      </w:pPr>
      <w:r w:rsidRPr="00AD1BDD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147A39" w:rsidRPr="00AD1BDD" w:rsidRDefault="00AD1BDD">
      <w:pPr>
        <w:tabs>
          <w:tab w:val="left" w:pos="180"/>
        </w:tabs>
        <w:autoSpaceDE w:val="0"/>
        <w:autoSpaceDN w:val="0"/>
        <w:spacing w:before="166" w:after="0" w:line="262" w:lineRule="auto"/>
        <w:ind w:right="288"/>
        <w:rPr>
          <w:lang w:val="ru-RU"/>
        </w:rPr>
      </w:pPr>
      <w:r w:rsidRPr="00AD1BDD">
        <w:rPr>
          <w:lang w:val="ru-RU"/>
        </w:rPr>
        <w:tab/>
      </w: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В результате изучения предмета «Математика» у обучающегося будут сформированы следующие личностные результаты:</w:t>
      </w:r>
    </w:p>
    <w:p w:rsidR="00147A39" w:rsidRPr="00AD1BDD" w:rsidRDefault="00AD1BDD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осознавать необходимость изучения математики для адаптации к жизненным ситуациям, для развития общей культуры человека; </w:t>
      </w:r>
    </w:p>
    <w:p w:rsidR="00147A39" w:rsidRPr="00AD1BDD" w:rsidRDefault="00AD1BDD">
      <w:pPr>
        <w:autoSpaceDE w:val="0"/>
        <w:autoSpaceDN w:val="0"/>
        <w:spacing w:before="192" w:after="0" w:line="262" w:lineRule="auto"/>
        <w:ind w:left="420" w:right="576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развития способности мыслить, рассуждать, выдвигать предположения и доказывать или опровергать их; </w:t>
      </w:r>
    </w:p>
    <w:p w:rsidR="00147A39" w:rsidRPr="00AD1BDD" w:rsidRDefault="00AD1BDD">
      <w:pPr>
        <w:autoSpaceDE w:val="0"/>
        <w:autoSpaceDN w:val="0"/>
        <w:spacing w:before="190" w:after="0" w:line="271" w:lineRule="auto"/>
        <w:ind w:left="420" w:right="864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—  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147A39" w:rsidRPr="00AD1BDD" w:rsidRDefault="00AD1BDD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осваивать навыки организации безопасного поведения в информационной среде; </w:t>
      </w:r>
    </w:p>
    <w:p w:rsidR="00147A39" w:rsidRPr="00AD1BDD" w:rsidRDefault="00AD1BDD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 </w:t>
      </w:r>
    </w:p>
    <w:p w:rsidR="00147A39" w:rsidRPr="00AD1BDD" w:rsidRDefault="00AD1BDD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 </w:t>
      </w:r>
    </w:p>
    <w:p w:rsidR="00147A39" w:rsidRPr="00AD1BDD" w:rsidRDefault="00AD1BDD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 </w:t>
      </w:r>
    </w:p>
    <w:p w:rsidR="00147A39" w:rsidRPr="00AD1BDD" w:rsidRDefault="00AD1BDD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оценивать свои успехи в изучении математики, намечать пути устранения трудностей; </w:t>
      </w:r>
    </w:p>
    <w:p w:rsidR="00147A39" w:rsidRPr="00AD1BDD" w:rsidRDefault="00AD1BDD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—  стремиться углублять свои математические знания и умения; 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147A39" w:rsidRPr="00AD1BDD" w:rsidRDefault="00AD1BDD">
      <w:pPr>
        <w:autoSpaceDE w:val="0"/>
        <w:autoSpaceDN w:val="0"/>
        <w:spacing w:before="324" w:after="0" w:line="230" w:lineRule="auto"/>
        <w:rPr>
          <w:lang w:val="ru-RU"/>
        </w:rPr>
      </w:pPr>
      <w:r w:rsidRPr="00AD1BDD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147A39" w:rsidRPr="00AD1BDD" w:rsidRDefault="00AD1BDD">
      <w:pPr>
        <w:autoSpaceDE w:val="0"/>
        <w:autoSpaceDN w:val="0"/>
        <w:spacing w:before="168" w:after="0" w:line="230" w:lineRule="auto"/>
        <w:ind w:left="180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 у обучающегося формируются следующие универсальные учебные действия.</w:t>
      </w:r>
    </w:p>
    <w:p w:rsidR="00147A39" w:rsidRPr="00AD1BDD" w:rsidRDefault="00AD1BDD">
      <w:pPr>
        <w:autoSpaceDE w:val="0"/>
        <w:autoSpaceDN w:val="0"/>
        <w:spacing w:before="192" w:after="0" w:line="230" w:lineRule="auto"/>
        <w:ind w:left="180"/>
        <w:rPr>
          <w:lang w:val="ru-RU"/>
        </w:rPr>
      </w:pPr>
      <w:proofErr w:type="gramStart"/>
      <w:r w:rsidRPr="00AD1BDD">
        <w:rPr>
          <w:rFonts w:ascii="Times New Roman" w:eastAsia="Times New Roman" w:hAnsi="Times New Roman"/>
          <w:b/>
          <w:color w:val="000000"/>
          <w:sz w:val="24"/>
          <w:lang w:val="ru-RU"/>
        </w:rPr>
        <w:t>Универсальные  познавательные</w:t>
      </w:r>
      <w:proofErr w:type="gramEnd"/>
      <w:r w:rsidRPr="00AD1BD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учебные действия:</w:t>
      </w:r>
    </w:p>
    <w:p w:rsidR="00147A39" w:rsidRPr="00AD1BDD" w:rsidRDefault="00AD1BDD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AD1BDD">
        <w:rPr>
          <w:rFonts w:ascii="Times New Roman" w:eastAsia="Times New Roman" w:hAnsi="Times New Roman"/>
          <w:i/>
          <w:color w:val="000000"/>
          <w:sz w:val="24"/>
          <w:lang w:val="ru-RU"/>
        </w:rPr>
        <w:t>1)  Базовые логические действия:</w:t>
      </w:r>
    </w:p>
    <w:p w:rsidR="00147A39" w:rsidRPr="00AD1BDD" w:rsidRDefault="00AD1BDD">
      <w:pPr>
        <w:autoSpaceDE w:val="0"/>
        <w:autoSpaceDN w:val="0"/>
        <w:spacing w:before="178" w:after="0" w:line="262" w:lineRule="auto"/>
        <w:ind w:left="420" w:right="1008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устанавливать связи и зависимости между математическими объектами (часть-целое; причина-следствие; протяжённость); </w:t>
      </w:r>
    </w:p>
    <w:p w:rsidR="00147A39" w:rsidRPr="00AD1BDD" w:rsidRDefault="00AD1BDD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—  применять базовые логические универсальные действия: сравнение, анализ, классификация (группировка), обобщение;</w:t>
      </w:r>
    </w:p>
    <w:p w:rsidR="00147A39" w:rsidRPr="00AD1BDD" w:rsidRDefault="00AD1BDD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—  приобретать практические графические и измерительные навыки для успешного решения учебных и житейских задач;</w:t>
      </w:r>
    </w:p>
    <w:p w:rsidR="00147A39" w:rsidRPr="00AD1BDD" w:rsidRDefault="00AD1BDD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—  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147A39" w:rsidRPr="00AD1BDD" w:rsidRDefault="00AD1BDD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AD1BDD">
        <w:rPr>
          <w:rFonts w:ascii="Times New Roman" w:eastAsia="Times New Roman" w:hAnsi="Times New Roman"/>
          <w:i/>
          <w:color w:val="000000"/>
          <w:sz w:val="24"/>
          <w:lang w:val="ru-RU"/>
        </w:rPr>
        <w:t>2)  Базовые исследовательские действия:</w:t>
      </w:r>
    </w:p>
    <w:p w:rsidR="00147A39" w:rsidRPr="00AD1BDD" w:rsidRDefault="00147A39">
      <w:pPr>
        <w:rPr>
          <w:lang w:val="ru-RU"/>
        </w:rPr>
        <w:sectPr w:rsidR="00147A39" w:rsidRPr="00AD1BDD">
          <w:pgSz w:w="11900" w:h="16840"/>
          <w:pgMar w:top="298" w:right="650" w:bottom="37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47A39" w:rsidRPr="00AD1BDD" w:rsidRDefault="00147A39">
      <w:pPr>
        <w:autoSpaceDE w:val="0"/>
        <w:autoSpaceDN w:val="0"/>
        <w:spacing w:after="132" w:line="220" w:lineRule="exact"/>
        <w:rPr>
          <w:lang w:val="ru-RU"/>
        </w:rPr>
      </w:pPr>
    </w:p>
    <w:p w:rsidR="00147A39" w:rsidRPr="00AD1BDD" w:rsidRDefault="00AD1BDD">
      <w:pPr>
        <w:autoSpaceDE w:val="0"/>
        <w:autoSpaceDN w:val="0"/>
        <w:spacing w:after="0" w:line="262" w:lineRule="auto"/>
        <w:ind w:left="240" w:right="864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проявлять способность ориентироваться в учебном материале разных разделов курса математики; </w:t>
      </w:r>
    </w:p>
    <w:p w:rsidR="00147A39" w:rsidRPr="00AD1BDD" w:rsidRDefault="00AD1BDD">
      <w:pPr>
        <w:autoSpaceDE w:val="0"/>
        <w:autoSpaceDN w:val="0"/>
        <w:spacing w:before="190" w:after="0" w:line="262" w:lineRule="auto"/>
        <w:ind w:left="240" w:right="1440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и адекватно использовать математическую терминологию: различать, характеризовать, использовать для решения учебных и практических задач; </w:t>
      </w:r>
    </w:p>
    <w:p w:rsidR="00147A39" w:rsidRPr="00AD1BDD" w:rsidRDefault="00AD1BDD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—  применять изученные методы познания (измерение, моделирование, перебор вариантов)</w:t>
      </w:r>
    </w:p>
    <w:p w:rsidR="00147A39" w:rsidRPr="00AD1BDD" w:rsidRDefault="00AD1BDD">
      <w:pPr>
        <w:autoSpaceDE w:val="0"/>
        <w:autoSpaceDN w:val="0"/>
        <w:spacing w:before="178" w:after="0" w:line="230" w:lineRule="auto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3)  Работа с информацией:</w:t>
      </w:r>
    </w:p>
    <w:p w:rsidR="00147A39" w:rsidRPr="00AD1BDD" w:rsidRDefault="00AD1BDD">
      <w:pPr>
        <w:autoSpaceDE w:val="0"/>
        <w:autoSpaceDN w:val="0"/>
        <w:spacing w:before="178" w:after="0" w:line="262" w:lineRule="auto"/>
        <w:ind w:left="240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и использовать для решения учебных задач текстовую, графическую информацию в разных источниках информационной среды; </w:t>
      </w:r>
    </w:p>
    <w:p w:rsidR="00147A39" w:rsidRPr="00AD1BDD" w:rsidRDefault="00AD1BDD">
      <w:pPr>
        <w:autoSpaceDE w:val="0"/>
        <w:autoSpaceDN w:val="0"/>
        <w:spacing w:before="192" w:after="0" w:line="262" w:lineRule="auto"/>
        <w:ind w:left="240" w:right="864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—  читать, интерпретировать графически представленную информацию (схему, таблицу, диаграмму, другую модель); </w:t>
      </w:r>
    </w:p>
    <w:p w:rsidR="00147A39" w:rsidRPr="00AD1BDD" w:rsidRDefault="00AD1BDD">
      <w:pPr>
        <w:autoSpaceDE w:val="0"/>
        <w:autoSpaceDN w:val="0"/>
        <w:spacing w:before="190" w:after="0" w:line="262" w:lineRule="auto"/>
        <w:ind w:left="240" w:right="432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 </w:t>
      </w:r>
    </w:p>
    <w:p w:rsidR="00147A39" w:rsidRPr="00AD1BDD" w:rsidRDefault="00AD1BDD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—  принимать правила, безопасно использовать предлагаемые электронные средства и источники информации.</w:t>
      </w:r>
    </w:p>
    <w:p w:rsidR="00147A39" w:rsidRPr="00AD1BDD" w:rsidRDefault="00AD1BDD">
      <w:pPr>
        <w:autoSpaceDE w:val="0"/>
        <w:autoSpaceDN w:val="0"/>
        <w:spacing w:before="178" w:after="0" w:line="230" w:lineRule="auto"/>
        <w:rPr>
          <w:lang w:val="ru-RU"/>
        </w:rPr>
      </w:pPr>
      <w:r w:rsidRPr="00AD1BDD">
        <w:rPr>
          <w:rFonts w:ascii="Times New Roman" w:eastAsia="Times New Roman" w:hAnsi="Times New Roman"/>
          <w:b/>
          <w:color w:val="000000"/>
          <w:sz w:val="24"/>
          <w:lang w:val="ru-RU"/>
        </w:rPr>
        <w:t>Универсальные коммуникативные учебные действия:</w:t>
      </w:r>
    </w:p>
    <w:p w:rsidR="00147A39" w:rsidRPr="00AD1BDD" w:rsidRDefault="00AD1BDD">
      <w:pPr>
        <w:autoSpaceDE w:val="0"/>
        <w:autoSpaceDN w:val="0"/>
        <w:spacing w:before="298" w:after="0" w:line="230" w:lineRule="auto"/>
        <w:ind w:left="240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—  конструировать утверждения, проверять их истинность;</w:t>
      </w:r>
    </w:p>
    <w:p w:rsidR="00147A39" w:rsidRPr="00AD1BDD" w:rsidRDefault="00AD1BDD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—  строить логическое рассуждение;</w:t>
      </w:r>
    </w:p>
    <w:p w:rsidR="00147A39" w:rsidRPr="00AD1BDD" w:rsidRDefault="00AD1BDD">
      <w:pPr>
        <w:autoSpaceDE w:val="0"/>
        <w:autoSpaceDN w:val="0"/>
        <w:spacing w:before="238" w:after="0" w:line="230" w:lineRule="auto"/>
        <w:jc w:val="center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текст задания для объяснения способа и хода решения математической задачи;</w:t>
      </w:r>
    </w:p>
    <w:p w:rsidR="00147A39" w:rsidRPr="00AD1BDD" w:rsidRDefault="00AD1BDD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ответ;</w:t>
      </w:r>
    </w:p>
    <w:p w:rsidR="00147A39" w:rsidRPr="00AD1BDD" w:rsidRDefault="00AD1BDD">
      <w:pPr>
        <w:autoSpaceDE w:val="0"/>
        <w:autoSpaceDN w:val="0"/>
        <w:spacing w:before="238" w:after="0" w:line="262" w:lineRule="auto"/>
        <w:ind w:left="240" w:right="288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—  комментировать процесс вычисления, построения, решения; объяснять полученный ответ с использованием изученной терминологии;</w:t>
      </w:r>
    </w:p>
    <w:p w:rsidR="00147A39" w:rsidRPr="00AD1BDD" w:rsidRDefault="00AD1BDD">
      <w:pPr>
        <w:autoSpaceDE w:val="0"/>
        <w:autoSpaceDN w:val="0"/>
        <w:spacing w:before="238" w:after="0" w:line="271" w:lineRule="auto"/>
        <w:ind w:left="240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—  в процессе диалогов по обсуждению изученного материала —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147A39" w:rsidRPr="00AD1BDD" w:rsidRDefault="00AD1BDD">
      <w:pPr>
        <w:autoSpaceDE w:val="0"/>
        <w:autoSpaceDN w:val="0"/>
        <w:spacing w:before="240" w:after="0" w:line="271" w:lineRule="auto"/>
        <w:ind w:left="240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—  создавать в соответствии с учебной задачей тексты разного вида -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147A39" w:rsidRPr="00AD1BDD" w:rsidRDefault="00AD1BDD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—  ориентироваться в алгоритмах: воспроизводить, дополнять, исправлять деформированные;</w:t>
      </w:r>
    </w:p>
    <w:p w:rsidR="00147A39" w:rsidRPr="00AD1BDD" w:rsidRDefault="00AD1BDD">
      <w:pPr>
        <w:autoSpaceDE w:val="0"/>
        <w:autoSpaceDN w:val="0"/>
        <w:spacing w:before="238" w:after="0" w:line="262" w:lineRule="auto"/>
        <w:ind w:left="240" w:right="144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—  составлять по аналогии</w:t>
      </w:r>
      <w:proofErr w:type="gramStart"/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; .</w:t>
      </w:r>
      <w:proofErr w:type="gramEnd"/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 самостоятельно составлять тексты заданий, аналогичные типовым изученным.</w:t>
      </w:r>
    </w:p>
    <w:p w:rsidR="00147A39" w:rsidRPr="00AD1BDD" w:rsidRDefault="00AD1BDD">
      <w:pPr>
        <w:autoSpaceDE w:val="0"/>
        <w:autoSpaceDN w:val="0"/>
        <w:spacing w:before="178" w:after="0" w:line="230" w:lineRule="auto"/>
        <w:rPr>
          <w:lang w:val="ru-RU"/>
        </w:rPr>
      </w:pPr>
      <w:r w:rsidRPr="00AD1BDD">
        <w:rPr>
          <w:rFonts w:ascii="Times New Roman" w:eastAsia="Times New Roman" w:hAnsi="Times New Roman"/>
          <w:b/>
          <w:color w:val="000000"/>
          <w:sz w:val="24"/>
          <w:lang w:val="ru-RU"/>
        </w:rPr>
        <w:t>Универсальные регулятивные учебные действия:</w:t>
      </w:r>
    </w:p>
    <w:p w:rsidR="00147A39" w:rsidRPr="00AD1BDD" w:rsidRDefault="00AD1BDD">
      <w:pPr>
        <w:autoSpaceDE w:val="0"/>
        <w:autoSpaceDN w:val="0"/>
        <w:spacing w:before="190" w:after="0" w:line="230" w:lineRule="auto"/>
        <w:rPr>
          <w:lang w:val="ru-RU"/>
        </w:rPr>
      </w:pPr>
      <w:r w:rsidRPr="00AD1BDD">
        <w:rPr>
          <w:rFonts w:ascii="Times New Roman" w:eastAsia="Times New Roman" w:hAnsi="Times New Roman"/>
          <w:i/>
          <w:color w:val="000000"/>
          <w:sz w:val="24"/>
          <w:lang w:val="ru-RU"/>
        </w:rPr>
        <w:t>1)  Самоорганизация:</w:t>
      </w:r>
    </w:p>
    <w:p w:rsidR="00147A39" w:rsidRPr="00AD1BDD" w:rsidRDefault="00AD1BDD">
      <w:pPr>
        <w:autoSpaceDE w:val="0"/>
        <w:autoSpaceDN w:val="0"/>
        <w:spacing w:before="178" w:after="0" w:line="230" w:lineRule="auto"/>
        <w:ind w:left="240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планировать этапы предстоящей работы, определять последовательность учебных действий; </w:t>
      </w:r>
    </w:p>
    <w:p w:rsidR="00147A39" w:rsidRPr="00AD1BDD" w:rsidRDefault="00AD1BDD">
      <w:pPr>
        <w:autoSpaceDE w:val="0"/>
        <w:autoSpaceDN w:val="0"/>
        <w:spacing w:before="190" w:after="0" w:line="262" w:lineRule="auto"/>
        <w:ind w:left="240" w:right="864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—  выполнять правила безопасного использования электронных средств, предлагаемых в процессе обучения.</w:t>
      </w:r>
    </w:p>
    <w:p w:rsidR="00147A39" w:rsidRPr="00AD1BDD" w:rsidRDefault="00AD1BDD">
      <w:pPr>
        <w:autoSpaceDE w:val="0"/>
        <w:autoSpaceDN w:val="0"/>
        <w:spacing w:before="178" w:after="0" w:line="230" w:lineRule="auto"/>
        <w:rPr>
          <w:lang w:val="ru-RU"/>
        </w:rPr>
      </w:pPr>
      <w:r w:rsidRPr="00AD1BDD">
        <w:rPr>
          <w:rFonts w:ascii="Times New Roman" w:eastAsia="Times New Roman" w:hAnsi="Times New Roman"/>
          <w:i/>
          <w:color w:val="000000"/>
          <w:sz w:val="24"/>
          <w:lang w:val="ru-RU"/>
        </w:rPr>
        <w:t>2)  Самоконтроль:</w:t>
      </w:r>
    </w:p>
    <w:p w:rsidR="00147A39" w:rsidRPr="00AD1BDD" w:rsidRDefault="00AD1BDD">
      <w:pPr>
        <w:autoSpaceDE w:val="0"/>
        <w:autoSpaceDN w:val="0"/>
        <w:spacing w:before="178" w:after="0" w:line="230" w:lineRule="auto"/>
        <w:ind w:left="240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осуществлять контроль процесса и результата своей деятельности, объективно оценивать их; </w:t>
      </w:r>
    </w:p>
    <w:p w:rsidR="00147A39" w:rsidRPr="00AD1BDD" w:rsidRDefault="00147A39">
      <w:pPr>
        <w:rPr>
          <w:lang w:val="ru-RU"/>
        </w:rPr>
        <w:sectPr w:rsidR="00147A39" w:rsidRPr="00AD1BDD">
          <w:pgSz w:w="11900" w:h="16840"/>
          <w:pgMar w:top="352" w:right="722" w:bottom="302" w:left="846" w:header="720" w:footer="720" w:gutter="0"/>
          <w:cols w:space="720" w:equalWidth="0">
            <w:col w:w="10332" w:space="0"/>
          </w:cols>
          <w:docGrid w:linePitch="360"/>
        </w:sectPr>
      </w:pPr>
    </w:p>
    <w:p w:rsidR="00147A39" w:rsidRPr="00AD1BDD" w:rsidRDefault="00147A39">
      <w:pPr>
        <w:autoSpaceDE w:val="0"/>
        <w:autoSpaceDN w:val="0"/>
        <w:spacing w:after="144" w:line="220" w:lineRule="exact"/>
        <w:rPr>
          <w:lang w:val="ru-RU"/>
        </w:rPr>
      </w:pPr>
    </w:p>
    <w:p w:rsidR="00147A39" w:rsidRPr="00AD1BDD" w:rsidRDefault="00AD1BDD">
      <w:pPr>
        <w:autoSpaceDE w:val="0"/>
        <w:autoSpaceDN w:val="0"/>
        <w:spacing w:after="0" w:line="230" w:lineRule="auto"/>
        <w:ind w:left="420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выбирать и при необходимости корректировать способы действий; </w:t>
      </w:r>
    </w:p>
    <w:p w:rsidR="00147A39" w:rsidRPr="00AD1BDD" w:rsidRDefault="00AD1BDD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—  находить ошибки в своей работе, устанавливать их причины, вести поиск путей преодоления ошибок.</w:t>
      </w:r>
    </w:p>
    <w:p w:rsidR="00147A39" w:rsidRPr="00AD1BDD" w:rsidRDefault="00AD1BDD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AD1BDD">
        <w:rPr>
          <w:rFonts w:ascii="Times New Roman" w:eastAsia="Times New Roman" w:hAnsi="Times New Roman"/>
          <w:i/>
          <w:color w:val="000000"/>
          <w:sz w:val="24"/>
          <w:lang w:val="ru-RU"/>
        </w:rPr>
        <w:t>3)  Самооценка:</w:t>
      </w:r>
    </w:p>
    <w:p w:rsidR="00147A39" w:rsidRPr="00AD1BDD" w:rsidRDefault="00AD1BDD">
      <w:pPr>
        <w:autoSpaceDE w:val="0"/>
        <w:autoSpaceDN w:val="0"/>
        <w:spacing w:before="178" w:after="0" w:line="271" w:lineRule="auto"/>
        <w:ind w:left="420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 </w:t>
      </w:r>
    </w:p>
    <w:p w:rsidR="00147A39" w:rsidRPr="00AD1BDD" w:rsidRDefault="00AD1BDD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—  оценивать рациональность своих действий, давать им качественную характеристику.</w:t>
      </w:r>
    </w:p>
    <w:p w:rsidR="00147A39" w:rsidRPr="00AD1BDD" w:rsidRDefault="00AD1BDD">
      <w:pPr>
        <w:autoSpaceDE w:val="0"/>
        <w:autoSpaceDN w:val="0"/>
        <w:spacing w:before="180" w:after="0" w:line="230" w:lineRule="auto"/>
        <w:ind w:left="180"/>
        <w:rPr>
          <w:lang w:val="ru-RU"/>
        </w:rPr>
      </w:pPr>
      <w:r w:rsidRPr="00AD1BDD">
        <w:rPr>
          <w:rFonts w:ascii="Times New Roman" w:eastAsia="Times New Roman" w:hAnsi="Times New Roman"/>
          <w:b/>
          <w:color w:val="000000"/>
          <w:sz w:val="24"/>
          <w:lang w:val="ru-RU"/>
        </w:rPr>
        <w:t>Совместная деятельность:</w:t>
      </w:r>
    </w:p>
    <w:p w:rsidR="00147A39" w:rsidRPr="00AD1BDD" w:rsidRDefault="00AD1BDD">
      <w:pPr>
        <w:autoSpaceDE w:val="0"/>
        <w:autoSpaceDN w:val="0"/>
        <w:spacing w:before="180" w:after="0" w:line="271" w:lineRule="auto"/>
        <w:ind w:left="420" w:right="576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контрпримеров</w:t>
      </w:r>
      <w:proofErr w:type="spellEnd"/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</w:p>
    <w:p w:rsidR="00147A39" w:rsidRPr="00AD1BDD" w:rsidRDefault="00AD1BDD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—  </w:t>
      </w:r>
      <w:proofErr w:type="gramStart"/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согласовывать  мнения</w:t>
      </w:r>
      <w:proofErr w:type="gramEnd"/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 в ходе поиска доказательств, выбора рационального способа, анализа информации;</w:t>
      </w:r>
    </w:p>
    <w:p w:rsidR="00147A39" w:rsidRPr="00AD1BDD" w:rsidRDefault="00AD1BDD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—  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147A39" w:rsidRPr="00AD1BDD" w:rsidRDefault="00AD1BDD">
      <w:pPr>
        <w:autoSpaceDE w:val="0"/>
        <w:autoSpaceDN w:val="0"/>
        <w:spacing w:before="322" w:after="0" w:line="230" w:lineRule="auto"/>
        <w:rPr>
          <w:lang w:val="ru-RU"/>
        </w:rPr>
      </w:pPr>
      <w:r w:rsidRPr="00AD1BDD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147A39" w:rsidRPr="00AD1BDD" w:rsidRDefault="00AD1BDD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 в 1 классе обучающийся научится:</w:t>
      </w:r>
    </w:p>
    <w:p w:rsidR="00147A39" w:rsidRPr="00AD1BDD" w:rsidRDefault="00AD1BDD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—  читать, записывать, </w:t>
      </w:r>
      <w:proofErr w:type="gramStart"/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сравнивать,  упорядочивать</w:t>
      </w:r>
      <w:proofErr w:type="gramEnd"/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  числа  от  0 до 20; </w:t>
      </w:r>
    </w:p>
    <w:p w:rsidR="00147A39" w:rsidRPr="00AD1BDD" w:rsidRDefault="00AD1BDD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пересчитывать различные объекты, устанавливать порядковый номер объекта; </w:t>
      </w:r>
    </w:p>
    <w:p w:rsidR="00147A39" w:rsidRPr="00AD1BDD" w:rsidRDefault="00AD1BDD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числа, большие/меньшие данного числа на заданное число; </w:t>
      </w:r>
    </w:p>
    <w:p w:rsidR="00147A39" w:rsidRPr="00AD1BDD" w:rsidRDefault="00AD1BDD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выполнять арифметические действия сложения и вычитания в пределах 20 (устно и письменно) без перехода через десяток; называть и различать компоненты действий сложения (слагаемые, сумма) и вычитания (уменьшаемое, вычитаемое, разность); </w:t>
      </w:r>
    </w:p>
    <w:p w:rsidR="00147A39" w:rsidRPr="00AD1BDD" w:rsidRDefault="00AD1BDD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решать текстовые задачи в одно действие на сложение и вычитание: выделять условие и требование (вопрос); </w:t>
      </w:r>
    </w:p>
    <w:p w:rsidR="00147A39" w:rsidRPr="00AD1BDD" w:rsidRDefault="00AD1BDD">
      <w:pPr>
        <w:autoSpaceDE w:val="0"/>
        <w:autoSpaceDN w:val="0"/>
        <w:spacing w:before="192" w:after="0" w:line="262" w:lineRule="auto"/>
        <w:ind w:left="420" w:right="720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объекты по длине, устанавливая между ними соотношение длиннее/короче (выше/ниже, шире/уже); </w:t>
      </w:r>
    </w:p>
    <w:p w:rsidR="00147A39" w:rsidRPr="00AD1BDD" w:rsidRDefault="00AD1BDD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—  знать и использовать единицу длины — сантиметр; измерять длину отрезка, чертить отрезок заданной длины (в см); </w:t>
      </w:r>
    </w:p>
    <w:p w:rsidR="00147A39" w:rsidRPr="00AD1BDD" w:rsidRDefault="00AD1BDD">
      <w:pPr>
        <w:autoSpaceDE w:val="0"/>
        <w:autoSpaceDN w:val="0"/>
        <w:spacing w:before="190" w:after="0" w:line="262" w:lineRule="auto"/>
        <w:ind w:left="420" w:right="1008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различать число и цифру; распознавать геометрические фигуры: круг, треугольник, прямоугольник (квадрат), отрезок; </w:t>
      </w:r>
    </w:p>
    <w:p w:rsidR="00147A39" w:rsidRPr="00AD1BDD" w:rsidRDefault="00AD1BDD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устанавливать между объектами соотношения: слева/справа, дальше/ближе, между, перед/за, над/под; </w:t>
      </w:r>
    </w:p>
    <w:p w:rsidR="00147A39" w:rsidRPr="00AD1BDD" w:rsidRDefault="00AD1BDD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верные (истинные) и неверные (ложные) утверждения относительно заданного набора объектов/предметов; </w:t>
      </w:r>
    </w:p>
    <w:p w:rsidR="00147A39" w:rsidRPr="00AD1BDD" w:rsidRDefault="00AD1BDD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—  группировать объекты по заданному признаку; находить и называть закономерности в ряду объектов повседневной жизни; </w:t>
      </w:r>
    </w:p>
    <w:p w:rsidR="00147A39" w:rsidRPr="00AD1BDD" w:rsidRDefault="00147A39">
      <w:pPr>
        <w:rPr>
          <w:lang w:val="ru-RU"/>
        </w:rPr>
        <w:sectPr w:rsidR="00147A39" w:rsidRPr="00AD1BDD">
          <w:pgSz w:w="11900" w:h="16840"/>
          <w:pgMar w:top="364" w:right="790" w:bottom="422" w:left="666" w:header="720" w:footer="720" w:gutter="0"/>
          <w:cols w:space="720" w:equalWidth="0">
            <w:col w:w="10444" w:space="0"/>
          </w:cols>
          <w:docGrid w:linePitch="360"/>
        </w:sectPr>
      </w:pPr>
    </w:p>
    <w:p w:rsidR="00147A39" w:rsidRPr="00AD1BDD" w:rsidRDefault="00147A39">
      <w:pPr>
        <w:autoSpaceDE w:val="0"/>
        <w:autoSpaceDN w:val="0"/>
        <w:spacing w:after="108" w:line="220" w:lineRule="exact"/>
        <w:rPr>
          <w:lang w:val="ru-RU"/>
        </w:rPr>
      </w:pPr>
    </w:p>
    <w:p w:rsidR="00147A39" w:rsidRPr="00AD1BDD" w:rsidRDefault="00AD1BDD">
      <w:pPr>
        <w:autoSpaceDE w:val="0"/>
        <w:autoSpaceDN w:val="0"/>
        <w:spacing w:after="0" w:line="262" w:lineRule="auto"/>
        <w:ind w:right="144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различать строки и столбцы таблицы, вносить данное в таблицу, извлекать данное/данные из таблицы; </w:t>
      </w:r>
    </w:p>
    <w:p w:rsidR="00147A39" w:rsidRPr="00AD1BDD" w:rsidRDefault="00AD1BDD">
      <w:pPr>
        <w:autoSpaceDE w:val="0"/>
        <w:autoSpaceDN w:val="0"/>
        <w:spacing w:before="190" w:after="0" w:line="262" w:lineRule="auto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—  сравнивать два объекта (числа, геометрические фигуры); распределять объекты на две группы по заданному основанию.</w:t>
      </w:r>
    </w:p>
    <w:p w:rsidR="00147A39" w:rsidRPr="00AD1BDD" w:rsidRDefault="00147A39">
      <w:pPr>
        <w:rPr>
          <w:lang w:val="ru-RU"/>
        </w:rPr>
        <w:sectPr w:rsidR="00147A39" w:rsidRPr="00AD1BDD">
          <w:pgSz w:w="11900" w:h="16840"/>
          <w:pgMar w:top="328" w:right="730" w:bottom="1440" w:left="1086" w:header="720" w:footer="720" w:gutter="0"/>
          <w:cols w:space="720" w:equalWidth="0">
            <w:col w:w="10084" w:space="0"/>
          </w:cols>
          <w:docGrid w:linePitch="360"/>
        </w:sectPr>
      </w:pPr>
    </w:p>
    <w:p w:rsidR="00147A39" w:rsidRPr="00AD1BDD" w:rsidRDefault="00147A39">
      <w:pPr>
        <w:autoSpaceDE w:val="0"/>
        <w:autoSpaceDN w:val="0"/>
        <w:spacing w:after="64" w:line="220" w:lineRule="exact"/>
        <w:rPr>
          <w:lang w:val="ru-RU"/>
        </w:rPr>
      </w:pPr>
    </w:p>
    <w:p w:rsidR="00147A39" w:rsidRDefault="00AD1BDD">
      <w:pPr>
        <w:autoSpaceDE w:val="0"/>
        <w:autoSpaceDN w:val="0"/>
        <w:spacing w:after="666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822"/>
        <w:gridCol w:w="528"/>
        <w:gridCol w:w="1104"/>
        <w:gridCol w:w="1142"/>
        <w:gridCol w:w="864"/>
        <w:gridCol w:w="3938"/>
        <w:gridCol w:w="1238"/>
        <w:gridCol w:w="3470"/>
      </w:tblGrid>
      <w:tr w:rsidR="00147A39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2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 часов</w:t>
            </w:r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3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Виды, формы контроля</w:t>
            </w:r>
          </w:p>
        </w:tc>
        <w:tc>
          <w:tcPr>
            <w:tcW w:w="3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45" w:lineRule="auto"/>
              <w:ind w:left="70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147A39">
        <w:trPr>
          <w:trHeight w:hRule="exact" w:val="54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A39" w:rsidRDefault="00147A39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A39" w:rsidRDefault="00147A39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A39" w:rsidRDefault="00147A39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A39" w:rsidRDefault="00147A39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A39" w:rsidRDefault="00147A39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A39" w:rsidRDefault="00147A39"/>
        </w:tc>
      </w:tr>
      <w:tr w:rsidR="00147A39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1.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Числа</w:t>
            </w:r>
          </w:p>
        </w:tc>
      </w:tr>
      <w:tr w:rsidR="00147A39">
        <w:trPr>
          <w:trHeight w:hRule="exact" w:val="150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64" w:after="0" w:line="245" w:lineRule="auto"/>
              <w:ind w:left="72" w:right="144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Числа от 1 до 9: различение, чтение, запись.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01.09.2022 19.09.2022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6" w:after="0" w:line="254" w:lineRule="auto"/>
              <w:ind w:left="72" w:right="288"/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Игровые упражнения по различению количества предметов (зрительно, на слух, установлением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соответствия), числа и цифры, представлению чисел словесно и письменно;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 учебных ситуаций, связанных с применением представлений о числе в практических ситуациях.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цифр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6" w:after="0" w:line="250" w:lineRule="auto"/>
              <w:ind w:left="70" w:right="158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</w:t>
            </w:r>
          </w:p>
        </w:tc>
      </w:tr>
      <w:tr w:rsidR="00147A39">
        <w:trPr>
          <w:trHeight w:hRule="exact" w:val="207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Единица счёта. Десяток.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20.09.2022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54" w:lineRule="auto"/>
              <w:ind w:left="72"/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Игровые упражнения по различению количества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предметов (зрительно, на слух, установлением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соответствия), числа и цифры, представлению чисел словесно и письменно;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Устная работа: счёт единицами в разном порядке,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чтение, упорядочение однозначных и двузначных чисел; счёт по 2, по 5;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 учебных ситуаций, связанных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применением представлений о числе в практических ситуациях.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цифр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47" w:lineRule="auto"/>
              <w:ind w:left="70" w:right="158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</w:t>
            </w:r>
          </w:p>
        </w:tc>
      </w:tr>
      <w:tr w:rsidR="00147A39">
        <w:trPr>
          <w:trHeight w:hRule="exact" w:val="378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Счёт предметов, запись результата цифрами.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21.09.2022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6" w:after="0" w:line="257" w:lineRule="auto"/>
              <w:ind w:left="72"/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Игровые упражнения по различению количества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предметов (зрительно, на слух, установлением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соответствия), числа и цифры, представлению чисел словесно и письменно;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парах/ группах. Формулирование ответов на вопросы: «Сколько?», «Который по счёту?», «На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сколько больше?», «На сколько меньше?», «Что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получится, если увеличить/уменьшить количество на 1, на 2?» — по образцу и самостоятельно;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Устная работа: счёт единицами в разном порядке,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чтение, упорядочение однозначных и двузначных чисел; счёт по 2, по 5;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парах/группах. Формулирование вопросов, связанных с порядком чисел,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увеличением/уменьшением числа на несколько единиц, установлением закономерности в ряду чисел;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 учебных ситуаций, связанных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применением представлений о числе в практических ситуациях.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цифр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6" w:after="0" w:line="250" w:lineRule="auto"/>
              <w:ind w:left="70" w:right="158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</w:t>
            </w:r>
          </w:p>
        </w:tc>
      </w:tr>
    </w:tbl>
    <w:p w:rsidR="00147A39" w:rsidRDefault="00147A39">
      <w:pPr>
        <w:autoSpaceDE w:val="0"/>
        <w:autoSpaceDN w:val="0"/>
        <w:spacing w:after="0" w:line="14" w:lineRule="exact"/>
      </w:pPr>
    </w:p>
    <w:p w:rsidR="00147A39" w:rsidRDefault="00147A39">
      <w:pPr>
        <w:sectPr w:rsidR="00147A39">
          <w:pgSz w:w="16840" w:h="11900"/>
          <w:pgMar w:top="282" w:right="640" w:bottom="91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147A39" w:rsidRDefault="00147A39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822"/>
        <w:gridCol w:w="528"/>
        <w:gridCol w:w="1104"/>
        <w:gridCol w:w="1142"/>
        <w:gridCol w:w="864"/>
        <w:gridCol w:w="3938"/>
        <w:gridCol w:w="1238"/>
        <w:gridCol w:w="3470"/>
      </w:tblGrid>
      <w:tr w:rsidR="00147A39">
        <w:trPr>
          <w:trHeight w:hRule="exact" w:val="150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66" w:after="0" w:line="245" w:lineRule="auto"/>
              <w:ind w:left="72" w:right="43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Порядковый номер объекта при заданном порядке счёта.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22.09.2022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52" w:lineRule="auto"/>
              <w:ind w:left="72" w:right="288"/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Словесное описание группы предметов, ряда чисел; Чтение и запись по образцу и самостоятельно групп чисел, геометрических фигур в заданном и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самостоятельно установленном порядке;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 учебных ситуаций, связанных с применением представлений о числе в практических ситуациях.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цифр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https://resh.edu.ru/subject/lesson/5194/start/121548</w:t>
            </w:r>
          </w:p>
        </w:tc>
      </w:tr>
      <w:tr w:rsidR="00147A39">
        <w:trPr>
          <w:trHeight w:hRule="exact" w:val="428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66" w:after="0" w:line="247" w:lineRule="auto"/>
              <w:ind w:left="72" w:right="272"/>
              <w:jc w:val="both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Сравнение чисел, сравнение групп предметов по количеству: больше, меньше, столько же.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26.09.2022 27.09.2022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54" w:lineRule="auto"/>
              <w:ind w:left="72"/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парах/ группах. Формулирование ответов на вопросы: «Сколько?», «Который по счёту?», «На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сколько больше?», «На сколько меньше?», «Что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получится, если увеличить/уменьшить количество на 1, на 2?» — по образцу и самостоятельно;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Практические работы по определению длин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предложенных предметов с помощью заданной мерки, по определению длины в сантиметрах;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 и запись по образцу и самостоятельно групп чисел, геометрических фигур в заданном и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самостоятельно установленном порядке;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Обсуждение: назначение знаков в математике,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обобщение представлений;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Цифры; знаки сравнения, равенства, арифметических действий;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Устная работа: счёт единицами в разном порядке,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чтение, упорядочение однозначных и двузначных чисел; счёт по 2, по 5;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 учебных ситуаций, связанных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применением представлений о числе в практических ситуациях.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цифр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https://resh.edu.ru/subject/lesson/4071/start/292975/</w:t>
            </w:r>
          </w:p>
        </w:tc>
      </w:tr>
      <w:tr w:rsidR="00147A39">
        <w:trPr>
          <w:trHeight w:hRule="exact" w:val="474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1.6.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6" w:after="0" w:line="245" w:lineRule="auto"/>
              <w:ind w:left="72" w:right="288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Число и цифра 0 при измерении, вычислении.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28.09.2022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6" w:after="0" w:line="257" w:lineRule="auto"/>
              <w:ind w:left="72"/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Игровые упражнения по различению количества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предметов (зрительно, на слух, установлением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соответствия), числа и цифры, представлению чисел словесно и письменно;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парах/ группах. Формулирование ответов на вопросы: «Сколько?», «Который по счёту?», «На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сколько больше?», «На сколько меньше?», «Что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получится, если увеличить/уменьшить количество на 1, на 2?» — по образцу и самостоятельно;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Словесное описание группы предметов, ряда чисел; Чтение и запись по образцу и самостоятельно групп чисел, геометрических фигур в заданном и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самостоятельно установленном порядке;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Обсуждение: назначение знаков в математике,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обобщение представлений;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Цифры; знаки сравнения, равенства, арифметических действий;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парах/группах. Формулирование вопросов, связанных с порядком чисел,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увеличением/уменьшением числа на несколько единиц, установлением закономерности в ряду чисел;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 учебных ситуаций, связанных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применением представлений о числе в практических ситуациях.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цифр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6" w:after="0" w:line="250" w:lineRule="auto"/>
              <w:ind w:left="70" w:right="158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</w:t>
            </w:r>
          </w:p>
        </w:tc>
      </w:tr>
    </w:tbl>
    <w:p w:rsidR="00147A39" w:rsidRDefault="00147A39">
      <w:pPr>
        <w:autoSpaceDE w:val="0"/>
        <w:autoSpaceDN w:val="0"/>
        <w:spacing w:after="0" w:line="14" w:lineRule="exact"/>
      </w:pPr>
    </w:p>
    <w:p w:rsidR="00147A39" w:rsidRDefault="00147A39">
      <w:pPr>
        <w:sectPr w:rsidR="00147A39">
          <w:pgSz w:w="16840" w:h="11900"/>
          <w:pgMar w:top="284" w:right="640" w:bottom="38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147A39" w:rsidRDefault="00147A39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822"/>
        <w:gridCol w:w="528"/>
        <w:gridCol w:w="1104"/>
        <w:gridCol w:w="1142"/>
        <w:gridCol w:w="864"/>
        <w:gridCol w:w="3938"/>
        <w:gridCol w:w="1238"/>
        <w:gridCol w:w="3470"/>
      </w:tblGrid>
      <w:tr w:rsidR="00147A39">
        <w:trPr>
          <w:trHeight w:hRule="exact" w:val="361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1.7.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Числа в пределах 20: чтение, запись, сравнение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29.09.2022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54" w:lineRule="auto"/>
              <w:ind w:left="72"/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Словесное описание группы предметов, ряда чисел; Чтение и запись по образцу и самостоятельно групп чисел, геометрических фигур в заданном и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самостоятельно установленном порядке;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Цифры; знаки сравнения, равенства, арифметических действий;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Устная работа: счёт единицами в разном порядке,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чтение, упорядочение однозначных и двузначных чисел; счёт по 2, по 5;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таблицей чисел: наблюдение, установление закономерностей в расположении чисел;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парах/группах. Формулирование вопросов, связанных с порядком чисел,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увеличением/уменьшением числа на несколько единиц, установлением закономерности в ряду чисел;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 учебных ситуаций, связанных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применением представлений о числе в практических ситуациях.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цифр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https://resh.edu.ru/subject/lesson/4127/main/293454/</w:t>
            </w:r>
          </w:p>
        </w:tc>
      </w:tr>
      <w:tr w:rsidR="00147A39">
        <w:trPr>
          <w:trHeight w:hRule="exact" w:val="361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1.8.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Однозначные и двузначные числа.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03.10.2022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54" w:lineRule="auto"/>
              <w:ind w:left="72"/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парах/ группах. Формулирование ответов на вопросы: «Сколько?», «Который по счёту?», «На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сколько больше?», «На сколько меньше?», «Что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получится, если увеличить/уменьшить количество на 1, на 2?» — по образцу и самостоятельно;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Словесное описание группы предметов, ряда чисел; Устная работа: счёт единицами в разном порядке,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чтение, упорядочение однозначных и двузначных чисел; счёт по 2, по 5;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таблицей чисел: наблюдение, установление закономерностей в расположении чисел;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парах/группах. Формулирование вопросов, связанных с порядком чисел,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увеличением/уменьшением числа на несколько единиц, установлением закономерности в ряду чисел;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 учебных ситуаций, связанных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применением представлений о числе в практических ситуациях.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цифр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https://resh.edu.ru/subject/lesson/4137/main/292929/</w:t>
            </w:r>
          </w:p>
        </w:tc>
      </w:tr>
      <w:tr w:rsidR="00147A39">
        <w:trPr>
          <w:trHeight w:hRule="exact" w:val="246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1.9.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Увеличение (уменьшение) числа на несколько единиц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04.10.2022 05.10.2022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54" w:lineRule="auto"/>
              <w:ind w:left="72"/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парах/ группах. Формулирование ответов на вопросы: «Сколько?», «Который по счёту?», «На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сколько больше?», «На сколько меньше?», «Что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получится, если увеличить/уменьшить количество на 1, на 2?» — по образцу и самостоятельно;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Словесное описание группы предметов, ряда чисел; Устная работа: счёт единицами в разном порядке,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чтение, упорядочение однозначных и двузначных чисел; счёт по 2, по 5;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 учебных ситуаций, связанных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применением представлений о числе в практических ситуациях.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цифр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45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https://resh.edu.ru/subject/lesson/5984/main/122699/</w:t>
            </w:r>
          </w:p>
        </w:tc>
      </w:tr>
      <w:tr w:rsidR="00147A39">
        <w:trPr>
          <w:trHeight w:hRule="exact" w:val="348"/>
        </w:trPr>
        <w:tc>
          <w:tcPr>
            <w:tcW w:w="3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</w:t>
            </w:r>
          </w:p>
        </w:tc>
        <w:tc>
          <w:tcPr>
            <w:tcW w:w="117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</w:tr>
      <w:tr w:rsidR="00147A39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2.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Величины</w:t>
            </w:r>
          </w:p>
        </w:tc>
      </w:tr>
    </w:tbl>
    <w:p w:rsidR="00147A39" w:rsidRDefault="00147A39">
      <w:pPr>
        <w:autoSpaceDE w:val="0"/>
        <w:autoSpaceDN w:val="0"/>
        <w:spacing w:after="0" w:line="14" w:lineRule="exact"/>
      </w:pPr>
    </w:p>
    <w:p w:rsidR="00147A39" w:rsidRDefault="00147A39">
      <w:pPr>
        <w:sectPr w:rsidR="00147A39">
          <w:pgSz w:w="16840" w:h="11900"/>
          <w:pgMar w:top="284" w:right="640" w:bottom="46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147A39" w:rsidRDefault="00147A39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822"/>
        <w:gridCol w:w="528"/>
        <w:gridCol w:w="1104"/>
        <w:gridCol w:w="1142"/>
        <w:gridCol w:w="864"/>
        <w:gridCol w:w="3938"/>
        <w:gridCol w:w="1238"/>
        <w:gridCol w:w="3470"/>
      </w:tblGrid>
      <w:tr w:rsidR="00147A39">
        <w:trPr>
          <w:trHeight w:hRule="exact" w:val="150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Длина и её измерение с помощью заданной мерки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52" w:lineRule="auto"/>
              <w:ind w:left="72"/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Знакомство с приборами для измерения величин;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Линейка как простейший инструмент измерения длины; Понимание назначения и необходимости использования величин в жизни;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 линейки для измерения длины отрезка; Коллективная работа по различению и сравнению </w:t>
            </w:r>
            <w:r w:rsidRPr="00AD1BDD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величин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https://uchi.ru/</w:t>
            </w:r>
          </w:p>
        </w:tc>
      </w:tr>
      <w:tr w:rsidR="00147A39" w:rsidRPr="00427E70">
        <w:trPr>
          <w:trHeight w:hRule="exact" w:val="131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66" w:after="0" w:line="250" w:lineRule="auto"/>
              <w:ind w:left="72" w:right="144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Сравнение без измерения: выше —ниже, шире — уже, длиннее —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короче, старше — моложе, тяжелее— легче.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52" w:lineRule="auto"/>
              <w:ind w:left="72"/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действия измерительных приборов;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Понимание назначения и необходимости использования величин в жизни;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 линейки для измерения длины отрезка; Коллективная работа по различению и сравнению </w:t>
            </w:r>
            <w:r w:rsidRPr="00AD1BDD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величин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/4073/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main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/293054/</w:t>
            </w:r>
          </w:p>
        </w:tc>
      </w:tr>
      <w:tr w:rsidR="00147A39" w:rsidRPr="00427E70">
        <w:trPr>
          <w:trHeight w:hRule="exact" w:val="126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6" w:after="0" w:line="250" w:lineRule="auto"/>
              <w:ind w:left="72" w:right="576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Единицы длины: сантиметр, дециметр; установление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соотношения между ними.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6" w:after="0" w:line="252" w:lineRule="auto"/>
              <w:ind w:left="72"/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Линейка как простейший инструмент измерения длины; Наблюдение действия измерительных приборов;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 линейки для измерения длины отрезка; Коллективная работа по различению и сравнению </w:t>
            </w:r>
            <w:r w:rsidRPr="00AD1BDD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величин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6" w:after="0" w:line="250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6" w:after="0" w:line="245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/3971/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main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/302205/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/5189/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main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/292954/</w:t>
            </w:r>
          </w:p>
        </w:tc>
      </w:tr>
      <w:tr w:rsidR="00147A39">
        <w:trPr>
          <w:trHeight w:hRule="exact" w:val="348"/>
        </w:trPr>
        <w:tc>
          <w:tcPr>
            <w:tcW w:w="3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7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</w:tr>
      <w:tr w:rsidR="00147A39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3.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Арифметические действия</w:t>
            </w:r>
          </w:p>
        </w:tc>
      </w:tr>
      <w:tr w:rsidR="00147A39">
        <w:trPr>
          <w:trHeight w:hRule="exact" w:val="49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Сложение и вычитание чисел в пределах 20.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диалог: «Сравнение практических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(житейских) ситуаций, требующих записи одного и того же арифметического действия, разных арифметических действий»;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 с числовым выражением: запись, чтение, приведение примера (с помощью учителя или по образцу), иллюстрирующего смысл арифметического действия;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Обсуждение приёмов сложения, вычитания: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нахождение значения суммы и разности на основе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состава числа, с использованием числовой ленты, по частям и др.;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Пропедевтика исследовательской работы: перестановка слагаемых при сложении (обсуждение практических и учебных ситуаций);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парах/группах: проверка правильности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вычисления с использованием раздаточного материала, линейки, модели действия, по образцу; обнаружение общего и различного в записи арифметических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действий, одного и того же действия с разными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числами;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Дидактические игры и упражнения, связанные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выбором, составлением сумм, разностей с заданным результатом действия; сравнением значений числовых выражений (без вычислений), по результату действия;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47" w:lineRule="auto"/>
              <w:ind w:left="70" w:right="158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https://resh.edu.ru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https://uchi.ru/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</w:t>
            </w:r>
          </w:p>
        </w:tc>
      </w:tr>
    </w:tbl>
    <w:p w:rsidR="00147A39" w:rsidRDefault="00147A39">
      <w:pPr>
        <w:autoSpaceDE w:val="0"/>
        <w:autoSpaceDN w:val="0"/>
        <w:spacing w:after="0" w:line="14" w:lineRule="exact"/>
      </w:pPr>
    </w:p>
    <w:p w:rsidR="00147A39" w:rsidRDefault="00147A39">
      <w:pPr>
        <w:sectPr w:rsidR="00147A39">
          <w:pgSz w:w="16840" w:h="11900"/>
          <w:pgMar w:top="284" w:right="640" w:bottom="79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147A39" w:rsidRDefault="00147A39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822"/>
        <w:gridCol w:w="528"/>
        <w:gridCol w:w="1104"/>
        <w:gridCol w:w="1142"/>
        <w:gridCol w:w="864"/>
        <w:gridCol w:w="3938"/>
        <w:gridCol w:w="1238"/>
        <w:gridCol w:w="3470"/>
      </w:tblGrid>
      <w:tr w:rsidR="00147A39" w:rsidRPr="00427E70">
        <w:trPr>
          <w:trHeight w:hRule="exact" w:val="515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Названия компонентов действий, результатов действий сложения, вычитания. Знаки сложения и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вычитания, названия компонентов действия. Таблица сложения.</w:t>
            </w:r>
          </w:p>
          <w:p w:rsidR="00147A39" w:rsidRPr="00AD1BDD" w:rsidRDefault="00AD1BDD">
            <w:pPr>
              <w:autoSpaceDE w:val="0"/>
              <w:autoSpaceDN w:val="0"/>
              <w:spacing w:before="20" w:after="0" w:line="245" w:lineRule="auto"/>
              <w:ind w:left="72" w:right="720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Переместительное свойство сложения.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диалог: «Сравнение практических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(житейских) ситуаций, требующих записи одного и того же арифметического действия, разных арифметических действий»;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Обсуждение приёмов сложения, вычитания: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нахождение значения суммы и разности на основе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состава числа, с использованием числовой ленты, по частям и др.;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 разных способов подсчёта суммы и разности, использование переместительного свойства при нахождении суммы;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Моделирование. Иллюстрация с помощью предметной модели переместительного свойства сложения, способа нахождения неизвестного слагаемого. Под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руководством педагога выполнение счёта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использованием заданной единицы счёта;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парах/группах: проверка правильности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вычисления с использованием раздаточного материала, линейки, модели действия, по образцу; обнаружение общего и различного в записи арифметических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действий, одного и того же действия с разными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числами;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Дидактические игры и упражнения, связанные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выбором, составлением сумм, разностей с заданным результатом действия; сравнением значений числовых выражений (без вычислений), по результату действия;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Письменный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контроль;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47" w:lineRule="auto"/>
              <w:ind w:left="70" w:right="76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/4059/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main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/270191/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/5202/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main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/132730/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/5986/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main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/161688/</w:t>
            </w:r>
          </w:p>
        </w:tc>
      </w:tr>
      <w:tr w:rsidR="00147A39">
        <w:trPr>
          <w:trHeight w:hRule="exact" w:val="455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Вычитание как действие, обратное сложению.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57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диалог: «Сравнение практических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(житейских) ситуаций, требующих записи одного и того же арифметического действия, разных арифметических действий»;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 с числовым выражением: запись, чтение, приведение примера (с помощью учителя или по образцу), иллюстрирующего смысл арифметического действия;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Моделирование. Иллюстрация с помощью предметной модели переместительного свойства сложения, способа нахождения неизвестного слагаемого. Под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руководством педагога выполнение счёта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использованием заданной единицы счёта;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парах/группах: проверка правильности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вычисления с использованием раздаточного материала, линейки, модели действия, по образцу; обнаружение общего и различного в записи арифметических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действий, одного и того же действия с разными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числами;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Дидактические игры и упражнения, связанные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выбором, составлением сумм, разностей с заданным результатом действия; сравнением значений числовых выражений (без вычислений), по результату действия;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45" w:lineRule="auto"/>
              <w:ind w:left="70" w:right="158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https://uchi.ru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https://education.yandex.ru</w:t>
            </w:r>
          </w:p>
        </w:tc>
      </w:tr>
    </w:tbl>
    <w:p w:rsidR="00147A39" w:rsidRDefault="00147A39">
      <w:pPr>
        <w:autoSpaceDE w:val="0"/>
        <w:autoSpaceDN w:val="0"/>
        <w:spacing w:after="0" w:line="14" w:lineRule="exact"/>
      </w:pPr>
    </w:p>
    <w:p w:rsidR="00147A39" w:rsidRDefault="00147A39">
      <w:pPr>
        <w:sectPr w:rsidR="00147A39">
          <w:pgSz w:w="16840" w:h="11900"/>
          <w:pgMar w:top="284" w:right="640" w:bottom="79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147A39" w:rsidRDefault="00147A39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822"/>
        <w:gridCol w:w="528"/>
        <w:gridCol w:w="1104"/>
        <w:gridCol w:w="1142"/>
        <w:gridCol w:w="864"/>
        <w:gridCol w:w="3938"/>
        <w:gridCol w:w="1238"/>
        <w:gridCol w:w="3470"/>
      </w:tblGrid>
      <w:tr w:rsidR="00147A39" w:rsidRPr="00427E70" w:rsidTr="00AD1BDD">
        <w:trPr>
          <w:trHeight w:hRule="exact" w:val="366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Неизвестное слагаемое.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Пропедевтика исследовательской работы: перестановка слагаемых при сложении (обсуждение практических и учебных ситуаций);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Моделирование. Иллюстрация с помощью предметной модели переместительного свойства сложения, способа нахождения неизвестного слагаемого. Под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руководством педагога выполнение счёта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использованием заданной единицы счёта;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парах/группах: проверка правильности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вычисления с использованием раздаточного материала, линейки, модели действия, по образцу; обнаружение общего и различного в записи арифметических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действий, одного и того же действия с разными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числами;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Дидактические игры и упражнения, связанные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выбором, составлением сумм, разностей с заданным результатом действия; сравнением значений числовых выражений (без вычислений), по результату действия;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45" w:lineRule="auto"/>
              <w:ind w:left="70" w:right="158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AD1BDD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education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yandex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</w:p>
        </w:tc>
      </w:tr>
      <w:tr w:rsidR="00147A39" w:rsidRPr="00427E70" w:rsidTr="00AD1BDD">
        <w:trPr>
          <w:trHeight w:hRule="exact" w:val="413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Сложение одинаковых слагаемых. Счёт по 2, по  3, по 5.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диалог: «Сравнение практических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(житейских) ситуаций, требующих записи одного и того же арифметического действия, разных арифметических действий»;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 разных способов подсчёта суммы и разности, использование переместительного свойства при нахождении суммы;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Пропедевтика исследовательской работы: перестановка слагаемых при сложении (обсуждение практических и учебных ситуаций);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парах/группах: проверка правильности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вычисления с использованием раздаточного материала, линейки, модели действия, по образцу; обнаружение общего и различного в записи арифметических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действий, одного и того же действия с разными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числами;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Дидактические игры и упражнения, связанные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выбором, составлением сумм, разностей с заданным результатом действия; сравнением значений числовых выражений (без вычислений), по результату действия;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45" w:lineRule="auto"/>
              <w:ind w:left="70" w:right="158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AD1BDD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education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yandex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</w:p>
        </w:tc>
      </w:tr>
    </w:tbl>
    <w:p w:rsidR="00147A39" w:rsidRPr="00AD1BDD" w:rsidRDefault="00147A39">
      <w:pPr>
        <w:autoSpaceDE w:val="0"/>
        <w:autoSpaceDN w:val="0"/>
        <w:spacing w:after="0" w:line="14" w:lineRule="exact"/>
        <w:rPr>
          <w:lang w:val="ru-RU"/>
        </w:rPr>
      </w:pPr>
    </w:p>
    <w:p w:rsidR="00147A39" w:rsidRPr="00AD1BDD" w:rsidRDefault="00147A39">
      <w:pPr>
        <w:rPr>
          <w:lang w:val="ru-RU"/>
        </w:rPr>
        <w:sectPr w:rsidR="00147A39" w:rsidRPr="00AD1BDD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147A39" w:rsidRPr="00AD1BDD" w:rsidRDefault="00147A39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822"/>
        <w:gridCol w:w="528"/>
        <w:gridCol w:w="1104"/>
        <w:gridCol w:w="1142"/>
        <w:gridCol w:w="864"/>
        <w:gridCol w:w="3938"/>
        <w:gridCol w:w="1238"/>
        <w:gridCol w:w="3470"/>
      </w:tblGrid>
      <w:tr w:rsidR="00147A39" w:rsidRPr="00427E70" w:rsidTr="00AD1BDD">
        <w:trPr>
          <w:trHeight w:hRule="exact" w:val="303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Прибавление и вычитание нуля.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Моделирование. Иллюстрация с помощью предметной модели переместительного свойства сложения, способа нахождения неизвестного слагаемого. Под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руководством педагога выполнение счёта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использованием заданной единицы счёта;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парах/группах: проверка правильности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вычисления с использованием раздаточного материала, линейки, модели действия, по образцу; обнаружение общего и различного в записи арифметических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действий, одного и того же действия с разными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числами;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Дидактические игры и упражнения, связанные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выбором, составлением сумм, разностей с заданным результатом действия; сравнением значений числовых выражений (без вычислений), по результату действия;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45" w:lineRule="auto"/>
              <w:ind w:left="70" w:right="158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AD1BDD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education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yandex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</w:p>
        </w:tc>
      </w:tr>
      <w:tr w:rsidR="00147A39" w:rsidRPr="00427E70" w:rsidTr="00AD1BDD">
        <w:trPr>
          <w:trHeight w:hRule="exact" w:val="513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3.7.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Сложение и вычитание чисел без перехода и с  переходом через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десяток.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6" w:after="0" w:line="257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 с числовым выражением: запись, чтение, приведение примера (с помощью учителя или по образцу), иллюстрирующего смысл арифметического действия;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Обсуждение приёмов сложения, вычитания: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нахождение значения суммы и разности на основе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состава числа, с использованием числовой ленты, по частям и др.;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 разных способов подсчёта суммы и разности, использование переместительного свойства при нахождении суммы;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Моделирование. Иллюстрация с помощью предметной модели переместительного свойства сложения, способа нахождения неизвестного слагаемого. Под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руководством педагога выполнение счёта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использованием заданной единицы счёта;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парах/группах: проверка правильности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вычисления с использованием раздаточного материала, линейки, модели действия, по образцу; обнаружение общего и различного в записи арифметических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действий, одного и того же действия с разными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числами;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Дидактические игры и упражнения, связанные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выбором, составлением сумм, разностей с заданным результатом действия; сравнением значений числовых выражений (без вычислений), по результату действия;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6" w:after="0" w:line="245" w:lineRule="auto"/>
              <w:ind w:left="70" w:right="158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AD1BDD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education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yandex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</w:p>
        </w:tc>
      </w:tr>
    </w:tbl>
    <w:p w:rsidR="00147A39" w:rsidRPr="00AD1BDD" w:rsidRDefault="00147A39">
      <w:pPr>
        <w:autoSpaceDE w:val="0"/>
        <w:autoSpaceDN w:val="0"/>
        <w:spacing w:after="0" w:line="14" w:lineRule="exact"/>
        <w:rPr>
          <w:lang w:val="ru-RU"/>
        </w:rPr>
      </w:pPr>
    </w:p>
    <w:p w:rsidR="00147A39" w:rsidRPr="00AD1BDD" w:rsidRDefault="00147A39">
      <w:pPr>
        <w:rPr>
          <w:lang w:val="ru-RU"/>
        </w:rPr>
        <w:sectPr w:rsidR="00147A39" w:rsidRPr="00AD1BDD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147A39" w:rsidRPr="00AD1BDD" w:rsidRDefault="00147A39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822"/>
        <w:gridCol w:w="528"/>
        <w:gridCol w:w="1104"/>
        <w:gridCol w:w="1142"/>
        <w:gridCol w:w="864"/>
        <w:gridCol w:w="3938"/>
        <w:gridCol w:w="1238"/>
        <w:gridCol w:w="3470"/>
      </w:tblGrid>
      <w:tr w:rsidR="00147A39" w:rsidRPr="00427E70" w:rsidTr="00AD1BDD">
        <w:trPr>
          <w:trHeight w:hRule="exact" w:val="419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3.8.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Вычисление суммы, разности трёх чисел.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Учебный диалог: «Сравнение практических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(житейских) ситуаций, требующих записи одного и того же арифметического действия, разных арифметических действий»;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работа с числовым выражением: запись, чтение, приведение примера (с помощью учителя или по образцу), иллюстрирующего смысл арифметического действия;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Обсуждение приёмов сложения, вычитания: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нахождение значения суммы и разности на основе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состава числа, с использованием числовой ленты, по частям и др.;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 разных способов подсчёта суммы и разности, использование переместительного свойства при нахождении суммы;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парах/группах: проверка правильности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вычисления с использованием раздаточного материала, линейки, модели действия, по образцу; обнаружение общего и различного в записи арифметических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действий, одного и того же действия с разными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числами;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45" w:lineRule="auto"/>
              <w:ind w:left="70" w:right="158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AD1BDD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education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yandex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</w:p>
        </w:tc>
      </w:tr>
      <w:tr w:rsidR="00147A39" w:rsidTr="00AD1BDD">
        <w:trPr>
          <w:trHeight w:hRule="exact" w:val="348"/>
        </w:trPr>
        <w:tc>
          <w:tcPr>
            <w:tcW w:w="3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40</w:t>
            </w:r>
          </w:p>
        </w:tc>
        <w:tc>
          <w:tcPr>
            <w:tcW w:w="117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</w:tr>
      <w:tr w:rsidR="00147A39" w:rsidTr="00AD1BDD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4.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Текстовые задачи</w:t>
            </w:r>
          </w:p>
        </w:tc>
      </w:tr>
      <w:tr w:rsidR="00147A39" w:rsidRPr="00427E70" w:rsidTr="00AD1BDD">
        <w:trPr>
          <w:trHeight w:hRule="exact" w:val="28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Текстовая задача: структурные элементы, составление текстовой задачи по  образцу.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Коллективное обсуждение: анализ реальной ситуации, представленной с помощью рисунка, иллюстрации, текста, таблицы, схемы (описание ситуации, что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известно, что не известно; условие задачи, вопрос задачи);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Соотнесение текста задачи и её модели;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Моделирование: описание словами и с помощью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предметной модели сюжетной ситуации и </w:t>
            </w:r>
            <w:r w:rsidRPr="00AD1BDD">
              <w:rPr>
                <w:lang w:val="ru-RU"/>
              </w:rPr>
              <w:br/>
            </w:r>
            <w:proofErr w:type="spellStart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математическогоотношения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 Иллюстрация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практической ситуации с использованием счётного материала. Решение текстовой задачи с помощью раздаточного материала. Объяснение выбора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арифметического действия для решения, иллюстрация хода решения, выполнения действия на модели;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/4060/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main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/301476/</w:t>
            </w:r>
          </w:p>
        </w:tc>
      </w:tr>
    </w:tbl>
    <w:p w:rsidR="00147A39" w:rsidRPr="00AD1BDD" w:rsidRDefault="00147A39">
      <w:pPr>
        <w:autoSpaceDE w:val="0"/>
        <w:autoSpaceDN w:val="0"/>
        <w:spacing w:after="0" w:line="14" w:lineRule="exact"/>
        <w:rPr>
          <w:lang w:val="ru-RU"/>
        </w:rPr>
      </w:pPr>
    </w:p>
    <w:p w:rsidR="00147A39" w:rsidRPr="00AD1BDD" w:rsidRDefault="00147A39">
      <w:pPr>
        <w:rPr>
          <w:lang w:val="ru-RU"/>
        </w:rPr>
        <w:sectPr w:rsidR="00147A39" w:rsidRPr="00AD1BDD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147A39" w:rsidRPr="00AD1BDD" w:rsidRDefault="00147A39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822"/>
        <w:gridCol w:w="528"/>
        <w:gridCol w:w="1104"/>
        <w:gridCol w:w="1142"/>
        <w:gridCol w:w="864"/>
        <w:gridCol w:w="3938"/>
        <w:gridCol w:w="1238"/>
        <w:gridCol w:w="3470"/>
      </w:tblGrid>
      <w:tr w:rsidR="00147A39" w:rsidRPr="00427E70" w:rsidTr="00AD1BDD">
        <w:trPr>
          <w:trHeight w:hRule="exact" w:val="393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47" w:lineRule="auto"/>
              <w:ind w:left="72" w:right="43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Зависимость между данными и искомой величиной в текстовой задаче.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Коллективное обсуждение: анализ реальной ситуации, представленной с помощью рисунка, иллюстрации, текста, таблицы, схемы (описание ситуации, что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известно, что не известно; условие задачи, вопрос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задачи);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Обобщение представлений о текстовых задачах,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решаемых с помощью действий сложения и вычитания («на сколько больше/меньше», «сколько всего», «сколь-ко осталось»). Различение текста и текстовой задачи, представленного в текстовой задаче;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Соотнесение текста задачи и её модели;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Моделирование: описание словами и с помощью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предметной модели сюжетной ситуации и </w:t>
            </w:r>
            <w:r w:rsidRPr="00AD1BDD">
              <w:rPr>
                <w:lang w:val="ru-RU"/>
              </w:rPr>
              <w:br/>
            </w:r>
            <w:proofErr w:type="spellStart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математическогоотношения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 Иллюстрация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практической ситуации с использованием счётного материала. Решение текстовой задачи с помощью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раздаточного материала. Объяснение выбора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арифметического действия для решения, иллюстрация хода решения, выполнения действия на модели;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/4095/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main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/272729/</w:t>
            </w:r>
          </w:p>
        </w:tc>
      </w:tr>
      <w:tr w:rsidR="00147A39" w:rsidRPr="00427E70" w:rsidTr="00AD1BDD">
        <w:trPr>
          <w:trHeight w:hRule="exact" w:val="285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Выбор и запись арифметического действия для получения ответа на вопрос.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Коллективное обсуждение: анализ реальной ситуации, представленной с помощью рисунка, иллюстрации, текста, таблицы, схемы (описание ситуации, что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известно, что не известно; условие задачи, вопрос задачи);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Соотнесение текста задачи и её модели;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Моделирование: описание словами и с помощью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предметной модели сюжетной ситуации и </w:t>
            </w:r>
            <w:r w:rsidRPr="00AD1BDD">
              <w:rPr>
                <w:lang w:val="ru-RU"/>
              </w:rPr>
              <w:br/>
            </w:r>
            <w:proofErr w:type="spellStart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математическогоотношения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 Иллюстрация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практической ситуации с использованием счётного материала. Решение текстовой задачи с помощью раздаточного материала. Объяснение выбора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арифметического действия для решения, иллюстрация хода решения, выполнения действия на модели;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45" w:lineRule="auto"/>
              <w:ind w:left="70" w:right="158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AD1BDD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education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yandex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</w:p>
        </w:tc>
      </w:tr>
      <w:tr w:rsidR="00147A39" w:rsidRPr="00427E70" w:rsidTr="00AD1BDD">
        <w:trPr>
          <w:trHeight w:hRule="exact" w:val="378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4.4.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Текстовая сюжетная задача в одно действие: запись решения, ответа задачи.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6" w:after="0" w:line="257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Коллективное обсуждение: анализ реальной ситуации, представленной с помощью рисунка, иллюстрации, текста, таблицы, схемы (описание ситуации, что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известно, что не известно; условие задачи, вопрос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задачи);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Обобщение представлений о текстовых задачах,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решаемых с помощью действий сложения и вычитания («на сколько больше/меньше», «сколько всего», «сколь-ко осталось»). Различение текста и текстовой задачи, представленного в текстовой задаче;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Соотнесение текста задачи и её модели;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Моделирование: описание словами и с помощью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предметной модели сюжетной ситуации и </w:t>
            </w:r>
            <w:r w:rsidRPr="00AD1BDD">
              <w:rPr>
                <w:lang w:val="ru-RU"/>
              </w:rPr>
              <w:br/>
            </w:r>
            <w:proofErr w:type="spellStart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математическогоотношения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 Иллюстрация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практической ситуации с использованием счётного материала. Решение текстовой задачи с помощью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раздаточного материала. Объяснение выбора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арифметического действия для решения, иллюстрация хода решения, выполнения действия на модели;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6" w:after="0" w:line="245" w:lineRule="auto"/>
              <w:ind w:left="70" w:right="158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AD1BDD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education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yandex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</w:p>
        </w:tc>
      </w:tr>
    </w:tbl>
    <w:p w:rsidR="00147A39" w:rsidRPr="00AD1BDD" w:rsidRDefault="00147A39">
      <w:pPr>
        <w:autoSpaceDE w:val="0"/>
        <w:autoSpaceDN w:val="0"/>
        <w:spacing w:after="0" w:line="14" w:lineRule="exact"/>
        <w:rPr>
          <w:lang w:val="ru-RU"/>
        </w:rPr>
      </w:pPr>
    </w:p>
    <w:p w:rsidR="00147A39" w:rsidRPr="00AD1BDD" w:rsidRDefault="00147A39">
      <w:pPr>
        <w:rPr>
          <w:lang w:val="ru-RU"/>
        </w:rPr>
        <w:sectPr w:rsidR="00147A39" w:rsidRPr="00AD1BDD">
          <w:pgSz w:w="16840" w:h="11900"/>
          <w:pgMar w:top="284" w:right="640" w:bottom="35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147A39" w:rsidRPr="00AD1BDD" w:rsidRDefault="00147A39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822"/>
        <w:gridCol w:w="528"/>
        <w:gridCol w:w="1104"/>
        <w:gridCol w:w="1142"/>
        <w:gridCol w:w="864"/>
        <w:gridCol w:w="3938"/>
        <w:gridCol w:w="1238"/>
        <w:gridCol w:w="3470"/>
      </w:tblGrid>
      <w:tr w:rsidR="00147A39" w:rsidRPr="00427E70" w:rsidTr="00AD1BDD">
        <w:trPr>
          <w:trHeight w:hRule="exact" w:val="284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4.5.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Обнаружение недостающего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элемента задачи, дополнение текста задачи числовыми данными (по иллюстрации, смыслу задачи, её решению).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54" w:lineRule="auto"/>
              <w:ind w:left="72" w:right="144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Коллективное обсуждение: анализ реальной ситуации, представленной с помощью рисунка, иллюстрации, текста, таблицы, схемы (описание ситуации, что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известно, что не известно; условие задачи, вопрос задачи);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Соотнесение текста задачи и её модели;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Моделирование: описание словами и с помощью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предметной модели сюжетной ситуации и </w:t>
            </w:r>
            <w:r w:rsidRPr="00AD1BDD">
              <w:rPr>
                <w:lang w:val="ru-RU"/>
              </w:rPr>
              <w:br/>
            </w:r>
            <w:proofErr w:type="spellStart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математическогоотношения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 Иллюстрация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практической ситуации с использованием счётного материала. Решение текстовой задачи с помощью раздаточного материала. Объяснение выбора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арифметического действия для решения, иллюстрация хода решения, выполнения действия на модели;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45" w:lineRule="auto"/>
              <w:ind w:left="70" w:right="158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AD1BDD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education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yandex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</w:p>
        </w:tc>
      </w:tr>
      <w:tr w:rsidR="00147A39" w:rsidTr="00AD1BDD">
        <w:trPr>
          <w:trHeight w:hRule="exact" w:val="348"/>
        </w:trPr>
        <w:tc>
          <w:tcPr>
            <w:tcW w:w="3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</w:t>
            </w:r>
          </w:p>
        </w:tc>
        <w:tc>
          <w:tcPr>
            <w:tcW w:w="117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</w:tr>
      <w:tr w:rsidR="00147A39" w:rsidRPr="00427E70" w:rsidTr="00AD1BDD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Раздел 5.</w:t>
            </w:r>
            <w:r w:rsidRPr="00AD1B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Пространственные отношения и  геометрические фигуры</w:t>
            </w:r>
          </w:p>
        </w:tc>
      </w:tr>
      <w:tr w:rsidR="00147A39" w:rsidRPr="00427E70" w:rsidTr="00AD1BDD">
        <w:trPr>
          <w:trHeight w:hRule="exact" w:val="323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52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Расположение предметов и  объектов на плоскости, в  пространстве: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слева/справа, сверху/снизу, между; установление пространственных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отношений.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Распознавание и называние известных геометрических фигур, обнаружение в окружающем мире их моделей; Игровые упражнения: «Угадай фигуру по </w:t>
            </w:r>
            <w:proofErr w:type="spellStart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описанию»,«Расположи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фигуры в заданном порядке», «Найди модели фигур в классе» и т. п.;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деятельность: графические и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измерительные действия в работе с карандашом и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линейкой: копирование, рисование фигур по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инструкции;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Анализ изображения (узора, геометрической фигуры), называние элементов узора, геометрической фигуры; Творческие задания: узоры и орнаменты. Составление инструкции изображения узора, линии (по клеткам); Ориентировка в пространстве и на плоскости (классной доски, листа бумаги, страницы учебника и т. д.).</w:t>
            </w:r>
          </w:p>
          <w:p w:rsidR="00147A39" w:rsidRDefault="00AD1BDD">
            <w:pPr>
              <w:autoSpaceDE w:val="0"/>
              <w:autoSpaceDN w:val="0"/>
              <w:spacing w:before="18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Установление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направления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прокладывание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маршрута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E45387" w:rsidRDefault="00AD1BDD">
            <w:pPr>
              <w:autoSpaceDE w:val="0"/>
              <w:autoSpaceDN w:val="0"/>
              <w:spacing w:before="78" w:after="0" w:line="245" w:lineRule="auto"/>
              <w:ind w:left="7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4538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E4538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E4538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E4538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E4538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E4538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/5194/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main</w:t>
            </w:r>
            <w:r w:rsidRPr="00E4538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/121552/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4538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E4538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E4538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  <w:tr w:rsidR="00147A39" w:rsidTr="00AD1BDD">
        <w:trPr>
          <w:trHeight w:hRule="exact" w:val="28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6" w:after="0" w:line="245" w:lineRule="auto"/>
              <w:ind w:left="72" w:right="576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Распознавание объекта и его отражения.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Распознавание и называние известных геометрических фигур, обнаружение в окружающем мире их моделей; Практическая деятельность: графические и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измерительные действия в работе с карандашом и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линейкой: копирование, рисование фигур по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инструкции;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 изображения (узора, геометрической фигуры), называние элементов узора, геометрической фигуры; Творческие задания: узоры и орнаменты. Составление инструкции изображения узора, линии (по клеткам); Составление пар: объект и его отражение;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Ориентировка в пространстве и на плоскости (классной доски, листа бумаги, страницы учебника и т. д.).</w:t>
            </w:r>
          </w:p>
          <w:p w:rsidR="00147A39" w:rsidRDefault="00AD1BDD">
            <w:pPr>
              <w:autoSpaceDE w:val="0"/>
              <w:autoSpaceDN w:val="0"/>
              <w:spacing w:before="18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Установление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направления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прокладывание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маршрута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6" w:after="0" w:line="233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https://uchi.ru/</w:t>
            </w:r>
          </w:p>
        </w:tc>
      </w:tr>
    </w:tbl>
    <w:p w:rsidR="00147A39" w:rsidRDefault="00147A39">
      <w:pPr>
        <w:autoSpaceDE w:val="0"/>
        <w:autoSpaceDN w:val="0"/>
        <w:spacing w:after="0" w:line="14" w:lineRule="exact"/>
      </w:pPr>
    </w:p>
    <w:p w:rsidR="00147A39" w:rsidRDefault="00147A39">
      <w:pPr>
        <w:sectPr w:rsidR="00147A39">
          <w:pgSz w:w="16840" w:h="11900"/>
          <w:pgMar w:top="284" w:right="640" w:bottom="85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147A39" w:rsidRDefault="00147A39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822"/>
        <w:gridCol w:w="528"/>
        <w:gridCol w:w="1104"/>
        <w:gridCol w:w="1142"/>
        <w:gridCol w:w="864"/>
        <w:gridCol w:w="3938"/>
        <w:gridCol w:w="1238"/>
        <w:gridCol w:w="3470"/>
      </w:tblGrid>
      <w:tr w:rsidR="00147A39" w:rsidTr="00AD1BDD">
        <w:trPr>
          <w:trHeight w:hRule="exact" w:val="333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5.3.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Геометрические фигуры: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распознавание круга, треугольника, прямоугольника, отрезка.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Распознавание и называние известных геометрических фигур, обнаружение в окружающем мире их моделей; Игровые упражнения: «Угадай фигуру по </w:t>
            </w:r>
            <w:proofErr w:type="spellStart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описанию»,«Расположи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фигуры в заданном порядке», «Найди модели фигур в классе» и т. п.;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деятельность: графические и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измерительные действия в работе с карандашом и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линейкой: копирование, рисование фигур по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инструкции;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Анализ изображения (узора, геометрической фигуры), называние элементов узора, геометрической фигуры; Творческие задания: узоры и орнаменты. Составление инструкции изображения узора, линии (по клеткам); Ориентировка в пространстве и на плоскости (классной доски, листа бумаги, страницы учебника и т. д.).</w:t>
            </w:r>
          </w:p>
          <w:p w:rsidR="00147A39" w:rsidRDefault="00AD1BDD">
            <w:pPr>
              <w:autoSpaceDE w:val="0"/>
              <w:autoSpaceDN w:val="0"/>
              <w:spacing w:before="18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Установление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направления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прокладывание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маршрута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https://uchi.ru/</w:t>
            </w:r>
          </w:p>
        </w:tc>
      </w:tr>
      <w:tr w:rsidR="00147A39" w:rsidRPr="00427E70" w:rsidTr="00AD1BDD">
        <w:trPr>
          <w:trHeight w:hRule="exact" w:val="538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5.4.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6" w:after="0" w:line="250" w:lineRule="auto"/>
              <w:ind w:left="72" w:right="144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Построение отрезка, квадрата,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треугольника с помощью линейки; измерение длины отрезка в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сантиметрах.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6" w:after="0" w:line="254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Распознавание и называние известных геометрических фигур, обнаружение в окружающем мире их моделей; Игровые упражнения: «Угадай фигуру по </w:t>
            </w:r>
            <w:proofErr w:type="spellStart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описанию»,«Расположи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фигуры в заданном порядке», «Найди модели фигур в классе» и т. п.;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деятельность: графические и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измерительные действия в работе с карандашом и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линейкой: копирование, рисование фигур по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инструкции;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Анализ изображения (узора, геометрической фигуры), называние элементов узора, геометрической фигуры; Практические работы: измерение длины отрезка,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ломаной, длины стороны квадрата, сторон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прямоугольника. Комментирование хода и результата работы; установление соответствия результата и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поставленного вопроса;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Ориентировка в пространстве и на плоскости (классной доски, листа бумаги, страницы учебника и т. д.).</w:t>
            </w:r>
          </w:p>
          <w:p w:rsidR="00147A39" w:rsidRPr="00AD1BDD" w:rsidRDefault="00AD1BDD">
            <w:pPr>
              <w:autoSpaceDE w:val="0"/>
              <w:autoSpaceDN w:val="0"/>
              <w:spacing w:before="18" w:after="0" w:line="254" w:lineRule="auto"/>
              <w:ind w:left="72" w:right="144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Установление направления, прокладывание маршрута; Учебный диалог: обсуждение свойств геометрических фигур (прямоугольника и др.); сравнение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геометрических фигур (по форме, размеру); сравнение отрезков по длине;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Предметное моделирование заданной фигуры из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различных материалов (бумаги, палочек, трубочек, проволоки и пр.), составление из других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геометрических фигур;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6" w:after="0" w:line="245" w:lineRule="auto"/>
              <w:ind w:left="7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/3971/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main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/302205/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</w:tbl>
    <w:p w:rsidR="00147A39" w:rsidRPr="00AD1BDD" w:rsidRDefault="00147A39">
      <w:pPr>
        <w:autoSpaceDE w:val="0"/>
        <w:autoSpaceDN w:val="0"/>
        <w:spacing w:after="0" w:line="14" w:lineRule="exact"/>
        <w:rPr>
          <w:lang w:val="ru-RU"/>
        </w:rPr>
      </w:pPr>
    </w:p>
    <w:p w:rsidR="00147A39" w:rsidRPr="00AD1BDD" w:rsidRDefault="00147A39">
      <w:pPr>
        <w:rPr>
          <w:lang w:val="ru-RU"/>
        </w:rPr>
        <w:sectPr w:rsidR="00147A39" w:rsidRPr="00AD1BDD">
          <w:pgSz w:w="16840" w:h="11900"/>
          <w:pgMar w:top="284" w:right="640" w:bottom="128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147A39" w:rsidRPr="00AD1BDD" w:rsidRDefault="00147A39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822"/>
        <w:gridCol w:w="528"/>
        <w:gridCol w:w="1104"/>
        <w:gridCol w:w="1142"/>
        <w:gridCol w:w="864"/>
        <w:gridCol w:w="3938"/>
        <w:gridCol w:w="1238"/>
        <w:gridCol w:w="3470"/>
      </w:tblGrid>
      <w:tr w:rsidR="00147A39" w:rsidRPr="00427E70" w:rsidTr="00AD1BDD">
        <w:trPr>
          <w:trHeight w:hRule="exact" w:val="497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5.5.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45" w:lineRule="auto"/>
              <w:ind w:left="72" w:right="288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Длина стороны прямоугольника, квадрата, треугольника.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Распознавание и называние известных геометрических фигур, обнаружение в окружающем мире их моделей; Игровые упражнения: «Угадай фигуру по </w:t>
            </w:r>
            <w:proofErr w:type="spellStart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описанию»,«Расположи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фигуры в заданном порядке», «Найди модели фигур в классе» и т. п.;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деятельность: графические и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измерительные действия в работе с карандашом и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линейкой: копирование, рисование фигур по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инструкции;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Практические работы: измерение длины отрезка,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ломаной, длины стороны квадрата, сторон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прямоугольника. Комментирование хода и результата работы; установление соответствия результата и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поставленного вопроса;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Ориентировка в пространстве и на плоскости (классной доски, листа бумаги, страницы учебника и т. д.).</w:t>
            </w:r>
          </w:p>
          <w:p w:rsidR="00147A39" w:rsidRPr="00AD1BDD" w:rsidRDefault="00AD1BDD">
            <w:pPr>
              <w:autoSpaceDE w:val="0"/>
              <w:autoSpaceDN w:val="0"/>
              <w:spacing w:before="18" w:after="0" w:line="254" w:lineRule="auto"/>
              <w:ind w:left="72" w:right="144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Установление направления, прокладывание маршрута; Учебный диалог: обсуждение свойств геометрических фигур (прямоугольника и др.); сравнение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геометрических фигур (по форме, размеру); сравнение отрезков по длине;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Предметное моделирование заданной фигуры из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различных материалов (бумаги, палочек, трубочек, проволоки и пр.), составление из других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геометрических фигур;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45" w:lineRule="auto"/>
              <w:ind w:left="70" w:right="158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AD1BDD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education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yandex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</w:p>
        </w:tc>
      </w:tr>
      <w:tr w:rsidR="00147A39" w:rsidRPr="00427E70" w:rsidTr="00AD1BDD">
        <w:trPr>
          <w:trHeight w:hRule="exact" w:val="496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5.6.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Изображение прямоугольника, квадрата, треугольника.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Распознавание и называние известных геометрических фигур, обнаружение в окружающем мире их моделей; Игровые упражнения: «Угадай фигуру по </w:t>
            </w:r>
            <w:proofErr w:type="spellStart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описанию»,«Расположи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фигуры в заданном порядке», «Найди модели фигур в классе» и т. п.;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Практическая деятельность: графические и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измерительные действия в работе с карандашом и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линейкой: копирование, рисование фигур по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инструкции;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Практические работы: измерение длины отрезка,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ломаной, длины стороны квадрата, сторон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прямоугольника. Комментирование хода и результата работы; установление соответствия результата и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поставленного вопроса;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Ориентировка в пространстве и на плоскости (классной доски, листа бумаги, страницы учебника и т. д.).</w:t>
            </w:r>
          </w:p>
          <w:p w:rsidR="00147A39" w:rsidRPr="00AD1BDD" w:rsidRDefault="00AD1BDD">
            <w:pPr>
              <w:autoSpaceDE w:val="0"/>
              <w:autoSpaceDN w:val="0"/>
              <w:spacing w:before="20" w:after="0" w:line="254" w:lineRule="auto"/>
              <w:ind w:left="72" w:right="144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Установление направления, прокладывание маршрута; Учебный диалог: обсуждение свойств геометрических фигур (прямоугольника и др.); сравнение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геометрических фигур (по форме, размеру); сравнение отрезков по длине;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Предметное моделирование заданной фигуры из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различных материалов (бумаги, палочек, трубочек, проволоки и пр.), составление из других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геометрических фигур;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45" w:lineRule="auto"/>
              <w:ind w:left="70" w:right="158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AD1BDD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education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yandex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</w:p>
        </w:tc>
      </w:tr>
      <w:tr w:rsidR="00147A39" w:rsidTr="00AD1BDD">
        <w:trPr>
          <w:trHeight w:hRule="exact" w:val="348"/>
        </w:trPr>
        <w:tc>
          <w:tcPr>
            <w:tcW w:w="3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</w:t>
            </w:r>
          </w:p>
        </w:tc>
        <w:tc>
          <w:tcPr>
            <w:tcW w:w="117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</w:tr>
      <w:tr w:rsidR="00147A39" w:rsidTr="00AD1BDD">
        <w:trPr>
          <w:trHeight w:hRule="exact" w:val="32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6.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Математическая информация</w:t>
            </w:r>
          </w:p>
        </w:tc>
      </w:tr>
    </w:tbl>
    <w:p w:rsidR="00147A39" w:rsidRDefault="00147A39">
      <w:pPr>
        <w:autoSpaceDE w:val="0"/>
        <w:autoSpaceDN w:val="0"/>
        <w:spacing w:after="0" w:line="14" w:lineRule="exact"/>
      </w:pPr>
    </w:p>
    <w:p w:rsidR="00147A39" w:rsidRDefault="00147A39">
      <w:pPr>
        <w:sectPr w:rsidR="00147A39">
          <w:pgSz w:w="16840" w:h="11900"/>
          <w:pgMar w:top="284" w:right="640" w:bottom="34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147A39" w:rsidRDefault="00147A39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822"/>
        <w:gridCol w:w="528"/>
        <w:gridCol w:w="1104"/>
        <w:gridCol w:w="1142"/>
        <w:gridCol w:w="864"/>
        <w:gridCol w:w="3938"/>
        <w:gridCol w:w="1238"/>
        <w:gridCol w:w="3470"/>
      </w:tblGrid>
      <w:tr w:rsidR="00147A39" w:rsidRPr="00427E70" w:rsidTr="00AD1BDD">
        <w:trPr>
          <w:trHeight w:hRule="exact" w:val="506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30" w:lineRule="auto"/>
              <w:jc w:val="center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Сбор данных об объекте </w:t>
            </w:r>
            <w:proofErr w:type="gramStart"/>
            <w:r w:rsidRPr="00AD1B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по  образцу</w:t>
            </w:r>
            <w:proofErr w:type="gramEnd"/>
            <w:r w:rsidRPr="00AD1B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.</w:t>
            </w:r>
          </w:p>
          <w:p w:rsidR="00147A39" w:rsidRPr="00AD1BDD" w:rsidRDefault="00AD1BDD">
            <w:pPr>
              <w:autoSpaceDE w:val="0"/>
              <w:autoSpaceDN w:val="0"/>
              <w:spacing w:before="20" w:after="0" w:line="250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Характеристики объекта, группы объектов (количество, форма,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размер); выбор предметов по образцу (по  заданным признакам).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Коллективное наблюдение: распознавание в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окружающем мире ситуаций, которые целесообразно сформулировать на языке математики и решить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математическими средствами;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числами в окружающем мире, описание словами наблюдаемых фактов, закономерностей;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Ориентировка в книге, на странице учебника,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 изученных терминов для описания </w:t>
            </w:r>
            <w:r w:rsidRPr="00AD1BDD">
              <w:rPr>
                <w:lang w:val="ru-RU"/>
              </w:rPr>
              <w:br/>
            </w:r>
            <w:proofErr w:type="spellStart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положениярисунка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числа, задания и пр. на странице, на листе бумаги;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наглядностью — рисунками, содержащими математическую информацию. Формулирование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вопросов и ответов по рисунку (иллюстрации, модели).</w:t>
            </w:r>
          </w:p>
          <w:p w:rsidR="00147A39" w:rsidRPr="00AD1BDD" w:rsidRDefault="00AD1BDD">
            <w:pPr>
              <w:autoSpaceDE w:val="0"/>
              <w:autoSpaceDN w:val="0"/>
              <w:spacing w:before="18" w:after="0" w:line="254" w:lineRule="auto"/>
              <w:ind w:left="72" w:right="144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Упорядочение математических объектов с опорой на рисунок, сюжетную ситуацию и пр.;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Дифференцированное задание: составление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предложений, характеризующих положение одного предмета относительно другого. Моделирование отношения («больше», «меньше», «равно»),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переместительное свойство сложения;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парах/группах: поиск общих свойств групп предметов (цвет, форма, величина, количество,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назначение и др.). Таблица как способ представления информации, полученной из повседневной жизни (расписания, чеки, меню и т.д.);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45" w:lineRule="auto"/>
              <w:ind w:left="70" w:right="158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AD1BDD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education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yandex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</w:p>
        </w:tc>
      </w:tr>
      <w:tr w:rsidR="00147A39" w:rsidRPr="00427E70" w:rsidTr="00AD1BDD">
        <w:trPr>
          <w:trHeight w:hRule="exact" w:val="263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6.2.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Группировка объектов по  заданному признаку.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Коллективное наблюдение: распознавание в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окружающем мире ситуаций, которые целесообразно сформулировать на языке математики и решить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математическими средствами;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числами в окружающем мире, описание словами наблюдаемых фактов, закономерностей;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Ориентировка в книге, на странице учебника,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 изученных терминов для описания </w:t>
            </w:r>
            <w:r w:rsidRPr="00AD1BDD">
              <w:rPr>
                <w:lang w:val="ru-RU"/>
              </w:rPr>
              <w:br/>
            </w:r>
            <w:proofErr w:type="spellStart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положениярисунка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числа, задания и пр. на странице, на листе бумаги;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Знакомство с логической конструкцией «Если … , то…».Верно или неверно: формулирование и проверка предложения;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45" w:lineRule="auto"/>
              <w:ind w:left="7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subject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lesson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/5194/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main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/121552/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/</w:t>
            </w:r>
          </w:p>
        </w:tc>
      </w:tr>
    </w:tbl>
    <w:p w:rsidR="00147A39" w:rsidRPr="00AD1BDD" w:rsidRDefault="00147A39">
      <w:pPr>
        <w:autoSpaceDE w:val="0"/>
        <w:autoSpaceDN w:val="0"/>
        <w:spacing w:after="0" w:line="14" w:lineRule="exact"/>
        <w:rPr>
          <w:lang w:val="ru-RU"/>
        </w:rPr>
      </w:pPr>
    </w:p>
    <w:p w:rsidR="00147A39" w:rsidRPr="00AD1BDD" w:rsidRDefault="00147A39">
      <w:pPr>
        <w:rPr>
          <w:lang w:val="ru-RU"/>
        </w:rPr>
        <w:sectPr w:rsidR="00147A39" w:rsidRPr="00AD1BDD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147A39" w:rsidRPr="00AD1BDD" w:rsidRDefault="00147A39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822"/>
        <w:gridCol w:w="528"/>
        <w:gridCol w:w="1104"/>
        <w:gridCol w:w="1142"/>
        <w:gridCol w:w="864"/>
        <w:gridCol w:w="3938"/>
        <w:gridCol w:w="1238"/>
        <w:gridCol w:w="3470"/>
      </w:tblGrid>
      <w:tr w:rsidR="00147A39" w:rsidRPr="00427E70" w:rsidTr="00AD1BDD">
        <w:trPr>
          <w:trHeight w:hRule="exact" w:val="463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6.3.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Закономерность в ряду заданных объектов: её  обнаружение,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продолжение ряда.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Коллективное наблюдение: распознавание в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окружающем мире ситуаций, которые целесообразно сформулировать на языке математики и решить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математическими средствами;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числами в окружающем мире, описание словами наблюдаемых фактов, закономерностей;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Ориентировка в книге, на странице учебника,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 изученных терминов для описания </w:t>
            </w:r>
            <w:r w:rsidRPr="00AD1BDD">
              <w:rPr>
                <w:lang w:val="ru-RU"/>
              </w:rPr>
              <w:br/>
            </w:r>
            <w:proofErr w:type="spellStart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положениярисунка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числа, задания и пр. на странице, на листе бумаги;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наглядностью — рисунками, содержащими математическую информацию. Формулирование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вопросов и ответов по рисунку (иллюстрации, модели).</w:t>
            </w:r>
          </w:p>
          <w:p w:rsidR="00147A39" w:rsidRPr="00AD1BDD" w:rsidRDefault="00AD1BDD">
            <w:pPr>
              <w:autoSpaceDE w:val="0"/>
              <w:autoSpaceDN w:val="0"/>
              <w:spacing w:before="18" w:after="0" w:line="254" w:lineRule="auto"/>
              <w:ind w:left="72" w:right="288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Упорядочение математических объектов с опорой на рисунок, сюжетную ситуацию и пр.;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Дифференцированное задание: составление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предложений, характеризующих положение одного предмета относительно другого. Моделирование отношения («больше», «меньше», «равно»),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переместительное свойство сложения;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Знакомство с логической конструкцией «Если … , то…».Верно или неверно: формулирование и проверка предложения;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45" w:lineRule="auto"/>
              <w:ind w:left="70" w:right="158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AD1BDD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education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yandex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</w:p>
        </w:tc>
      </w:tr>
      <w:tr w:rsidR="00147A39" w:rsidRPr="00427E70" w:rsidTr="00AD1BDD">
        <w:trPr>
          <w:trHeight w:hRule="exact" w:val="47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6.4.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52" w:lineRule="auto"/>
              <w:ind w:left="72" w:right="288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Верные (истинные) и  неверные (ложные) предложения,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составленные относительно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заданного набора математических объектов.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Коллективное наблюдение: распознавание в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окружающем мире ситуаций, которые целесообразно сформулировать на языке математики и решить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математическими средствами;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числами в окружающем мире, описание словами наблюдаемых фактов, закономерностей;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наглядностью — рисунками, содержащими математическую информацию. Формулирование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вопросов и ответов по рисунку (иллюстрации, модели).</w:t>
            </w:r>
          </w:p>
          <w:p w:rsidR="00147A39" w:rsidRPr="00AD1BDD" w:rsidRDefault="00AD1BDD">
            <w:pPr>
              <w:autoSpaceDE w:val="0"/>
              <w:autoSpaceDN w:val="0"/>
              <w:spacing w:before="18" w:after="0" w:line="254" w:lineRule="auto"/>
              <w:ind w:left="72" w:right="144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Упорядочение математических объектов с опорой на рисунок, сюжетную ситуацию и пр.;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Дифференцированное задание: составление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предложений, характеризующих положение одного предмета относительно другого. Моделирование отношения («больше», «меньше», «равно»),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переместительное свойство сложения;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парах/группах: поиск общих свойств групп предметов (цвет, форма, величина, количество,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назначение и др.). Таблица как способ представления информации, полученной из повседневной жизни (расписания, чеки, меню и т.д.);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Знакомство с логической конструкцией «Если … , то…».Верно или неверно: формулирование и проверка предложения;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45" w:lineRule="auto"/>
              <w:ind w:left="70" w:right="158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AD1BDD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education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yandex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</w:p>
        </w:tc>
      </w:tr>
    </w:tbl>
    <w:p w:rsidR="00147A39" w:rsidRPr="00AD1BDD" w:rsidRDefault="00147A39">
      <w:pPr>
        <w:autoSpaceDE w:val="0"/>
        <w:autoSpaceDN w:val="0"/>
        <w:spacing w:after="0" w:line="14" w:lineRule="exact"/>
        <w:rPr>
          <w:lang w:val="ru-RU"/>
        </w:rPr>
      </w:pPr>
    </w:p>
    <w:p w:rsidR="00147A39" w:rsidRPr="00AD1BDD" w:rsidRDefault="00147A39">
      <w:pPr>
        <w:rPr>
          <w:lang w:val="ru-RU"/>
        </w:rPr>
        <w:sectPr w:rsidR="00147A39" w:rsidRPr="00AD1BDD">
          <w:pgSz w:w="16840" w:h="11900"/>
          <w:pgMar w:top="284" w:right="640" w:bottom="95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147A39" w:rsidRPr="00AD1BDD" w:rsidRDefault="00147A39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822"/>
        <w:gridCol w:w="528"/>
        <w:gridCol w:w="1104"/>
        <w:gridCol w:w="1142"/>
        <w:gridCol w:w="864"/>
        <w:gridCol w:w="3938"/>
        <w:gridCol w:w="1238"/>
        <w:gridCol w:w="3470"/>
      </w:tblGrid>
      <w:tr w:rsidR="00147A39" w:rsidRPr="00427E70" w:rsidTr="00AD1BDD">
        <w:trPr>
          <w:trHeight w:hRule="exact" w:val="399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6.5.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52" w:lineRule="auto"/>
              <w:ind w:left="72" w:right="144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Чтение таблицы (содержащей не более четырёх данных); извлечение данного из  строки, столбца;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внесение одного-двух данных в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таблицу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Коллективное наблюдение: распознавание в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окружающем мире ситуаций, которые целесообразно сформулировать на языке математики и решить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математическими средствами;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числами в окружающем мире, описание словами наблюдаемых фактов, закономерностей;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Ориентировка в книге, на странице учебника,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 изученных терминов для описания </w:t>
            </w:r>
            <w:r w:rsidRPr="00AD1BDD">
              <w:rPr>
                <w:lang w:val="ru-RU"/>
              </w:rPr>
              <w:br/>
            </w:r>
            <w:proofErr w:type="spellStart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положениярисунка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, числа, задания и пр. на странице, на листе бумаги;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наглядностью — рисунками, содержащими математическую информацию. Формулирование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вопросов и ответов по рисунку (иллюстрации, модели).</w:t>
            </w:r>
          </w:p>
          <w:p w:rsidR="00147A39" w:rsidRDefault="00AD1BDD">
            <w:pPr>
              <w:autoSpaceDE w:val="0"/>
              <w:autoSpaceDN w:val="0"/>
              <w:spacing w:before="18" w:after="0" w:line="254" w:lineRule="auto"/>
              <w:ind w:left="72" w:right="288"/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Упорядочение математических объектов с опорой на рисунок, сюжетную ситуацию и пр.;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Дифференцированное задание: составление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предложений, характеризующих положение одного предмета относительно другого.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Моделирование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отношения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(«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больше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», 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меньше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», «равно»),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переместительное свойство сложения;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E45387" w:rsidRDefault="00AD1BDD">
            <w:pPr>
              <w:autoSpaceDE w:val="0"/>
              <w:autoSpaceDN w:val="0"/>
              <w:spacing w:before="78" w:after="0" w:line="245" w:lineRule="auto"/>
              <w:ind w:left="70" w:right="158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4538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E4538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E4538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E45387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E4538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education</w:t>
            </w:r>
            <w:r w:rsidRPr="00E4538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yandex</w:t>
            </w:r>
            <w:proofErr w:type="spellEnd"/>
            <w:r w:rsidRPr="00E4538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</w:p>
        </w:tc>
      </w:tr>
      <w:tr w:rsidR="00147A39" w:rsidRPr="00427E70" w:rsidTr="00AD1BDD">
        <w:trPr>
          <w:trHeight w:hRule="exact" w:val="432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6.6.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Чтение рисунка, схемы 1—2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числовыми данными (значениями данных величин).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Коллективное наблюдение: распознавание в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окружающем мире ситуаций, которые целесообразно сформулировать на языке математики и решить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математическими средствами;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числами в окружающем мире, описание словами наблюдаемых фактов, закономерностей;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наглядностью — рисунками, содержащими математическую информацию. Формулирование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вопросов и ответов по рисунку (иллюстрации, модели).</w:t>
            </w:r>
          </w:p>
          <w:p w:rsidR="00147A39" w:rsidRPr="00AD1BDD" w:rsidRDefault="00AD1BDD">
            <w:pPr>
              <w:autoSpaceDE w:val="0"/>
              <w:autoSpaceDN w:val="0"/>
              <w:spacing w:before="18" w:after="0" w:line="254" w:lineRule="auto"/>
              <w:ind w:left="72" w:right="144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Упорядочение математических объектов с опорой на рисунок, сюжетную ситуацию и пр.;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Дифференцированное задание: составление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предложений, характеризующих положение одного предмета относительно другого. Моделирование отношения («больше», «меньше», «равно»),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переместительное свойство сложения;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парах/группах: поиск общих свойств групп предметов (цвет, форма, величина, количество,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назначение и др.). Таблица как способ представления информации, полученной из повседневной жизни (расписания, чеки, меню и т.д.);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45" w:lineRule="auto"/>
              <w:ind w:left="70" w:right="158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AD1BDD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education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yandex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</w:p>
        </w:tc>
      </w:tr>
    </w:tbl>
    <w:p w:rsidR="00147A39" w:rsidRPr="00AD1BDD" w:rsidRDefault="00147A39">
      <w:pPr>
        <w:autoSpaceDE w:val="0"/>
        <w:autoSpaceDN w:val="0"/>
        <w:spacing w:after="0" w:line="14" w:lineRule="exact"/>
        <w:rPr>
          <w:lang w:val="ru-RU"/>
        </w:rPr>
      </w:pPr>
    </w:p>
    <w:p w:rsidR="00147A39" w:rsidRPr="00AD1BDD" w:rsidRDefault="00147A39">
      <w:pPr>
        <w:rPr>
          <w:lang w:val="ru-RU"/>
        </w:rPr>
        <w:sectPr w:rsidR="00147A39" w:rsidRPr="00AD1BDD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147A39" w:rsidRPr="00AD1BDD" w:rsidRDefault="00147A39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822"/>
        <w:gridCol w:w="528"/>
        <w:gridCol w:w="1104"/>
        <w:gridCol w:w="1142"/>
        <w:gridCol w:w="864"/>
        <w:gridCol w:w="3938"/>
        <w:gridCol w:w="1238"/>
        <w:gridCol w:w="3470"/>
      </w:tblGrid>
      <w:tr w:rsidR="00147A39" w:rsidRPr="00427E70" w:rsidTr="00AD1BDD">
        <w:trPr>
          <w:trHeight w:hRule="exact" w:val="419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6.7.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50" w:lineRule="auto"/>
              <w:ind w:left="72" w:right="144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Выполнение 1—3-шаговых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инструкций, связанных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вычислениями, измерением длины, построением геометрических фигур.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Коллективное наблюдение: распознавание в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окружающем мире ситуаций, которые целесообразно сформулировать на языке математики и решить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математическими средствами;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Наблюдение за числами в окружающем мире, описание словами наблюдаемых фактов, закономерностей;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с наглядностью — рисунками, содержащими математическую информацию. Формулирование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вопросов и ответов по рисунку (иллюстрации, модели).</w:t>
            </w:r>
          </w:p>
          <w:p w:rsidR="00147A39" w:rsidRPr="00AD1BDD" w:rsidRDefault="00AD1BDD">
            <w:pPr>
              <w:autoSpaceDE w:val="0"/>
              <w:autoSpaceDN w:val="0"/>
              <w:spacing w:before="20" w:after="0" w:line="254" w:lineRule="auto"/>
              <w:ind w:left="72" w:right="144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Упорядочение математических объектов с опорой на рисунок, сюжетную ситуацию и пр.;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Дифференцированное задание: составление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предложений, характеризующих положение одного предмета относительно другого. Моделирование отношения («больше», «меньше», «равно»),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переместительное свойство сложения;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Работа в парах/группах: поиск общих свойств групп предметов (цвет, форма, величина, количество,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назначение и др.). Таблица как способ представления информации, полученной из повседневной жизни (расписания, чеки, меню и т.д.);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«Оценочного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45" w:lineRule="auto"/>
              <w:ind w:left="70" w:right="158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uchi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/ </w:t>
            </w:r>
            <w:r w:rsidRPr="00AD1BDD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education</w:t>
            </w: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yandex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</w:p>
        </w:tc>
      </w:tr>
      <w:tr w:rsidR="00147A39" w:rsidTr="00AD1BDD">
        <w:trPr>
          <w:trHeight w:hRule="exact" w:val="348"/>
        </w:trPr>
        <w:tc>
          <w:tcPr>
            <w:tcW w:w="3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</w:t>
            </w:r>
          </w:p>
        </w:tc>
        <w:tc>
          <w:tcPr>
            <w:tcW w:w="117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</w:tr>
      <w:tr w:rsidR="00147A39" w:rsidTr="00AD1BDD">
        <w:trPr>
          <w:trHeight w:hRule="exact" w:val="348"/>
        </w:trPr>
        <w:tc>
          <w:tcPr>
            <w:tcW w:w="3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 время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</w:t>
            </w:r>
          </w:p>
        </w:tc>
        <w:tc>
          <w:tcPr>
            <w:tcW w:w="117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</w:tr>
      <w:tr w:rsidR="00147A39" w:rsidTr="00AD1BDD">
        <w:trPr>
          <w:trHeight w:hRule="exact" w:val="522"/>
        </w:trPr>
        <w:tc>
          <w:tcPr>
            <w:tcW w:w="3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9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9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</w:tr>
    </w:tbl>
    <w:p w:rsidR="00147A39" w:rsidRDefault="00147A39">
      <w:pPr>
        <w:autoSpaceDE w:val="0"/>
        <w:autoSpaceDN w:val="0"/>
        <w:spacing w:after="0" w:line="14" w:lineRule="exact"/>
      </w:pPr>
    </w:p>
    <w:p w:rsidR="00147A39" w:rsidRDefault="00147A39">
      <w:pPr>
        <w:sectPr w:rsidR="00147A39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147A39" w:rsidRDefault="00147A39">
      <w:pPr>
        <w:autoSpaceDE w:val="0"/>
        <w:autoSpaceDN w:val="0"/>
        <w:spacing w:after="78" w:line="220" w:lineRule="exact"/>
      </w:pPr>
    </w:p>
    <w:tbl>
      <w:tblPr>
        <w:tblStyle w:val="aff0"/>
        <w:tblW w:w="439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1"/>
        <w:gridCol w:w="4741"/>
      </w:tblGrid>
      <w:tr w:rsidR="00AD1BDD" w:rsidRPr="00F5616B" w:rsidTr="00AD1BDD">
        <w:trPr>
          <w:jc w:val="center"/>
        </w:trPr>
        <w:tc>
          <w:tcPr>
            <w:tcW w:w="2500" w:type="pct"/>
          </w:tcPr>
          <w:p w:rsidR="00AD1BDD" w:rsidRDefault="00AD1BDD" w:rsidP="00AD1BDD">
            <w:pPr>
              <w:autoSpaceDE w:val="0"/>
              <w:autoSpaceDN w:val="0"/>
              <w:spacing w:after="320" w:line="230" w:lineRule="auto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РАССМОТРЕНА И ПРИНЯТА</w:t>
            </w:r>
          </w:p>
          <w:p w:rsidR="00AD1BDD" w:rsidRPr="00F5616B" w:rsidRDefault="00AD1BDD" w:rsidP="00AD1BDD">
            <w:pPr>
              <w:autoSpaceDE w:val="0"/>
              <w:autoSpaceDN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Протокол заседания № 1</w:t>
            </w:r>
          </w:p>
          <w:p w:rsidR="00AD1BDD" w:rsidRPr="00F5616B" w:rsidRDefault="00AD1BDD" w:rsidP="00AD1BDD">
            <w:pPr>
              <w:autoSpaceDE w:val="0"/>
              <w:autoSpaceDN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 МБОУ СОШ № 61</w:t>
            </w:r>
          </w:p>
          <w:p w:rsidR="00AD1BDD" w:rsidRPr="00F5616B" w:rsidRDefault="00AD1BDD" w:rsidP="00AD1BDD">
            <w:pPr>
              <w:autoSpaceDE w:val="0"/>
              <w:autoSpaceDN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</w:t>
            </w: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 30.08.2022 г.</w:t>
            </w:r>
          </w:p>
          <w:p w:rsidR="00AD1BDD" w:rsidRPr="00F5616B" w:rsidRDefault="00AD1BDD" w:rsidP="00AD1BDD">
            <w:pPr>
              <w:autoSpaceDE w:val="0"/>
              <w:autoSpaceDN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Руководитель МО</w:t>
            </w:r>
          </w:p>
          <w:p w:rsidR="00AD1BDD" w:rsidRPr="00F5616B" w:rsidRDefault="00AD1BDD" w:rsidP="00AD1BDD">
            <w:pPr>
              <w:autoSpaceDE w:val="0"/>
              <w:autoSpaceDN w:val="0"/>
              <w:spacing w:line="276" w:lineRule="auto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_______________ Н.А.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Берестовская </w:t>
            </w:r>
          </w:p>
        </w:tc>
        <w:tc>
          <w:tcPr>
            <w:tcW w:w="2500" w:type="pct"/>
          </w:tcPr>
          <w:p w:rsidR="00AD1BDD" w:rsidRDefault="00AD1BDD" w:rsidP="00AD1BDD">
            <w:pPr>
              <w:autoSpaceDE w:val="0"/>
              <w:autoSpaceDN w:val="0"/>
              <w:spacing w:after="320" w:line="23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СОГЛАСОВАНО</w:t>
            </w:r>
          </w:p>
          <w:p w:rsidR="00AD1BDD" w:rsidRPr="00F5616B" w:rsidRDefault="00AD1BDD" w:rsidP="00AD1BDD">
            <w:pPr>
              <w:autoSpaceDE w:val="0"/>
              <w:autoSpaceDN w:val="0"/>
              <w:spacing w:line="276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Заместитель директора по УВР</w:t>
            </w:r>
          </w:p>
          <w:p w:rsidR="00AD1BDD" w:rsidRPr="00F5616B" w:rsidRDefault="00AD1BDD" w:rsidP="00AD1BDD">
            <w:pPr>
              <w:autoSpaceDE w:val="0"/>
              <w:autoSpaceDN w:val="0"/>
              <w:spacing w:line="276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____________ Н.Н. Кипоть</w:t>
            </w:r>
          </w:p>
          <w:p w:rsidR="00AD1BDD" w:rsidRPr="00F5616B" w:rsidRDefault="00AD1BDD" w:rsidP="00AD1BDD">
            <w:pPr>
              <w:autoSpaceDE w:val="0"/>
              <w:autoSpaceDN w:val="0"/>
              <w:spacing w:line="276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 w:rsidRPr="00F5616B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 31.08.2022 г.</w:t>
            </w:r>
          </w:p>
        </w:tc>
      </w:tr>
    </w:tbl>
    <w:p w:rsidR="00AD1BDD" w:rsidRDefault="00AD1BDD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147A39" w:rsidRDefault="00AD1BDD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147A39">
        <w:trPr>
          <w:trHeight w:hRule="exact" w:val="492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2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Виды, формы контроля</w:t>
            </w:r>
          </w:p>
        </w:tc>
      </w:tr>
      <w:tr w:rsidR="00147A39" w:rsidTr="00427E70">
        <w:trPr>
          <w:trHeight w:hRule="exact" w:val="828"/>
        </w:trPr>
        <w:tc>
          <w:tcPr>
            <w:tcW w:w="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A39" w:rsidRDefault="00147A39"/>
        </w:tc>
        <w:tc>
          <w:tcPr>
            <w:tcW w:w="2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A39" w:rsidRDefault="00147A39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A39" w:rsidRDefault="00147A39"/>
        </w:tc>
        <w:tc>
          <w:tcPr>
            <w:tcW w:w="1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A39" w:rsidRDefault="00147A39"/>
        </w:tc>
      </w:tr>
      <w:tr w:rsidR="00147A39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Число и цифра 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Число и цифра 2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Число и цифра 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>
        <w:trPr>
          <w:trHeight w:hRule="exact" w:val="494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289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Число и цифра 4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07.09.2022</w:t>
            </w:r>
          </w:p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Число и цифра 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Число и цифра 6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Число и цифра 7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Число и цифра 8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Число и цифра 9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/>
              <w:ind w:left="72" w:right="720"/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Числа от 1 до 9: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различение, чтение, запись.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Единица счёта. Десяток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Счёт предметов, запись результата цифрами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Порядковый номер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объекта при заданном порядке счёта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100" w:after="0" w:line="271" w:lineRule="auto"/>
              <w:ind w:right="576"/>
              <w:jc w:val="center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Сравнение чисел по количеству: больше, меньше, столько же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/>
              <w:ind w:left="72" w:right="576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Сравнение </w:t>
            </w:r>
            <w:proofErr w:type="spellStart"/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сравнение</w:t>
            </w:r>
            <w:proofErr w:type="spellEnd"/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групп предметов по количеству: больше, меньше, столько же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26.09.2022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147A39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16.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Число и цифра 0 при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измерении, вычислении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28.09.2022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147A39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Числа в пределах 20: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чтение, запись, сравнение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62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Однозначные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двузначные числа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30.09.2022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27E70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Pr="00AD1BDD" w:rsidRDefault="00427E70" w:rsidP="00427E70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Увеличение числа на несколько единиц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27E70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Pr="00AD1BDD" w:rsidRDefault="00427E70" w:rsidP="00427E70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Уменьшение числа на несколько единиц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27E70" w:rsidTr="00427E70">
        <w:trPr>
          <w:trHeight w:hRule="exact" w:val="131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Pr="00AD1BDD" w:rsidRDefault="00427E70" w:rsidP="00427E70">
            <w:pPr>
              <w:autoSpaceDE w:val="0"/>
              <w:autoSpaceDN w:val="0"/>
              <w:spacing w:after="0" w:line="271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Длина и её измерение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помощью заданной мерки. Длиннее. Короче.</w:t>
            </w:r>
          </w:p>
          <w:p w:rsidR="00427E70" w:rsidRPr="00AD1BDD" w:rsidRDefault="00427E70" w:rsidP="00427E70">
            <w:pPr>
              <w:autoSpaceDE w:val="0"/>
              <w:autoSpaceDN w:val="0"/>
              <w:spacing w:after="0" w:line="230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Одинаковые по длине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27E70" w:rsidTr="00427E70">
        <w:trPr>
          <w:trHeight w:hRule="exact" w:val="121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>
            <w:pPr>
              <w:autoSpaceDE w:val="0"/>
              <w:autoSpaceDN w:val="0"/>
              <w:spacing w:before="100" w:after="0" w:line="271" w:lineRule="auto"/>
              <w:ind w:left="72"/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Длина и её измерение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помощью заданной мерки.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длин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отрезков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>
            <w:pPr>
              <w:autoSpaceDE w:val="0"/>
              <w:autoSpaceDN w:val="0"/>
              <w:spacing w:before="100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 Практическая работа;</w:t>
            </w:r>
          </w:p>
        </w:tc>
      </w:tr>
      <w:tr w:rsidR="00427E70" w:rsidTr="00427E70">
        <w:trPr>
          <w:trHeight w:hRule="exact" w:val="110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Pr="00AD1BDD" w:rsidRDefault="00427E70" w:rsidP="00427E70">
            <w:pPr>
              <w:autoSpaceDE w:val="0"/>
              <w:autoSpaceDN w:val="0"/>
              <w:spacing w:before="98" w:after="0" w:line="271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Сравнение без измерения: выше — ниже, шире —уже, длиннее — короче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27E70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Pr="00AD1BDD" w:rsidRDefault="00427E70" w:rsidP="00427E70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Сравнение без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измерения:  старше —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моложе, тяжелее — легче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27E70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>
            <w:pPr>
              <w:autoSpaceDE w:val="0"/>
              <w:autoSpaceDN w:val="0"/>
              <w:spacing w:before="98" w:after="0" w:line="262" w:lineRule="auto"/>
              <w:ind w:left="72" w:right="100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Единицы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длины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сантиметр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27E70">
        <w:trPr>
          <w:trHeight w:hRule="exact" w:val="8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>
            <w:pPr>
              <w:autoSpaceDE w:val="0"/>
              <w:autoSpaceDN w:val="0"/>
              <w:spacing w:before="98" w:after="0" w:line="262" w:lineRule="auto"/>
              <w:ind w:left="72" w:right="100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Единицы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длины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дециметр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27E70" w:rsidRPr="00427E70" w:rsidTr="00427E70">
        <w:trPr>
          <w:trHeight w:hRule="exact" w:val="136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>
            <w:pPr>
              <w:autoSpaceDE w:val="0"/>
              <w:autoSpaceDN w:val="0"/>
              <w:spacing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Pr="00AD1BDD" w:rsidRDefault="00427E70" w:rsidP="00427E70">
            <w:pPr>
              <w:autoSpaceDE w:val="0"/>
              <w:autoSpaceDN w:val="0"/>
              <w:spacing w:after="0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Единицы длины: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сантиметр, дециметр;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установление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соотношения между ними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>
            <w:pPr>
              <w:autoSpaceDE w:val="0"/>
              <w:autoSpaceDN w:val="0"/>
              <w:spacing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>
            <w:pPr>
              <w:autoSpaceDE w:val="0"/>
              <w:autoSpaceDN w:val="0"/>
              <w:spacing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Pr="00AD1BDD" w:rsidRDefault="00427E70" w:rsidP="00427E70">
            <w:pPr>
              <w:autoSpaceDE w:val="0"/>
              <w:autoSpaceDN w:val="0"/>
              <w:spacing w:after="0" w:line="281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Самооценка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«Оценочного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427E70" w:rsidTr="00427E70">
        <w:trPr>
          <w:trHeight w:hRule="exact" w:val="126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>
            <w:pPr>
              <w:autoSpaceDE w:val="0"/>
              <w:autoSpaceDN w:val="0"/>
              <w:spacing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Pr="00AD1BDD" w:rsidRDefault="00427E70" w:rsidP="00427E70">
            <w:pPr>
              <w:autoSpaceDE w:val="0"/>
              <w:autoSpaceDN w:val="0"/>
              <w:spacing w:after="0" w:line="262" w:lineRule="auto"/>
              <w:ind w:left="72" w:right="288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Сложение и вычитание чисел в пределах 20.</w:t>
            </w:r>
          </w:p>
          <w:p w:rsidR="00427E70" w:rsidRDefault="00427E70" w:rsidP="00427E70">
            <w:pPr>
              <w:autoSpaceDE w:val="0"/>
              <w:autoSpaceDN w:val="0"/>
              <w:spacing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□ + 1, □– 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>
            <w:pPr>
              <w:autoSpaceDE w:val="0"/>
              <w:autoSpaceDN w:val="0"/>
              <w:spacing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>
            <w:pPr>
              <w:autoSpaceDE w:val="0"/>
              <w:autoSpaceDN w:val="0"/>
              <w:spacing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19.10.2022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427E70" w:rsidTr="00427E70">
        <w:trPr>
          <w:trHeight w:hRule="exact" w:val="127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>
            <w:pPr>
              <w:autoSpaceDE w:val="0"/>
              <w:autoSpaceDN w:val="0"/>
              <w:spacing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Pr="00AD1BDD" w:rsidRDefault="00427E70" w:rsidP="00427E70">
            <w:pPr>
              <w:autoSpaceDE w:val="0"/>
              <w:autoSpaceDN w:val="0"/>
              <w:spacing w:after="0" w:line="262" w:lineRule="auto"/>
              <w:ind w:left="72" w:right="288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Сложение и вычитание чисел в пределах 20.</w:t>
            </w:r>
          </w:p>
          <w:p w:rsidR="00427E70" w:rsidRDefault="00427E70" w:rsidP="00427E70">
            <w:pPr>
              <w:autoSpaceDE w:val="0"/>
              <w:autoSpaceDN w:val="0"/>
              <w:spacing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□ + 2, □– 2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>
            <w:pPr>
              <w:autoSpaceDE w:val="0"/>
              <w:autoSpaceDN w:val="0"/>
              <w:spacing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>
            <w:pPr>
              <w:autoSpaceDE w:val="0"/>
              <w:autoSpaceDN w:val="0"/>
              <w:spacing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>
            <w:pPr>
              <w:autoSpaceDE w:val="0"/>
              <w:autoSpaceDN w:val="0"/>
              <w:spacing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27E70" w:rsidTr="00427E70">
        <w:trPr>
          <w:trHeight w:hRule="exact" w:val="128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>
            <w:pPr>
              <w:autoSpaceDE w:val="0"/>
              <w:autoSpaceDN w:val="0"/>
              <w:spacing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  <w:p w:rsidR="00427E70" w:rsidRPr="00427E70" w:rsidRDefault="00427E70" w:rsidP="00427E70"/>
          <w:p w:rsidR="00427E70" w:rsidRPr="00427E70" w:rsidRDefault="00427E70" w:rsidP="00427E70"/>
          <w:p w:rsidR="00427E70" w:rsidRPr="00427E70" w:rsidRDefault="00427E70" w:rsidP="00427E70"/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Pr="00AD1BDD" w:rsidRDefault="00427E70" w:rsidP="00427E70">
            <w:pPr>
              <w:autoSpaceDE w:val="0"/>
              <w:autoSpaceDN w:val="0"/>
              <w:spacing w:after="0" w:line="262" w:lineRule="auto"/>
              <w:ind w:left="72" w:right="288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Сложение и вычитание чисел в пределах 20.</w:t>
            </w:r>
          </w:p>
          <w:p w:rsidR="00427E70" w:rsidRDefault="00427E70" w:rsidP="00427E70">
            <w:pPr>
              <w:autoSpaceDE w:val="0"/>
              <w:autoSpaceDN w:val="0"/>
              <w:spacing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□ + 3, □– 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>
            <w:pPr>
              <w:autoSpaceDE w:val="0"/>
              <w:autoSpaceDN w:val="0"/>
              <w:spacing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>
            <w:pPr>
              <w:autoSpaceDE w:val="0"/>
              <w:autoSpaceDN w:val="0"/>
              <w:spacing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>
            <w:pPr>
              <w:autoSpaceDE w:val="0"/>
              <w:autoSpaceDN w:val="0"/>
              <w:spacing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147A39" w:rsidRDefault="00147A39">
      <w:pPr>
        <w:sectPr w:rsidR="00147A39">
          <w:pgSz w:w="11900" w:h="16840"/>
          <w:pgMar w:top="298" w:right="650" w:bottom="38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27E70" w:rsidRDefault="00427E70" w:rsidP="00427E70"/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147A39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Сложение и вычитание чисел в пределах 20.</w:t>
            </w:r>
          </w:p>
          <w:p w:rsidR="00147A39" w:rsidRDefault="00AD1BDD">
            <w:pPr>
              <w:autoSpaceDE w:val="0"/>
              <w:autoSpaceDN w:val="0"/>
              <w:spacing w:before="70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□ + 4, □– 4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Сложение и вычитание чисел в пределах 20.</w:t>
            </w:r>
          </w:p>
          <w:p w:rsidR="00147A39" w:rsidRDefault="00AD1BDD">
            <w:pPr>
              <w:autoSpaceDE w:val="0"/>
              <w:autoSpaceDN w:val="0"/>
              <w:spacing w:before="70" w:after="0" w:line="271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□ + 5, □ + 6, □ + 7, □+ 8, □ + 9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100" w:after="0" w:line="271" w:lineRule="auto"/>
              <w:ind w:left="72" w:right="288"/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Сложение и вычитание чисел в пределах 20. </w:t>
            </w:r>
            <w:r w:rsidRPr="00AD1BDD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6 – □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27.10.2022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71" w:lineRule="auto"/>
              <w:ind w:left="72" w:right="288"/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Сложение и вычитание чисел в пределах 20. </w:t>
            </w:r>
            <w:r w:rsidRPr="00AD1BDD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7 – □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71" w:lineRule="auto"/>
              <w:ind w:left="72" w:right="288"/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Сложение и вычитание чисел в пределах 20. </w:t>
            </w:r>
            <w:r w:rsidRPr="00AD1BDD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8 – □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71" w:lineRule="auto"/>
              <w:ind w:left="72" w:right="288"/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Сложение и вычитание чисел в пределах 20. </w:t>
            </w:r>
            <w:r w:rsidRPr="00AD1BDD">
              <w:rPr>
                <w:lang w:val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9 – □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Сложение и вычитание чисел в пределах 20.</w:t>
            </w:r>
          </w:p>
          <w:p w:rsidR="00147A39" w:rsidRDefault="00AD1BDD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10 – □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Сложение и вычитание чисел в пределах 20.</w:t>
            </w:r>
          </w:p>
          <w:p w:rsidR="00147A39" w:rsidRPr="00AD1BDD" w:rsidRDefault="00AD1BDD">
            <w:pPr>
              <w:autoSpaceDE w:val="0"/>
              <w:autoSpaceDN w:val="0"/>
              <w:spacing w:before="70" w:after="0" w:line="271" w:lineRule="auto"/>
              <w:ind w:left="72" w:right="288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Сложение однозначных чисел с переходом через десяток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>
        <w:trPr>
          <w:trHeight w:hRule="exact" w:val="1838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289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100" w:after="0" w:line="262" w:lineRule="auto"/>
              <w:ind w:left="72" w:right="288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Сложение и вычитание чисел в пределах 20.</w:t>
            </w:r>
          </w:p>
          <w:p w:rsidR="00147A39" w:rsidRPr="00AD1BDD" w:rsidRDefault="00AD1BDD">
            <w:pPr>
              <w:autoSpaceDE w:val="0"/>
              <w:autoSpaceDN w:val="0"/>
              <w:spacing w:before="70" w:after="0" w:line="271" w:lineRule="auto"/>
              <w:ind w:left="72" w:right="288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Сложение однозначных чисел с переходом через десяток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17.11.2022</w:t>
            </w:r>
          </w:p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>
        <w:trPr>
          <w:trHeight w:hRule="exact" w:val="181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Сложение и вычитание чисел в пределах 20.</w:t>
            </w:r>
          </w:p>
          <w:p w:rsidR="00147A39" w:rsidRPr="00AD1BDD" w:rsidRDefault="00AD1BDD">
            <w:pPr>
              <w:autoSpaceDE w:val="0"/>
              <w:autoSpaceDN w:val="0"/>
              <w:spacing w:before="70" w:after="0" w:line="271" w:lineRule="auto"/>
              <w:ind w:left="72" w:right="288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Сложение однозначных чисел с переходом через десяток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18.11.2022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</w:tbl>
    <w:p w:rsidR="00147A39" w:rsidRDefault="00147A39">
      <w:pPr>
        <w:autoSpaceDE w:val="0"/>
        <w:autoSpaceDN w:val="0"/>
        <w:spacing w:after="0" w:line="14" w:lineRule="exact"/>
      </w:pPr>
    </w:p>
    <w:p w:rsidR="00147A39" w:rsidRDefault="00147A39">
      <w:pPr>
        <w:sectPr w:rsidR="00147A39">
          <w:pgSz w:w="11900" w:h="16840"/>
          <w:pgMar w:top="284" w:right="650" w:bottom="79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47A39" w:rsidRDefault="00147A39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147A39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Сложение и вычитание чисел в пределах 20.</w:t>
            </w:r>
          </w:p>
          <w:p w:rsidR="00147A39" w:rsidRPr="00AD1BDD" w:rsidRDefault="00AD1BDD">
            <w:pPr>
              <w:autoSpaceDE w:val="0"/>
              <w:autoSpaceDN w:val="0"/>
              <w:spacing w:before="70" w:after="0" w:line="271" w:lineRule="auto"/>
              <w:ind w:left="72" w:right="288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Сложение однозначных чисел с переходом через десяток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Сложение и вычитание чисел в пределах 20.</w:t>
            </w:r>
          </w:p>
          <w:p w:rsidR="00147A39" w:rsidRPr="00AD1BDD" w:rsidRDefault="00AD1BDD">
            <w:pPr>
              <w:autoSpaceDE w:val="0"/>
              <w:autoSpaceDN w:val="0"/>
              <w:spacing w:before="70" w:after="0" w:line="271" w:lineRule="auto"/>
              <w:ind w:left="72" w:right="288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Сложение однозначных чисел с переходом через десяток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Сложение и вычитание чисел в пределах 20.</w:t>
            </w:r>
          </w:p>
          <w:p w:rsidR="00147A39" w:rsidRPr="00AD1BDD" w:rsidRDefault="00AD1BDD">
            <w:pPr>
              <w:autoSpaceDE w:val="0"/>
              <w:autoSpaceDN w:val="0"/>
              <w:spacing w:before="70" w:after="0" w:line="271" w:lineRule="auto"/>
              <w:ind w:left="72" w:right="288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Сложение однозначных чисел с переходом через десяток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147A39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Сложение и вычитание чисел в пределах 20.</w:t>
            </w:r>
          </w:p>
          <w:p w:rsidR="00147A39" w:rsidRPr="00AD1BDD" w:rsidRDefault="00AD1BDD">
            <w:pPr>
              <w:autoSpaceDE w:val="0"/>
              <w:autoSpaceDN w:val="0"/>
              <w:spacing w:before="70" w:after="0" w:line="262" w:lineRule="auto"/>
              <w:ind w:left="72" w:right="144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Вычитание с переходом через десяток вида 11 - □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Сложение и вычитание чисел в пределах 20.</w:t>
            </w:r>
          </w:p>
          <w:p w:rsidR="00147A39" w:rsidRPr="00AD1BDD" w:rsidRDefault="00AD1BDD">
            <w:pPr>
              <w:autoSpaceDE w:val="0"/>
              <w:autoSpaceDN w:val="0"/>
              <w:spacing w:before="70" w:after="0" w:line="262" w:lineRule="auto"/>
              <w:ind w:left="72" w:right="144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Вычитание с переходом через десяток вида 12 - □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Сложение и вычитание чисел в пределах 20.</w:t>
            </w:r>
          </w:p>
          <w:p w:rsidR="00147A39" w:rsidRPr="00AD1BDD" w:rsidRDefault="00AD1BDD">
            <w:pPr>
              <w:autoSpaceDE w:val="0"/>
              <w:autoSpaceDN w:val="0"/>
              <w:spacing w:before="70" w:after="0" w:line="262" w:lineRule="auto"/>
              <w:ind w:left="72" w:right="144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Вычитание с переходом через десяток вида 13 - □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30.11.2022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Сложение и вычитание чисел в пределах 20.</w:t>
            </w:r>
          </w:p>
          <w:p w:rsidR="00147A39" w:rsidRPr="00AD1BDD" w:rsidRDefault="00AD1BDD">
            <w:pPr>
              <w:autoSpaceDE w:val="0"/>
              <w:autoSpaceDN w:val="0"/>
              <w:spacing w:before="72" w:after="0" w:line="262" w:lineRule="auto"/>
              <w:ind w:left="72" w:right="144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Вычитание с переходом через десяток вида 14 - □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Сложение и вычитание чисел в пределах 20.</w:t>
            </w:r>
          </w:p>
          <w:p w:rsidR="00147A39" w:rsidRPr="00AD1BDD" w:rsidRDefault="00AD1BDD">
            <w:pPr>
              <w:autoSpaceDE w:val="0"/>
              <w:autoSpaceDN w:val="0"/>
              <w:spacing w:before="70" w:after="0" w:line="262" w:lineRule="auto"/>
              <w:ind w:left="72" w:right="144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Вычитание с переходом через десяток вида 15 - □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02.12.2022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147A39">
        <w:trPr>
          <w:trHeight w:hRule="exact" w:val="14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Сложение и вычитание чисел в пределах 20.</w:t>
            </w:r>
          </w:p>
          <w:p w:rsidR="00147A39" w:rsidRPr="00AD1BDD" w:rsidRDefault="00AD1BDD">
            <w:pPr>
              <w:autoSpaceDE w:val="0"/>
              <w:autoSpaceDN w:val="0"/>
              <w:spacing w:before="70" w:after="0" w:line="262" w:lineRule="auto"/>
              <w:ind w:left="72" w:right="144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Вычитание с переходом через десяток вида 16 - □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05.12.2022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</w:tbl>
    <w:p w:rsidR="00147A39" w:rsidRDefault="00147A39">
      <w:pPr>
        <w:autoSpaceDE w:val="0"/>
        <w:autoSpaceDN w:val="0"/>
        <w:spacing w:after="0" w:line="14" w:lineRule="exact"/>
      </w:pPr>
    </w:p>
    <w:p w:rsidR="00147A39" w:rsidRDefault="00147A39">
      <w:pPr>
        <w:sectPr w:rsidR="00147A39">
          <w:pgSz w:w="11900" w:h="16840"/>
          <w:pgMar w:top="284" w:right="650" w:bottom="87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47A39" w:rsidRDefault="00147A39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147A39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Сложение и вычитание чисел в пределах 20.</w:t>
            </w:r>
          </w:p>
          <w:p w:rsidR="00147A39" w:rsidRPr="00AD1BDD" w:rsidRDefault="00AD1BDD">
            <w:pPr>
              <w:autoSpaceDE w:val="0"/>
              <w:autoSpaceDN w:val="0"/>
              <w:spacing w:before="70" w:after="0" w:line="271" w:lineRule="auto"/>
              <w:ind w:left="72" w:right="144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Вычитание с переходом через десяток вида 17 - □, 18 - □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Названия компонентов действий, результатов действия сложения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08.12.2022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74" w:lineRule="auto"/>
              <w:ind w:left="72" w:right="43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Названия компонентов действий, результатов действия вычитания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 w:rsidRPr="00427E70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/>
              <w:ind w:left="72" w:right="43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Названия компонентов действий, результатов действий сложения и вычитания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Самооценка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«Оценочного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147A39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Таблица сложения.</w:t>
            </w:r>
          </w:p>
          <w:p w:rsidR="00147A39" w:rsidRPr="00AD1BDD" w:rsidRDefault="00AD1BDD">
            <w:pPr>
              <w:autoSpaceDE w:val="0"/>
              <w:autoSpaceDN w:val="0"/>
              <w:spacing w:before="70" w:after="0" w:line="262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Таблица сложения чисел в пределах 10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 w:rsidRPr="00427E70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Таблица сложения.</w:t>
            </w:r>
          </w:p>
          <w:p w:rsidR="00147A39" w:rsidRPr="00AD1BDD" w:rsidRDefault="00AD1BDD">
            <w:pPr>
              <w:autoSpaceDE w:val="0"/>
              <w:autoSpaceDN w:val="0"/>
              <w:spacing w:before="70" w:after="0" w:line="262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Таблица сложения чисел в пределах 20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Самооценка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«Оценочного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147A39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Переместительное свойство сложения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Вычитание как действие, обратное сложению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Неизвестное слагаемое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Сложение одинаковых слагаемых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22.12.2022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147A39">
        <w:trPr>
          <w:trHeight w:hRule="exact" w:val="49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Счёт по 2, по 3, по 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Прибавление и вычитание нуля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26.12.2022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71" w:lineRule="auto"/>
              <w:ind w:left="156" w:right="144" w:hanging="15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147A39" w:rsidRPr="00427E70">
        <w:trPr>
          <w:trHeight w:hRule="exact" w:val="181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Сложение чисел без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перехода через десяток.</w:t>
            </w:r>
          </w:p>
          <w:p w:rsidR="00147A39" w:rsidRDefault="00AD1BDD">
            <w:pPr>
              <w:autoSpaceDE w:val="0"/>
              <w:autoSpaceDN w:val="0"/>
              <w:spacing w:before="70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28.12.2022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Самооценка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«Оценочного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</w:tbl>
    <w:p w:rsidR="00147A39" w:rsidRPr="00AD1BDD" w:rsidRDefault="00147A39">
      <w:pPr>
        <w:autoSpaceDE w:val="0"/>
        <w:autoSpaceDN w:val="0"/>
        <w:spacing w:after="0" w:line="14" w:lineRule="exact"/>
        <w:rPr>
          <w:lang w:val="ru-RU"/>
        </w:rPr>
      </w:pPr>
    </w:p>
    <w:p w:rsidR="00147A39" w:rsidRPr="00AD1BDD" w:rsidRDefault="00147A39">
      <w:pPr>
        <w:rPr>
          <w:lang w:val="ru-RU"/>
        </w:rPr>
        <w:sectPr w:rsidR="00147A39" w:rsidRPr="00AD1BDD">
          <w:pgSz w:w="11900" w:h="16840"/>
          <w:pgMar w:top="284" w:right="650" w:bottom="39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47A39" w:rsidRPr="00AD1BDD" w:rsidRDefault="00147A39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147A39" w:rsidRPr="00427E70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Вычитание чисел без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перехода через десяток.</w:t>
            </w:r>
          </w:p>
          <w:p w:rsidR="00147A39" w:rsidRDefault="00AD1BDD">
            <w:pPr>
              <w:autoSpaceDE w:val="0"/>
              <w:autoSpaceDN w:val="0"/>
              <w:spacing w:before="70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Самооценка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«Оценочного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147A39" w:rsidRPr="00427E70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Сложение чисел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переходом через десяток. Общий приём сложения с переходом через десяток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Самооценка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«Оценочного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147A39" w:rsidRPr="00427E70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Сложение чисел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переходом через десяток.</w:t>
            </w:r>
          </w:p>
          <w:p w:rsidR="00147A39" w:rsidRDefault="00AD1BDD">
            <w:pPr>
              <w:autoSpaceDE w:val="0"/>
              <w:autoSpaceDN w:val="0"/>
              <w:spacing w:before="70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Самооценка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«Оценочного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147A39" w:rsidRPr="00427E70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Вычитание чисел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переходом через десяток. Общий приём вычитания с переходом через десяток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Самооценка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«Оценочного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147A39" w:rsidRPr="00427E70">
        <w:trPr>
          <w:trHeight w:hRule="exact" w:val="25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Вычитание чисел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переходом через десяток.</w:t>
            </w:r>
          </w:p>
          <w:p w:rsidR="00147A39" w:rsidRDefault="00AD1BDD">
            <w:pPr>
              <w:autoSpaceDE w:val="0"/>
              <w:autoSpaceDN w:val="0"/>
              <w:spacing w:before="70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и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83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Письменный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«Оценочного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147A39">
        <w:trPr>
          <w:trHeight w:hRule="exact" w:val="284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78" w:lineRule="auto"/>
              <w:ind w:left="72" w:right="288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Текстовая задача: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структурные элементы, составление текстовой задачи по образцу.</w:t>
            </w:r>
          </w:p>
          <w:p w:rsidR="00147A39" w:rsidRPr="00AD1BDD" w:rsidRDefault="00AD1BDD">
            <w:pPr>
              <w:autoSpaceDE w:val="0"/>
              <w:autoSpaceDN w:val="0"/>
              <w:spacing w:before="70" w:after="0"/>
              <w:ind w:left="72" w:right="144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Составление задач на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сложение по рисунку, по схематическому рисунку, по записи решения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>
        <w:trPr>
          <w:trHeight w:hRule="exact" w:val="282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Текстовая задача: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структурные элементы, составление текстовой задачи по образцу.</w:t>
            </w:r>
          </w:p>
          <w:p w:rsidR="00147A39" w:rsidRPr="00AD1BDD" w:rsidRDefault="00AD1BDD">
            <w:pPr>
              <w:autoSpaceDE w:val="0"/>
              <w:autoSpaceDN w:val="0"/>
              <w:spacing w:before="70" w:after="0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Составление задач на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вычитание по рисунку, по схематическому рисунку, по записи решения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147A39" w:rsidRDefault="00147A39">
      <w:pPr>
        <w:autoSpaceDE w:val="0"/>
        <w:autoSpaceDN w:val="0"/>
        <w:spacing w:after="0" w:line="14" w:lineRule="exact"/>
      </w:pPr>
    </w:p>
    <w:p w:rsidR="00147A39" w:rsidRDefault="00147A39">
      <w:pPr>
        <w:sectPr w:rsidR="00147A39">
          <w:pgSz w:w="11900" w:h="16840"/>
          <w:pgMar w:top="284" w:right="650" w:bottom="35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47A39" w:rsidRDefault="00147A39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147A39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/>
              <w:ind w:left="72" w:right="43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Зависимость между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данными и искомой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величиной в текстовой задаче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/>
              <w:ind w:left="72" w:right="288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Выбор и запись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арифметического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действия для получения ответа на вопрос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Задачи на нахождение суммы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>
        <w:trPr>
          <w:trHeight w:hRule="exact" w:val="830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73.</w:t>
            </w:r>
          </w:p>
        </w:tc>
        <w:tc>
          <w:tcPr>
            <w:tcW w:w="289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100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Задачи на нахождение остатка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26.01.2023</w:t>
            </w:r>
          </w:p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Задачи на увеличение (уменьшение) числа на несколько единиц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Задачи на увеличение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числа на несколько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единиц (с двумя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множествами предметов)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30.01.2023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Задачи на уменьшение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числа на несколько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единиц (с двумя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множествами предметов)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Задачи на разностное сравнение чисел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Задачи на нахождение неизвестного первого слагаемого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 w:rsidRPr="00427E70">
        <w:trPr>
          <w:trHeight w:hRule="exact" w:val="1838"/>
        </w:trPr>
        <w:tc>
          <w:tcPr>
            <w:tcW w:w="5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79.</w:t>
            </w:r>
          </w:p>
        </w:tc>
        <w:tc>
          <w:tcPr>
            <w:tcW w:w="289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100" w:after="0" w:line="271" w:lineRule="auto"/>
              <w:ind w:left="72" w:right="43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Задачи на нахождение неизвестного второго слагаемого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06.02.2023</w:t>
            </w:r>
          </w:p>
        </w:tc>
        <w:tc>
          <w:tcPr>
            <w:tcW w:w="1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100" w:after="0" w:line="281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Самооценка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«Оценочного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147A39" w:rsidRPr="00427E70">
        <w:trPr>
          <w:trHeight w:hRule="exact" w:val="181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Задачи на нахождение неизвестного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уменьшаемого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08.02.2023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81" w:lineRule="auto"/>
              <w:ind w:left="156" w:hanging="156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Устный опрос; Самооценка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«Оценочного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</w:tbl>
    <w:p w:rsidR="00147A39" w:rsidRPr="00AD1BDD" w:rsidRDefault="00147A39">
      <w:pPr>
        <w:autoSpaceDE w:val="0"/>
        <w:autoSpaceDN w:val="0"/>
        <w:spacing w:after="0" w:line="14" w:lineRule="exact"/>
        <w:rPr>
          <w:lang w:val="ru-RU"/>
        </w:rPr>
      </w:pPr>
    </w:p>
    <w:p w:rsidR="00147A39" w:rsidRPr="00AD1BDD" w:rsidRDefault="00147A39">
      <w:pPr>
        <w:rPr>
          <w:lang w:val="ru-RU"/>
        </w:rPr>
        <w:sectPr w:rsidR="00147A39" w:rsidRPr="00AD1BDD">
          <w:pgSz w:w="11900" w:h="16840"/>
          <w:pgMar w:top="284" w:right="650" w:bottom="88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47A39" w:rsidRPr="00AD1BDD" w:rsidRDefault="00147A39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147A39" w:rsidRPr="00427E70">
        <w:trPr>
          <w:trHeight w:hRule="exact" w:val="25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71" w:lineRule="auto"/>
              <w:ind w:left="72" w:right="43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Задачи на нахождение неизвестного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вычитаемого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83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Письменный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«Оценочного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147A39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Модели задач: краткая запись, рисунок, схема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>
        <w:trPr>
          <w:trHeight w:hRule="exact" w:val="251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100" w:after="0" w:line="283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Обнаружение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недостающего элемента задачи, дополнение текста задачи числовыми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данными (по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иллюстрации, смыслу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задачи, её решению)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слева/справа,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сверху/снизу, между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>
        <w:trPr>
          <w:trHeight w:hRule="exact" w:val="217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установление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пространственных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отношений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27.02.2023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 w:rsidRPr="00427E70">
        <w:trPr>
          <w:trHeight w:hRule="exact" w:val="282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86" w:lineRule="auto"/>
              <w:ind w:left="72" w:right="144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слева/справа,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сверху/снизу, между;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установление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пространственных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отношений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01.03.2023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Самооценка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«Оценочного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</w:tbl>
    <w:p w:rsidR="00147A39" w:rsidRPr="00AD1BDD" w:rsidRDefault="00147A39">
      <w:pPr>
        <w:autoSpaceDE w:val="0"/>
        <w:autoSpaceDN w:val="0"/>
        <w:spacing w:after="0" w:line="14" w:lineRule="exact"/>
        <w:rPr>
          <w:lang w:val="ru-RU"/>
        </w:rPr>
      </w:pPr>
    </w:p>
    <w:p w:rsidR="00147A39" w:rsidRPr="00AD1BDD" w:rsidRDefault="00147A39">
      <w:pPr>
        <w:rPr>
          <w:lang w:val="ru-RU"/>
        </w:rPr>
        <w:sectPr w:rsidR="00147A39" w:rsidRPr="00AD1BDD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47A39" w:rsidRPr="00AD1BDD" w:rsidRDefault="00147A39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147A39">
        <w:trPr>
          <w:trHeight w:hRule="exact" w:val="318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86" w:lineRule="auto"/>
              <w:ind w:left="72" w:right="144"/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слева/справа,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сверху/снизу, между;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установление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пространственных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отношений.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Внутри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 Вне.</w:t>
            </w:r>
          </w:p>
          <w:p w:rsidR="00147A39" w:rsidRDefault="00AD1BDD">
            <w:pPr>
              <w:autoSpaceDE w:val="0"/>
              <w:autoSpaceDN w:val="0"/>
              <w:spacing w:before="7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Между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02.03.2023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>
        <w:trPr>
          <w:trHeight w:hRule="exact" w:val="8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100" w:after="0" w:line="262" w:lineRule="auto"/>
              <w:ind w:left="72" w:right="144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Распознавание объекта и его отражения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Распознавание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геометрических фигур: куба, шара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 w:rsidRPr="00427E70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81" w:lineRule="auto"/>
              <w:ind w:left="72" w:right="288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Распознавание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геометрических фигур: круга, треугольника,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прямоугольника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(квадрата)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09.03.2023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Самооценка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«Оценочного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147A39" w:rsidRPr="00427E70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Распознавание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геометрических фигур: прямой, отрезка, точки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Самооценка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«Оценочного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147A39">
        <w:trPr>
          <w:trHeight w:hRule="exact" w:val="217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71" w:lineRule="auto"/>
              <w:ind w:left="72" w:right="288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Изображение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прямоугольника,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квадрата, треугольника.</w:t>
            </w:r>
          </w:p>
          <w:p w:rsidR="00147A39" w:rsidRPr="00AD1BDD" w:rsidRDefault="00AD1BDD">
            <w:pPr>
              <w:autoSpaceDE w:val="0"/>
              <w:autoSpaceDN w:val="0"/>
              <w:spacing w:before="70" w:after="0" w:line="271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Изображение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геометрических фигур "от руки"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93.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100" w:after="0" w:line="281" w:lineRule="auto"/>
              <w:ind w:left="72" w:right="144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Изображение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 линейки геометрических фигур: многоугольника,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треугольника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 w:rsidRPr="00427E70">
        <w:trPr>
          <w:trHeight w:hRule="exact" w:val="181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81" w:lineRule="auto"/>
              <w:ind w:left="72" w:right="144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Изображение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 линейки геометрических фигур: прямоугольника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(квадрата)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Самооценка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«Оценочного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</w:tbl>
    <w:p w:rsidR="00147A39" w:rsidRPr="00AD1BDD" w:rsidRDefault="00147A39">
      <w:pPr>
        <w:autoSpaceDE w:val="0"/>
        <w:autoSpaceDN w:val="0"/>
        <w:spacing w:after="0" w:line="14" w:lineRule="exact"/>
        <w:rPr>
          <w:lang w:val="ru-RU"/>
        </w:rPr>
      </w:pPr>
    </w:p>
    <w:p w:rsidR="00147A39" w:rsidRPr="00AD1BDD" w:rsidRDefault="00147A39">
      <w:pPr>
        <w:rPr>
          <w:lang w:val="ru-RU"/>
        </w:rPr>
        <w:sectPr w:rsidR="00147A39" w:rsidRPr="00AD1BDD">
          <w:pgSz w:w="11900" w:h="16840"/>
          <w:pgMar w:top="284" w:right="650" w:bottom="78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47A39" w:rsidRPr="00AD1BDD" w:rsidRDefault="00147A39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147A39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Изображение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 линейки геометрических фигур: прямой, отрезка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>
        <w:trPr>
          <w:trHeight w:hRule="exact" w:val="284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86" w:lineRule="auto"/>
              <w:ind w:left="72" w:right="144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Изображение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 линейки геометрических фигур: многоугольника,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треугольника,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прямоугольника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(квадрата), прямой,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отрезка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 w:rsidRPr="00427E70">
        <w:trPr>
          <w:trHeight w:hRule="exact" w:val="25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Прямоугольник. Квадрат.</w:t>
            </w:r>
          </w:p>
          <w:p w:rsidR="00147A39" w:rsidRPr="00AD1BDD" w:rsidRDefault="00AD1BDD">
            <w:pPr>
              <w:autoSpaceDE w:val="0"/>
              <w:autoSpaceDN w:val="0"/>
              <w:spacing w:before="70" w:after="0"/>
              <w:ind w:left="72" w:right="288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Построение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прямоугольника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(квадрата) на клетчатой бумаге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83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Письменный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«Оценочного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147A39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Построение отрезка,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измерение длины отрезка в сантиметрах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Построение отрезка,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измерение длины отрезка в сантиметрах. Измерение длины в дециметрах и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сантиметрах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24.03.2023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 w:rsidP="00AD1BDD">
            <w:pPr>
              <w:autoSpaceDE w:val="0"/>
              <w:autoSpaceDN w:val="0"/>
              <w:spacing w:before="98" w:after="0" w:line="278" w:lineRule="auto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Построение отрезка,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измерение длины отрезка в сантиметрах. Сравнение длин отрезков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 w:rsidRPr="00427E70">
        <w:trPr>
          <w:trHeight w:hRule="exact" w:val="25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 w:rsidP="00AD1BDD">
            <w:pPr>
              <w:autoSpaceDE w:val="0"/>
              <w:autoSpaceDN w:val="0"/>
              <w:spacing w:before="98" w:after="0" w:line="281" w:lineRule="auto"/>
              <w:ind w:right="144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Построение отрезка,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измерение длины отрезка в сантиметрах. Сложение и вычитание длин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отрезков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83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Письменный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контроль;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«Оценочного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147A39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 w:rsidP="00AD1BDD">
            <w:pPr>
              <w:autoSpaceDE w:val="0"/>
              <w:autoSpaceDN w:val="0"/>
              <w:spacing w:before="98" w:after="0" w:line="271" w:lineRule="auto"/>
              <w:ind w:right="288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Длина стороны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прямоугольника,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квадрата, треугольника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06.04.2023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</w:tbl>
    <w:p w:rsidR="00147A39" w:rsidRDefault="00147A39">
      <w:pPr>
        <w:autoSpaceDE w:val="0"/>
        <w:autoSpaceDN w:val="0"/>
        <w:spacing w:after="0" w:line="14" w:lineRule="exact"/>
      </w:pPr>
    </w:p>
    <w:p w:rsidR="00147A39" w:rsidRDefault="00147A39">
      <w:pPr>
        <w:sectPr w:rsidR="00147A39">
          <w:pgSz w:w="11900" w:h="16840"/>
          <w:pgMar w:top="284" w:right="650" w:bottom="61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47A39" w:rsidRDefault="00147A39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147A39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 w:rsidP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103.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 w:rsidP="00AD1BDD">
            <w:pPr>
              <w:autoSpaceDE w:val="0"/>
              <w:autoSpaceDN w:val="0"/>
              <w:spacing w:before="98" w:after="0" w:line="271" w:lineRule="auto"/>
              <w:ind w:right="144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Построение отрезка,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квадрата, треугольника с помощью линейки.</w:t>
            </w:r>
          </w:p>
          <w:p w:rsidR="00147A39" w:rsidRPr="00AD1BDD" w:rsidRDefault="00AD1BDD">
            <w:pPr>
              <w:autoSpaceDE w:val="0"/>
              <w:autoSpaceDN w:val="0"/>
              <w:spacing w:before="70" w:after="0" w:line="262" w:lineRule="auto"/>
              <w:ind w:left="72" w:right="144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Решение геометрических задач на построение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07.04.2023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 w:rsidP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104.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 w:rsidP="00AD1BDD">
            <w:pPr>
              <w:autoSpaceDE w:val="0"/>
              <w:autoSpaceDN w:val="0"/>
              <w:spacing w:before="98" w:after="0"/>
              <w:ind w:right="43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Математическая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информация. Сбор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данных об объекте по образцу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>
        <w:trPr>
          <w:trHeight w:hRule="exact" w:val="1502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 w:rsidP="00AD1BD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105.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 w:rsidP="00AD1BDD">
            <w:pPr>
              <w:autoSpaceDE w:val="0"/>
              <w:autoSpaceDN w:val="0"/>
              <w:spacing w:before="100" w:after="0"/>
              <w:ind w:right="144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Характеристики объекта, группы объектов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(количество, форма,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размер)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 w:rsidRPr="00427E70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 w:rsidP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106.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Сравнение двух или более </w:t>
            </w:r>
            <w:r w:rsidRPr="00AD1BDD">
              <w:rPr>
                <w:lang w:val="ru-RU"/>
              </w:rPr>
              <w:tab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предметов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Самооценка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«Оценочного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147A39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 w:rsidP="00AD1BDD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 w:rsidP="00AD1BDD">
            <w:pPr>
              <w:autoSpaceDE w:val="0"/>
              <w:autoSpaceDN w:val="0"/>
              <w:spacing w:before="98" w:after="0" w:line="271" w:lineRule="auto"/>
              <w:ind w:right="43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Выбор предметов по образцу (по заданным признакам)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 w:rsidRPr="00427E70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 w:rsidP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108.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144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Группировка объектов по </w:t>
            </w:r>
            <w:r w:rsidRPr="00AD1BDD">
              <w:rPr>
                <w:lang w:val="ru-RU"/>
              </w:rPr>
              <w:tab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заданному признаку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Самооценка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«Оценочного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147A39" w:rsidRPr="00427E70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 w:rsidP="00AD1BDD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Группировка объектов по заданному признаку.</w:t>
            </w:r>
          </w:p>
          <w:p w:rsidR="00147A39" w:rsidRPr="00AD1BDD" w:rsidRDefault="00AD1BDD">
            <w:pPr>
              <w:autoSpaceDE w:val="0"/>
              <w:autoSpaceDN w:val="0"/>
              <w:spacing w:before="72" w:after="0" w:line="271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Группировка по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самостоятельно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установленному признаку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Самооценка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«Оценочного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147A39" w:rsidRPr="00427E70">
        <w:trPr>
          <w:trHeight w:hRule="exact" w:val="181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 w:rsidP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110.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/>
              <w:ind w:left="156" w:right="432" w:hanging="156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Закономерность в ряду заданных объектов: её обнаружение,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продолжение ряда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20.04.2023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81" w:lineRule="auto"/>
              <w:ind w:left="156" w:hanging="156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Устный опрос; Самооценка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«Оценочного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</w:tbl>
    <w:p w:rsidR="00147A39" w:rsidRPr="00AD1BDD" w:rsidRDefault="00147A39">
      <w:pPr>
        <w:autoSpaceDE w:val="0"/>
        <w:autoSpaceDN w:val="0"/>
        <w:spacing w:after="0" w:line="14" w:lineRule="exact"/>
        <w:rPr>
          <w:lang w:val="ru-RU"/>
        </w:rPr>
      </w:pPr>
    </w:p>
    <w:p w:rsidR="00147A39" w:rsidRPr="00AD1BDD" w:rsidRDefault="00147A39">
      <w:pPr>
        <w:rPr>
          <w:lang w:val="ru-RU"/>
        </w:rPr>
        <w:sectPr w:rsidR="00147A39" w:rsidRPr="00AD1BDD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47A39" w:rsidRPr="00AD1BDD" w:rsidRDefault="00147A39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147A39">
        <w:trPr>
          <w:trHeight w:hRule="exact" w:val="250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 w:rsidP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111.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 w:rsidP="00AD1BDD">
            <w:pPr>
              <w:autoSpaceDE w:val="0"/>
              <w:autoSpaceDN w:val="0"/>
              <w:spacing w:before="98" w:after="0" w:line="283" w:lineRule="auto"/>
              <w:ind w:right="288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Верные (истинные) и неверные (ложные)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предложения,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составленные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относительно заданного набора математических объектов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>
        <w:trPr>
          <w:trHeight w:hRule="exact" w:val="116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 w:rsidP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112.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 w:rsidP="00AD1BDD">
            <w:pPr>
              <w:autoSpaceDE w:val="0"/>
              <w:autoSpaceDN w:val="0"/>
              <w:spacing w:before="98" w:after="0" w:line="271" w:lineRule="auto"/>
              <w:ind w:right="43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Чтение таблицы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(содержащей не более четырёх данных)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 w:rsidP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113.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43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Извлечение данного из </w:t>
            </w:r>
            <w:r w:rsidRPr="00AD1BDD">
              <w:rPr>
                <w:lang w:val="ru-RU"/>
              </w:rPr>
              <w:tab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строки, столбца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 w:rsidP="00AD1BDD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114.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43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Внесение одного-двух данных в таблицу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 w:rsidP="00AD1BDD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115.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/>
              <w:ind w:left="72" w:right="144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Чтение рисунка, схемы 1—2 числовыми данными (значениями данных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величин)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28.04.2023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 w:rsidP="00AD1BDD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 w:rsidP="00AD1BDD">
            <w:pPr>
              <w:autoSpaceDE w:val="0"/>
              <w:autoSpaceDN w:val="0"/>
              <w:spacing w:before="98" w:after="0"/>
              <w:ind w:right="576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Выполнение 1—3-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шаговых инструкций, связанных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вычислениями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03.05.2023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>
        <w:trPr>
          <w:trHeight w:hRule="exact" w:val="150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 w:rsidP="00AD1BDD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117.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 w:rsidP="00AD1BDD">
            <w:pPr>
              <w:autoSpaceDE w:val="0"/>
              <w:autoSpaceDN w:val="0"/>
              <w:spacing w:before="98" w:after="0"/>
              <w:ind w:right="288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Выполнение 1—3-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шаговых инструкций, связанных с измерением длины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04.05.2023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 w:rsidRPr="00427E70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 w:rsidP="00AD1BDD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 w:rsidP="00AD1BDD">
            <w:pPr>
              <w:autoSpaceDE w:val="0"/>
              <w:autoSpaceDN w:val="0"/>
              <w:spacing w:before="98" w:after="0" w:line="278" w:lineRule="auto"/>
              <w:ind w:right="144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Выполнение 1—3-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шаговых инструкций,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связанных с построением геометрических фигур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05.05.2023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Самооценка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«Оценочного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147A39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 w:rsidP="00AD1BDD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Числа. Числа от 1 до 10. Повторение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>
        <w:trPr>
          <w:trHeight w:hRule="exact" w:val="82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 w:rsidP="00AD1BDD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120.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Числа. Числа от 11 до 20. Повторение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 w:rsidP="00AD1BDD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121.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720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Величины. Единица длины: сантиметр.</w:t>
            </w:r>
          </w:p>
          <w:p w:rsidR="00147A39" w:rsidRPr="00AD1BDD" w:rsidRDefault="00AD1BDD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Повторение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147A39">
        <w:trPr>
          <w:trHeight w:hRule="exact" w:val="114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 w:rsidP="00AD1BDD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122.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 w:rsidP="00AD1BDD">
            <w:pPr>
              <w:autoSpaceDE w:val="0"/>
              <w:autoSpaceDN w:val="0"/>
              <w:spacing w:before="98" w:after="0" w:line="271" w:lineRule="auto"/>
              <w:ind w:right="432"/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Величины. Единицы длины: сантиметр,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дециметр.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</w:tbl>
    <w:p w:rsidR="00147A39" w:rsidRDefault="00147A39">
      <w:pPr>
        <w:autoSpaceDE w:val="0"/>
        <w:autoSpaceDN w:val="0"/>
        <w:spacing w:after="0" w:line="14" w:lineRule="exact"/>
      </w:pPr>
    </w:p>
    <w:p w:rsidR="00147A39" w:rsidRDefault="00147A39">
      <w:pPr>
        <w:sectPr w:rsidR="00147A39">
          <w:pgSz w:w="11900" w:h="16840"/>
          <w:pgMar w:top="284" w:right="650" w:bottom="30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47A39" w:rsidRDefault="00147A39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76"/>
        <w:gridCol w:w="2894"/>
        <w:gridCol w:w="732"/>
        <w:gridCol w:w="1620"/>
        <w:gridCol w:w="1668"/>
        <w:gridCol w:w="1236"/>
        <w:gridCol w:w="1826"/>
      </w:tblGrid>
      <w:tr w:rsidR="00147A39" w:rsidRPr="00427E70" w:rsidTr="00AD1BDD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 w:rsidP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123.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 w:rsidP="00AD1BDD">
            <w:pPr>
              <w:autoSpaceDE w:val="0"/>
              <w:autoSpaceDN w:val="0"/>
              <w:spacing w:before="98" w:after="0" w:line="271" w:lineRule="auto"/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действия. Числа от 1 до 10.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 Повторение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Самооценка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«Оценочного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147A39" w:rsidRPr="00427E70" w:rsidTr="00AD1BDD">
        <w:trPr>
          <w:trHeight w:hRule="exact" w:val="183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 w:rsidP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124.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1BDD" w:rsidRPr="00AD1BDD" w:rsidRDefault="00AD1BDD" w:rsidP="00AD1BDD">
            <w:pPr>
              <w:autoSpaceDE w:val="0"/>
              <w:autoSpaceDN w:val="0"/>
              <w:spacing w:before="98" w:after="0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действия. Числа от 1 до 20. Сложение с переходом через десяток.</w:t>
            </w:r>
          </w:p>
          <w:p w:rsidR="00147A39" w:rsidRDefault="00AD1BDD" w:rsidP="00AD1BDD">
            <w:pPr>
              <w:autoSpaceDE w:val="0"/>
              <w:autoSpaceDN w:val="0"/>
              <w:spacing w:before="98" w:after="0" w:line="271" w:lineRule="auto"/>
              <w:ind w:right="7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Самооценка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«Оценочного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147A39" w:rsidRPr="00427E70" w:rsidTr="00AD1BDD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 w:rsidP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125.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70" w:after="0" w:line="230" w:lineRule="auto"/>
              <w:ind w:left="72"/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Текстовые задачи. Задачи на нахождение суммы и остатка.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147A3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Default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47A39" w:rsidRPr="00AD1BDD" w:rsidRDefault="00AD1BDD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Самооценка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«Оценочного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AD1BDD" w:rsidRPr="00427E70" w:rsidTr="00AD1BDD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1BDD" w:rsidRDefault="00AD1BDD" w:rsidP="00AD1BDD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126.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1BDD" w:rsidRPr="00AD1BDD" w:rsidRDefault="00AD1BDD" w:rsidP="00AD1BDD">
            <w:pPr>
              <w:autoSpaceDE w:val="0"/>
              <w:autoSpaceDN w:val="0"/>
              <w:spacing w:before="98" w:after="0" w:line="262" w:lineRule="auto"/>
              <w:ind w:right="144"/>
              <w:jc w:val="center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Текстовые задачи. Задачи на разностное сравнение.</w:t>
            </w:r>
          </w:p>
          <w:p w:rsidR="00AD1BDD" w:rsidRDefault="00AD1BDD" w:rsidP="00AD1BDD">
            <w:pPr>
              <w:autoSpaceDE w:val="0"/>
              <w:autoSpaceDN w:val="0"/>
              <w:spacing w:before="70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1BDD" w:rsidRDefault="00AD1BDD" w:rsidP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1BDD" w:rsidRDefault="00AD1BDD" w:rsidP="00AD1BD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1BDD" w:rsidRDefault="00AD1BDD" w:rsidP="00AD1BDD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1BDD" w:rsidRDefault="00AD1BDD" w:rsidP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1BDD" w:rsidRPr="00AD1BDD" w:rsidRDefault="00AD1BDD" w:rsidP="00AD1BDD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Самооценка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«Оценочного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AD1BDD" w:rsidTr="00AD1BDD">
        <w:trPr>
          <w:trHeight w:hRule="exact" w:val="11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1BDD" w:rsidRDefault="00AD1BDD" w:rsidP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127.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1BDD" w:rsidRPr="00AD1BDD" w:rsidRDefault="00AD1BDD" w:rsidP="00AD1BDD">
            <w:pPr>
              <w:autoSpaceDE w:val="0"/>
              <w:autoSpaceDN w:val="0"/>
              <w:spacing w:before="100" w:after="0" w:line="271" w:lineRule="auto"/>
              <w:ind w:right="144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Пространственные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отношения и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геометрические фигуры.</w:t>
            </w:r>
          </w:p>
          <w:p w:rsidR="00AD1BDD" w:rsidRPr="00AD1BDD" w:rsidRDefault="00AD1BDD" w:rsidP="00AD1BDD">
            <w:pPr>
              <w:autoSpaceDE w:val="0"/>
              <w:autoSpaceDN w:val="0"/>
              <w:spacing w:before="70" w:after="0" w:line="262" w:lineRule="auto"/>
              <w:ind w:right="864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Пространственные представления.</w:t>
            </w:r>
          </w:p>
          <w:p w:rsidR="00AD1BDD" w:rsidRDefault="00AD1BDD" w:rsidP="00AD1BDD">
            <w:pPr>
              <w:autoSpaceDE w:val="0"/>
              <w:autoSpaceDN w:val="0"/>
              <w:spacing w:before="98" w:after="0" w:line="271" w:lineRule="auto"/>
              <w:ind w:left="156" w:right="144" w:hanging="156"/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Повторение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1BDD" w:rsidRDefault="00AD1BDD" w:rsidP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1BDD" w:rsidRDefault="00AD1BDD" w:rsidP="00AD1BD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1BDD" w:rsidRDefault="00AD1BDD" w:rsidP="00AD1BDD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1BDD" w:rsidRDefault="00AD1BDD" w:rsidP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1BDD" w:rsidRDefault="00AD1BDD" w:rsidP="00AD1BD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AD1BDD" w:rsidRPr="00427E70" w:rsidTr="00AD1BDD">
        <w:trPr>
          <w:trHeight w:hRule="exact" w:val="1836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1BDD" w:rsidRDefault="00AD1BDD" w:rsidP="00AD1BDD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128.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1BDD" w:rsidRPr="00E45387" w:rsidRDefault="00AD1BDD" w:rsidP="00AD1BDD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Математическая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информация. Сравнение, группировка,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закономерности, </w:t>
            </w:r>
            <w:r w:rsidRPr="00AD1BDD">
              <w:rPr>
                <w:lang w:val="ru-RU"/>
              </w:rPr>
              <w:br/>
            </w:r>
            <w:proofErr w:type="spellStart"/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высказывания.Повторение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1BDD" w:rsidRDefault="00AD1BDD" w:rsidP="00AD1BDD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1BDD" w:rsidRDefault="00AD1BDD" w:rsidP="00AD1BD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1BDD" w:rsidRDefault="00AD1BDD" w:rsidP="00AD1BDD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1BDD" w:rsidRDefault="00AD1BDD" w:rsidP="00AD1BD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1BDD" w:rsidRPr="00AD1BDD" w:rsidRDefault="00AD1BDD" w:rsidP="00AD1BDD">
            <w:pPr>
              <w:autoSpaceDE w:val="0"/>
              <w:autoSpaceDN w:val="0"/>
              <w:spacing w:before="98" w:after="0" w:line="281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Самооценка с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«Оценочного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AD1BDD" w:rsidTr="00AD1BDD">
        <w:trPr>
          <w:trHeight w:val="113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1BDD" w:rsidRPr="00AD1BDD" w:rsidRDefault="00AD1BDD" w:rsidP="00AD1BDD">
            <w:pPr>
              <w:autoSpaceDE w:val="0"/>
              <w:autoSpaceDN w:val="0"/>
              <w:spacing w:before="100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129.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1BDD" w:rsidRPr="00AD1BDD" w:rsidRDefault="00AD1BDD" w:rsidP="00AD1BDD">
            <w:pPr>
              <w:tabs>
                <w:tab w:val="left" w:pos="576"/>
                <w:tab w:val="left" w:pos="2392"/>
              </w:tabs>
              <w:autoSpaceDE w:val="0"/>
              <w:autoSpaceDN w:val="0"/>
              <w:spacing w:before="98" w:after="0" w:line="262" w:lineRule="auto"/>
              <w:ind w:right="43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Математическая </w:t>
            </w:r>
            <w:r w:rsidRPr="00AD1BDD">
              <w:rPr>
                <w:lang w:val="ru-RU"/>
              </w:rPr>
              <w:br/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информация.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Таблицы.</w:t>
            </w:r>
          </w:p>
          <w:p w:rsidR="00AD1BDD" w:rsidRPr="00AD1BDD" w:rsidRDefault="00AD1BDD" w:rsidP="00AD1BDD">
            <w:pPr>
              <w:autoSpaceDE w:val="0"/>
              <w:autoSpaceDN w:val="0"/>
              <w:spacing w:before="70" w:after="0" w:line="230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Повторение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1BDD" w:rsidRDefault="00AD1BDD" w:rsidP="00AD1BDD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1BDD" w:rsidRDefault="00AD1BDD" w:rsidP="00AD1BDD"/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1BDD" w:rsidRDefault="00AD1BDD" w:rsidP="00AD1BDD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1BDD" w:rsidRDefault="00AD1BDD" w:rsidP="00AD1BDD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26.05.2023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D1BDD" w:rsidRDefault="00AD1BDD" w:rsidP="00AD1BD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427E70" w:rsidTr="00427E70">
        <w:trPr>
          <w:trHeight w:val="834"/>
        </w:trPr>
        <w:tc>
          <w:tcPr>
            <w:tcW w:w="3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Pr="00AD1BDD" w:rsidRDefault="00427E70" w:rsidP="00427E70">
            <w:pPr>
              <w:autoSpaceDE w:val="0"/>
              <w:autoSpaceDN w:val="0"/>
              <w:spacing w:before="100" w:after="0" w:line="262" w:lineRule="auto"/>
              <w:ind w:left="72" w:right="576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Pr="00AD1BDD" w:rsidRDefault="00427E70" w:rsidP="00427E70">
            <w:pPr>
              <w:autoSpaceDE w:val="0"/>
              <w:autoSpaceDN w:val="0"/>
              <w:spacing w:before="100" w:after="0" w:line="230" w:lineRule="auto"/>
              <w:ind w:left="74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Pr="00AD1BDD" w:rsidRDefault="00427E70" w:rsidP="00427E70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AD1BDD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4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27E70" w:rsidRDefault="00427E70" w:rsidP="00427E70">
            <w:pPr>
              <w:autoSpaceDE w:val="0"/>
              <w:autoSpaceDN w:val="0"/>
              <w:spacing w:before="100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</w:tbl>
    <w:p w:rsidR="00147A39" w:rsidRDefault="00147A39">
      <w:pPr>
        <w:autoSpaceDE w:val="0"/>
        <w:autoSpaceDN w:val="0"/>
        <w:spacing w:after="0" w:line="14" w:lineRule="exact"/>
      </w:pPr>
    </w:p>
    <w:p w:rsidR="00147A39" w:rsidRDefault="00147A39">
      <w:pPr>
        <w:sectPr w:rsidR="00147A39">
          <w:pgSz w:w="11900" w:h="16840"/>
          <w:pgMar w:top="284" w:right="650" w:bottom="9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47A39" w:rsidRPr="00AD1BDD" w:rsidRDefault="00147A39">
      <w:pPr>
        <w:autoSpaceDE w:val="0"/>
        <w:autoSpaceDN w:val="0"/>
        <w:spacing w:after="78" w:line="220" w:lineRule="exact"/>
        <w:rPr>
          <w:lang w:val="ru-RU"/>
        </w:rPr>
      </w:pPr>
    </w:p>
    <w:p w:rsidR="00147A39" w:rsidRPr="00AD1BDD" w:rsidRDefault="00AD1BDD" w:rsidP="00427E70">
      <w:pPr>
        <w:autoSpaceDE w:val="0"/>
        <w:autoSpaceDN w:val="0"/>
        <w:spacing w:after="0" w:line="230" w:lineRule="auto"/>
        <w:ind w:left="-709"/>
        <w:rPr>
          <w:lang w:val="ru-RU"/>
        </w:rPr>
      </w:pPr>
      <w:r w:rsidRPr="00AD1BD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:rsidR="00147A39" w:rsidRDefault="00AD1BDD" w:rsidP="00427E70">
      <w:pPr>
        <w:autoSpaceDE w:val="0"/>
        <w:autoSpaceDN w:val="0"/>
        <w:spacing w:before="346" w:after="0" w:line="230" w:lineRule="auto"/>
        <w:ind w:left="-709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147A39" w:rsidRPr="00AD1BDD" w:rsidRDefault="00AD1BDD" w:rsidP="00427E70">
      <w:pPr>
        <w:autoSpaceDE w:val="0"/>
        <w:autoSpaceDN w:val="0"/>
        <w:spacing w:before="166" w:after="0" w:line="262" w:lineRule="auto"/>
        <w:ind w:left="-709" w:right="144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Математика (в 2 частях), 1 класс /Моро М.И., Волкова С.И., Степанова С.В., Акционерное общество</w:t>
      </w:r>
      <w:r w:rsidR="00E45387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«Издательство «Просвещение»;</w:t>
      </w:r>
    </w:p>
    <w:p w:rsidR="00147A39" w:rsidRPr="00AD1BDD" w:rsidRDefault="00AD1BDD" w:rsidP="00427E70">
      <w:pPr>
        <w:autoSpaceDE w:val="0"/>
        <w:autoSpaceDN w:val="0"/>
        <w:spacing w:before="262" w:after="0" w:line="230" w:lineRule="auto"/>
        <w:ind w:left="-709"/>
        <w:rPr>
          <w:lang w:val="ru-RU"/>
        </w:rPr>
      </w:pPr>
      <w:r w:rsidRPr="00AD1BDD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147A39" w:rsidRPr="00AD1BDD" w:rsidRDefault="00AD1BDD" w:rsidP="00427E70">
      <w:pPr>
        <w:autoSpaceDE w:val="0"/>
        <w:autoSpaceDN w:val="0"/>
        <w:spacing w:after="0" w:line="230" w:lineRule="auto"/>
        <w:ind w:left="-709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1. Моро М. И. и др. Математика. Рабочие программы. 1–4 классы.</w:t>
      </w:r>
    </w:p>
    <w:p w:rsidR="00E45387" w:rsidRDefault="00AD1BDD" w:rsidP="00427E70">
      <w:pPr>
        <w:autoSpaceDE w:val="0"/>
        <w:autoSpaceDN w:val="0"/>
        <w:spacing w:after="0" w:line="271" w:lineRule="auto"/>
        <w:ind w:left="-709" w:right="1828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2. Моро М. И., Волкова С. И., Степанова С. В. Математика. Учебник. 1 кл. В 2 ч. Ч. 1 </w:t>
      </w:r>
    </w:p>
    <w:p w:rsidR="00E45387" w:rsidRDefault="00AD1BDD" w:rsidP="00427E70">
      <w:pPr>
        <w:autoSpaceDE w:val="0"/>
        <w:autoSpaceDN w:val="0"/>
        <w:spacing w:after="0" w:line="271" w:lineRule="auto"/>
        <w:ind w:left="-709" w:right="1828"/>
        <w:jc w:val="both"/>
        <w:rPr>
          <w:rFonts w:ascii="Times New Roman" w:eastAsia="Times New Roman" w:hAnsi="Times New Roman"/>
          <w:color w:val="000000"/>
          <w:sz w:val="24"/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3. Моро М. И., Волкова С. И., Степанова С. В. Математика. Учебник. 1 кл. В 2 ч. Ч. 2 </w:t>
      </w:r>
    </w:p>
    <w:p w:rsidR="00147A39" w:rsidRPr="00AD1BDD" w:rsidRDefault="00AD1BDD" w:rsidP="00427E70">
      <w:pPr>
        <w:autoSpaceDE w:val="0"/>
        <w:autoSpaceDN w:val="0"/>
        <w:spacing w:after="0" w:line="271" w:lineRule="auto"/>
        <w:ind w:left="-709" w:right="1828"/>
        <w:jc w:val="both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4. Моро М. И., Волкова С. И. Математика. Рабочая тетрадь. 1 кл. В 2 ч. Ч. 1.</w:t>
      </w:r>
    </w:p>
    <w:p w:rsidR="00147A39" w:rsidRPr="00AD1BDD" w:rsidRDefault="00AD1BDD" w:rsidP="00427E70">
      <w:pPr>
        <w:autoSpaceDE w:val="0"/>
        <w:autoSpaceDN w:val="0"/>
        <w:spacing w:after="0" w:line="230" w:lineRule="auto"/>
        <w:ind w:left="-709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5. Моро М. И., Волкова С. И. Математика. Рабочая тетрадь. 1 кл. В 2 ч. Ч. 2.</w:t>
      </w:r>
    </w:p>
    <w:p w:rsidR="00147A39" w:rsidRPr="00AD1BDD" w:rsidRDefault="00AD1BDD" w:rsidP="00427E70">
      <w:pPr>
        <w:autoSpaceDE w:val="0"/>
        <w:autoSpaceDN w:val="0"/>
        <w:spacing w:after="0" w:line="230" w:lineRule="auto"/>
        <w:ind w:left="-709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6. Волкова С. И. Математика. Проверочные работы. 1 класс.</w:t>
      </w:r>
    </w:p>
    <w:p w:rsidR="00147A39" w:rsidRPr="00AD1BDD" w:rsidRDefault="00AD1BDD" w:rsidP="00427E70">
      <w:pPr>
        <w:autoSpaceDE w:val="0"/>
        <w:autoSpaceDN w:val="0"/>
        <w:spacing w:after="0" w:line="230" w:lineRule="auto"/>
        <w:ind w:left="-709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7. Волкова С. И. Математика. Тесты. 1 класс.</w:t>
      </w:r>
    </w:p>
    <w:p w:rsidR="00147A39" w:rsidRPr="00AD1BDD" w:rsidRDefault="00AD1BDD" w:rsidP="00427E70">
      <w:pPr>
        <w:autoSpaceDE w:val="0"/>
        <w:autoSpaceDN w:val="0"/>
        <w:spacing w:after="0" w:line="230" w:lineRule="auto"/>
        <w:ind w:left="-709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8. Волкова С. И. Математика. Тетрадь учебных достижений. 1 класс.</w:t>
      </w:r>
    </w:p>
    <w:p w:rsidR="00427E70" w:rsidRDefault="00AD1BDD" w:rsidP="00427E70">
      <w:pPr>
        <w:autoSpaceDE w:val="0"/>
        <w:autoSpaceDN w:val="0"/>
        <w:spacing w:after="0" w:line="262" w:lineRule="auto"/>
        <w:ind w:left="-709" w:right="144"/>
        <w:rPr>
          <w:rFonts w:ascii="Times New Roman" w:eastAsia="Times New Roman" w:hAnsi="Times New Roman"/>
          <w:color w:val="000000"/>
          <w:sz w:val="24"/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9. </w:t>
      </w:r>
      <w:proofErr w:type="spellStart"/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Бантова</w:t>
      </w:r>
      <w:proofErr w:type="spellEnd"/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 М. А., Бельтюкова Г. В., Волкова С. И. и др. Математика. Методические рекомендации. </w:t>
      </w:r>
    </w:p>
    <w:p w:rsidR="00147A39" w:rsidRPr="00AD1BDD" w:rsidRDefault="00AD1BDD" w:rsidP="00427E70">
      <w:pPr>
        <w:autoSpaceDE w:val="0"/>
        <w:autoSpaceDN w:val="0"/>
        <w:spacing w:after="0" w:line="262" w:lineRule="auto"/>
        <w:ind w:left="-709" w:right="144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1 класс.</w:t>
      </w:r>
    </w:p>
    <w:p w:rsidR="00147A39" w:rsidRPr="00AD1BDD" w:rsidRDefault="00AD1BDD" w:rsidP="00427E70">
      <w:pPr>
        <w:autoSpaceDE w:val="0"/>
        <w:autoSpaceDN w:val="0"/>
        <w:spacing w:after="0" w:line="230" w:lineRule="auto"/>
        <w:ind w:left="-709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10. Волкова С. И. Математика. Устные упражнения. 1 класс.</w:t>
      </w:r>
    </w:p>
    <w:p w:rsidR="00147A39" w:rsidRPr="00AD1BDD" w:rsidRDefault="00AD1BDD" w:rsidP="00427E70">
      <w:pPr>
        <w:autoSpaceDE w:val="0"/>
        <w:autoSpaceDN w:val="0"/>
        <w:spacing w:after="0" w:line="230" w:lineRule="auto"/>
        <w:ind w:left="-709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11. Волкова С. И. Математика. Контрольные работы. 1–4 классы.</w:t>
      </w:r>
    </w:p>
    <w:p w:rsidR="00147A39" w:rsidRPr="00AD1BDD" w:rsidRDefault="00AD1BDD" w:rsidP="00427E70">
      <w:pPr>
        <w:autoSpaceDE w:val="0"/>
        <w:autoSpaceDN w:val="0"/>
        <w:spacing w:after="0" w:line="230" w:lineRule="auto"/>
        <w:ind w:left="-709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12. Волкова С. И., Пчёлкина О. Л. Математика и конструирование. 1 класс.</w:t>
      </w:r>
    </w:p>
    <w:p w:rsidR="00147A39" w:rsidRPr="00AD1BDD" w:rsidRDefault="00AD1BDD" w:rsidP="00427E70">
      <w:pPr>
        <w:autoSpaceDE w:val="0"/>
        <w:autoSpaceDN w:val="0"/>
        <w:spacing w:before="262" w:after="0" w:line="230" w:lineRule="auto"/>
        <w:ind w:left="-709"/>
        <w:rPr>
          <w:lang w:val="ru-RU"/>
        </w:rPr>
      </w:pPr>
      <w:r w:rsidRPr="00AD1BDD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147A39" w:rsidRPr="00AD1BDD" w:rsidRDefault="00AD1BDD" w:rsidP="00427E70">
      <w:pPr>
        <w:autoSpaceDE w:val="0"/>
        <w:autoSpaceDN w:val="0"/>
        <w:spacing w:before="166" w:after="0" w:line="262" w:lineRule="auto"/>
        <w:ind w:left="-709" w:right="144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Электронное приложение к учебнику «Математика», 1 класс (Диск </w:t>
      </w:r>
      <w:r>
        <w:rPr>
          <w:rFonts w:ascii="Times New Roman" w:eastAsia="Times New Roman" w:hAnsi="Times New Roman"/>
          <w:color w:val="000000"/>
          <w:sz w:val="24"/>
        </w:rPr>
        <w:t>CD</w:t>
      </w: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ROM</w:t>
      </w: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), авторы С. И. Волкова, М. К. Антошин, Н. В. Сафонова.</w:t>
      </w:r>
    </w:p>
    <w:p w:rsidR="00147A39" w:rsidRPr="00AD1BDD" w:rsidRDefault="00AD1BDD" w:rsidP="00427E70">
      <w:pPr>
        <w:autoSpaceDE w:val="0"/>
        <w:autoSpaceDN w:val="0"/>
        <w:spacing w:before="70" w:after="0" w:line="286" w:lineRule="auto"/>
        <w:ind w:left="-709" w:right="576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Издательства «Просвещение» 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prosv</w:t>
      </w:r>
      <w:proofErr w:type="spellEnd"/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 (раздел «Школа России 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schoolrussia</w:t>
      </w:r>
      <w:proofErr w:type="spellEnd"/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) Федерация Интернет-образования </w:t>
      </w:r>
      <w:r w:rsidRPr="00AD1BDD">
        <w:rPr>
          <w:lang w:val="ru-RU"/>
        </w:rPr>
        <w:br/>
      </w: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сетевое объединение методистов 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som</w:t>
      </w:r>
      <w:proofErr w:type="spellEnd"/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fio</w:t>
      </w:r>
      <w:proofErr w:type="spellEnd"/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AD1BDD">
        <w:rPr>
          <w:lang w:val="ru-RU"/>
        </w:rPr>
        <w:br/>
      </w: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Российская версия международного проекта </w:t>
      </w:r>
      <w:r w:rsidRPr="00AD1BDD">
        <w:rPr>
          <w:lang w:val="ru-RU"/>
        </w:rPr>
        <w:br/>
      </w: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Сеть творческих учителей </w:t>
      </w:r>
      <w:r>
        <w:rPr>
          <w:rFonts w:ascii="Times New Roman" w:eastAsia="Times New Roman" w:hAnsi="Times New Roman"/>
          <w:color w:val="000000"/>
          <w:sz w:val="24"/>
        </w:rPr>
        <w:t>it</w:t>
      </w: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n</w:t>
      </w: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AD1BDD">
        <w:rPr>
          <w:lang w:val="ru-RU"/>
        </w:rPr>
        <w:br/>
      </w: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Российский общеобразовательный Портал 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AD1BDD">
        <w:rPr>
          <w:lang w:val="ru-RU"/>
        </w:rPr>
        <w:br/>
      </w: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Единая коллекция цифровых образовательных ресурсов </w:t>
      </w:r>
      <w:r>
        <w:rPr>
          <w:rFonts w:ascii="Times New Roman" w:eastAsia="Times New Roman" w:hAnsi="Times New Roman"/>
          <w:color w:val="000000"/>
          <w:sz w:val="24"/>
        </w:rPr>
        <w:t>www</w:t>
      </w: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 Российская электронная школа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resh</w:t>
      </w:r>
      <w:proofErr w:type="spellEnd"/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/ </w:t>
      </w:r>
      <w:r w:rsidRPr="00AD1BDD">
        <w:rPr>
          <w:lang w:val="ru-RU"/>
        </w:rPr>
        <w:br/>
      </w: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Российская онлайн-платформа учи </w:t>
      </w:r>
      <w:proofErr w:type="spellStart"/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ру</w:t>
      </w:r>
      <w:proofErr w:type="spellEnd"/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uchi</w:t>
      </w:r>
      <w:proofErr w:type="spellEnd"/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/</w:t>
      </w:r>
    </w:p>
    <w:p w:rsidR="00147A39" w:rsidRPr="00AD1BDD" w:rsidRDefault="00147A39" w:rsidP="00427E70">
      <w:pPr>
        <w:autoSpaceDE w:val="0"/>
        <w:autoSpaceDN w:val="0"/>
        <w:spacing w:after="78" w:line="220" w:lineRule="exact"/>
        <w:ind w:left="-709"/>
        <w:rPr>
          <w:lang w:val="ru-RU"/>
        </w:rPr>
      </w:pPr>
    </w:p>
    <w:p w:rsidR="00147A39" w:rsidRPr="00AD1BDD" w:rsidRDefault="00AD1BDD" w:rsidP="00427E70">
      <w:pPr>
        <w:autoSpaceDE w:val="0"/>
        <w:autoSpaceDN w:val="0"/>
        <w:spacing w:after="0" w:line="230" w:lineRule="auto"/>
        <w:ind w:left="-567"/>
        <w:rPr>
          <w:lang w:val="ru-RU"/>
        </w:rPr>
      </w:pPr>
      <w:r w:rsidRPr="00AD1BDD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147A39" w:rsidRPr="00AD1BDD" w:rsidRDefault="00AD1BDD" w:rsidP="00427E70">
      <w:pPr>
        <w:autoSpaceDE w:val="0"/>
        <w:autoSpaceDN w:val="0"/>
        <w:spacing w:before="346" w:after="0" w:line="230" w:lineRule="auto"/>
        <w:ind w:left="-567"/>
        <w:rPr>
          <w:lang w:val="ru-RU"/>
        </w:rPr>
      </w:pPr>
      <w:r w:rsidRPr="00AD1BDD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:rsidR="00147A39" w:rsidRPr="00AD1BDD" w:rsidRDefault="00AD1BDD" w:rsidP="00427E70">
      <w:pPr>
        <w:autoSpaceDE w:val="0"/>
        <w:autoSpaceDN w:val="0"/>
        <w:spacing w:before="166" w:after="0" w:line="262" w:lineRule="auto"/>
        <w:ind w:left="-567" w:right="1728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Классная доска с набором приспособлений для крепления таблиц. Магнитная доска. Интерактивная доска. </w:t>
      </w:r>
    </w:p>
    <w:p w:rsidR="00147A39" w:rsidRPr="00AD1BDD" w:rsidRDefault="00AD1BDD" w:rsidP="00427E70">
      <w:pPr>
        <w:autoSpaceDE w:val="0"/>
        <w:autoSpaceDN w:val="0"/>
        <w:spacing w:before="70" w:after="0" w:line="262" w:lineRule="auto"/>
        <w:ind w:left="-567" w:right="7344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Мультимедийный компьютер. </w:t>
      </w:r>
      <w:r w:rsidRPr="00AD1BDD">
        <w:rPr>
          <w:lang w:val="ru-RU"/>
        </w:rPr>
        <w:br/>
      </w: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Ксерокс.</w:t>
      </w:r>
    </w:p>
    <w:p w:rsidR="00147A39" w:rsidRPr="00AD1BDD" w:rsidRDefault="00AD1BDD" w:rsidP="00427E70">
      <w:pPr>
        <w:autoSpaceDE w:val="0"/>
        <w:autoSpaceDN w:val="0"/>
        <w:spacing w:before="262" w:after="0" w:line="230" w:lineRule="auto"/>
        <w:ind w:left="-567"/>
        <w:rPr>
          <w:lang w:val="ru-RU"/>
        </w:rPr>
      </w:pPr>
      <w:r w:rsidRPr="00AD1BDD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ЛАБОРАТОРНЫХ И ПРАКТИЧЕСКИХ РАБОТ</w:t>
      </w:r>
    </w:p>
    <w:p w:rsidR="00147A39" w:rsidRPr="00AD1BDD" w:rsidRDefault="00AD1BDD" w:rsidP="00427E70">
      <w:pPr>
        <w:autoSpaceDE w:val="0"/>
        <w:autoSpaceDN w:val="0"/>
        <w:spacing w:before="166" w:after="0" w:line="230" w:lineRule="auto"/>
        <w:ind w:left="-567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Набор предметных картинок. </w:t>
      </w:r>
    </w:p>
    <w:p w:rsidR="00147A39" w:rsidRPr="00AD1BDD" w:rsidRDefault="00AD1BDD" w:rsidP="00427E70">
      <w:pPr>
        <w:autoSpaceDE w:val="0"/>
        <w:autoSpaceDN w:val="0"/>
        <w:spacing w:before="72" w:after="0" w:line="230" w:lineRule="auto"/>
        <w:ind w:left="-567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Магнитная доска. </w:t>
      </w:r>
    </w:p>
    <w:p w:rsidR="00147A39" w:rsidRPr="00AD1BDD" w:rsidRDefault="00AD1BDD" w:rsidP="00427E70">
      <w:pPr>
        <w:autoSpaceDE w:val="0"/>
        <w:autoSpaceDN w:val="0"/>
        <w:spacing w:before="72" w:after="0" w:line="230" w:lineRule="auto"/>
        <w:ind w:left="-567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Таблицы и схемы.</w:t>
      </w:r>
    </w:p>
    <w:p w:rsidR="00147A39" w:rsidRPr="00AD1BDD" w:rsidRDefault="00AD1BDD" w:rsidP="00427E70">
      <w:pPr>
        <w:autoSpaceDE w:val="0"/>
        <w:autoSpaceDN w:val="0"/>
        <w:spacing w:before="70" w:after="0" w:line="271" w:lineRule="auto"/>
        <w:ind w:left="-567" w:right="6048"/>
        <w:rPr>
          <w:lang w:val="ru-RU"/>
        </w:rPr>
      </w:pP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Демонстрационная оцифрованная линейка. </w:t>
      </w:r>
      <w:r w:rsidRPr="00AD1BDD">
        <w:rPr>
          <w:lang w:val="ru-RU"/>
        </w:rPr>
        <w:br/>
      </w: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 xml:space="preserve">Демонстрационный чертёжный угольник. </w:t>
      </w:r>
      <w:r w:rsidRPr="00AD1BDD">
        <w:rPr>
          <w:lang w:val="ru-RU"/>
        </w:rPr>
        <w:br/>
      </w:r>
      <w:r w:rsidRPr="00AD1BDD">
        <w:rPr>
          <w:rFonts w:ascii="Times New Roman" w:eastAsia="Times New Roman" w:hAnsi="Times New Roman"/>
          <w:color w:val="000000"/>
          <w:sz w:val="24"/>
          <w:lang w:val="ru-RU"/>
        </w:rPr>
        <w:t>Демонстрационный циркуль.</w:t>
      </w:r>
    </w:p>
    <w:sectPr w:rsidR="00147A39" w:rsidRPr="00AD1BDD" w:rsidSect="00427E70">
      <w:pgSz w:w="11900" w:h="16840"/>
      <w:pgMar w:top="426" w:right="1440" w:bottom="0" w:left="1440" w:header="720" w:footer="720" w:gutter="0"/>
      <w:cols w:space="720" w:equalWidth="0">
        <w:col w:w="10584" w:space="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55EC" w:rsidRDefault="00FE55EC" w:rsidP="00427E70">
      <w:pPr>
        <w:spacing w:after="0" w:line="240" w:lineRule="auto"/>
      </w:pPr>
      <w:r>
        <w:separator/>
      </w:r>
    </w:p>
  </w:endnote>
  <w:endnote w:type="continuationSeparator" w:id="0">
    <w:p w:rsidR="00FE55EC" w:rsidRDefault="00FE55EC" w:rsidP="00427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55EC" w:rsidRDefault="00FE55EC" w:rsidP="00427E70">
      <w:pPr>
        <w:spacing w:after="0" w:line="240" w:lineRule="auto"/>
      </w:pPr>
      <w:r>
        <w:separator/>
      </w:r>
    </w:p>
  </w:footnote>
  <w:footnote w:type="continuationSeparator" w:id="0">
    <w:p w:rsidR="00FE55EC" w:rsidRDefault="00FE55EC" w:rsidP="00427E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17996"/>
    <w:rsid w:val="00147A39"/>
    <w:rsid w:val="0015074B"/>
    <w:rsid w:val="0029639D"/>
    <w:rsid w:val="00326F90"/>
    <w:rsid w:val="00427E70"/>
    <w:rsid w:val="00AA1D8D"/>
    <w:rsid w:val="00AD1BDD"/>
    <w:rsid w:val="00B47730"/>
    <w:rsid w:val="00CB0664"/>
    <w:rsid w:val="00E45387"/>
    <w:rsid w:val="00FC693F"/>
    <w:rsid w:val="00FE5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72AA02"/>
  <w14:defaultImageDpi w14:val="300"/>
  <w15:docId w15:val="{8BE5B464-8794-4031-BA95-B39BDA520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639A7C9-78D3-4B89-BF45-205C290AB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39</Pages>
  <Words>10535</Words>
  <Characters>60051</Characters>
  <Application>Microsoft Office Word</Application>
  <DocSecurity>0</DocSecurity>
  <Lines>500</Lines>
  <Paragraphs>140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70446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4</cp:revision>
  <dcterms:created xsi:type="dcterms:W3CDTF">2013-12-23T23:15:00Z</dcterms:created>
  <dcterms:modified xsi:type="dcterms:W3CDTF">2022-10-18T16:28:00Z</dcterms:modified>
  <cp:category/>
</cp:coreProperties>
</file>